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19 жовтня 1825 року</w:t>
      </w:r>
    </w:p>
    <w:p>
      <w:r>
        <w:br/>
        <w:t xml:space="preserve"> Вже ронить ліс багряне убрання,&lt;br /&gt;</w:t>
        <w:br/>
        <w:t>Сріблить мороз поля зів’ялі й голі,&lt;br /&gt;</w:t>
        <w:br/>
        <w:t>З-за гір прогляне, наче мимоволі,&lt;br /&gt;</w:t>
        <w:br/>
        <w:t>І погасає тихе сяйво дня.&lt;br /&gt;</w:t>
        <w:br/>
        <w:t>Палай, каміне, в келії пустинній,&lt;br /&gt;</w:t>
        <w:br/>
        <w:t>А ти, вино, негод осінніх друг,&lt;br /&gt;</w:t>
        <w:br/>
        <w:t>Хоч би на мить у чаші легкопінній&lt;br /&gt;</w:t>
        <w:br/>
        <w:t>Дай забуття моїх гірких недуг.&lt;br /&gt;</w:t>
        <w:br/>
        <w:t>Печалюсь я: до друга дальній світ,&lt;br /&gt;</w:t>
        <w:br/>
        <w:t>З яким запив би довгу я розлуку,&lt;br /&gt;</w:t>
        <w:br/>
        <w:t>Якому б міг сердечно стиснуть руку&lt;br /&gt;</w:t>
        <w:br/>
        <w:t>І побажать веселих безліч літ.&lt;br /&gt;</w:t>
        <w:br/>
        <w:t>Я п’ю один; дарма моя уява&lt;br /&gt;</w:t>
        <w:br/>
        <w:t>Товаришів скликати поспіша;&lt;br /&gt;</w:t>
        <w:br/>
        <w:t>Не чую я знайомої появи,&lt;br /&gt;</w:t>
        <w:br/>
        <w:t>І милого не жде моя душа.&lt;br /&gt;</w:t>
        <w:br/>
        <w:t>Я п’ю один. На берегах Неви&lt;br /&gt;</w:t>
        <w:br/>
        <w:t>Мене сьогодні друзі іменують...&lt;br /&gt;</w:t>
        <w:br/>
        <w:t>Але чи й там усі з вас бенкетують?&lt;br /&gt;</w:t>
        <w:br/>
        <w:t>Кого цей рік не дочекались ви?&lt;br /&gt;</w:t>
        <w:br/>
        <w:t>Хто зрадив ще чудову нашу звичку,&lt;br /&gt;</w:t>
        <w:br/>
        <w:t>Кого забрав холодний світ од вас?&lt;br /&gt;</w:t>
        <w:br/>
        <w:t>Хто не прийшов на братню перекличку?&lt;br /&gt;</w:t>
        <w:br/>
        <w:t>Чий голос змовк? Хто передчасно згас?&lt;br /&gt;</w:t>
        <w:br/>
        <w:t>Наш кучерявий не прийшов співець,&lt;br /&gt;</w:t>
        <w:br/>
        <w:t>Гітари вже не чути голосної:&lt;br /&gt;</w:t>
        <w:br/>
        <w:t>Під миртами Італії ясної&lt;br /&gt;</w:t>
        <w:br/>
        <w:t>Він тихо спить, і приязний різець&lt;br /&gt;</w:t>
        <w:br/>
        <w:t>Не вирізьбив на рідній нам могилі&lt;br /&gt;</w:t>
        <w:br/>
        <w:t>Хоч декілька російських рідних слів,&lt;br /&gt;</w:t>
        <w:br/>
        <w:t>Щоб прочитав слова привіту милі&lt;br /&gt;</w:t>
        <w:br/>
        <w:t>Син півночі, що в край чужий забрів.</w:t>
      </w:r>
    </w:p>
    <w:p>
      <w:r>
        <w:br/>
        <w:t>Чи ти сидиш серед товаришів,&lt;br /&gt;</w:t>
        <w:br/>
        <w:t>Чужих небес коханцю нетерплячий?&lt;br /&gt;</w:t>
        <w:br/>
        <w:t>Чи знов проходиш тропік ти гарячий&lt;br /&gt;</w:t>
        <w:br/>
        <w:t>І вічний лід опівнічних морів?&lt;br /&gt;</w:t>
        <w:br/>
        <w:t>Щаслива путь!.. З ліцейського порога&lt;br /&gt;</w:t>
        <w:br/>
        <w:t>На корабель ти став без вороття,&lt;br /&gt;</w:t>
        <w:br/>
        <w:t>І з того дня в морях твоя дорога,&lt;br /&gt;</w:t>
        <w:br/>
        <w:t>О хвиль та бур улюблене дитя!&lt;br /&gt;</w:t>
        <w:br/>
        <w:t>Зберіг ти, друже, в долі мандрівній&lt;br /&gt;</w:t>
        <w:br/>
        <w:t>Прекрасних років звичаї недавні:&lt;br /&gt;</w:t>
        <w:br/>
        <w:t>Ліцейський шум, забави наші славні&lt;br /&gt;</w:t>
        <w:br/>
        <w:t>Між хвиль морських жили в душі твоїй;&lt;br /&gt;</w:t>
        <w:br/>
        <w:t>Ти простягав нам із-за моря руку,&lt;br /&gt;</w:t>
        <w:br/>
        <w:t>Ти нас єдиних в спогадах носив&lt;br /&gt;</w:t>
        <w:br/>
        <w:t>І повторяв: "На довгу нас розлуку&lt;br /&gt;</w:t>
        <w:br/>
        <w:t>Таємний фатум, певне, осудив!"&lt;br /&gt;</w:t>
        <w:br/>
        <w:t>Прекрасний, любі друзі, наш союз!&lt;br /&gt;</w:t>
        <w:br/>
        <w:t>Він, як душа, одвічний, неподільний,&lt;br /&gt;</w:t>
        <w:br/>
        <w:t>Незрушний, однодушний і свавільний,&lt;br /&gt;</w:t>
        <w:br/>
        <w:t>Міцнів він під крилом коханих муз.&lt;br /&gt;</w:t>
        <w:br/>
        <w:t>Куди б не кинула нас зла година&lt;br /&gt;</w:t>
        <w:br/>
        <w:t>І щастя теж куди б не привело,&lt;br /&gt;</w:t>
        <w:br/>
        <w:t>Незмінні ми: весь світ для нас чужина,&lt;br /&gt;</w:t>
        <w:br/>
        <w:t>Вітчизна наша — Царськеє Село!&lt;br /&gt;</w:t>
        <w:br/>
        <w:t>Із краю в край грозою гнаний я;&lt;br /&gt;</w:t>
        <w:br/>
        <w:t>В міцних тенетах долі грозової,&lt;br /&gt;</w:t>
        <w:br/>
        <w:t>На лоно дружби втішної, нової,&lt;br /&gt;</w:t>
        <w:br/>
        <w:t>Поникла скорбна голова моя...&lt;br /&gt;</w:t>
        <w:br/>
        <w:t>З благаннями печальними, бентежно,&lt;br /&gt;</w:t>
        <w:br/>
        <w:t>З надією юнацьких світлих літ,&lt;br /&gt;</w:t>
        <w:br/>
        <w:t>Віддався іншим друзям я безмежно,&lt;br /&gt;</w:t>
        <w:br/>
        <w:t>Та був гіркий небратній їх привіт.&lt;br /&gt;</w:t>
        <w:br/>
        <w:t>Ти, Горчаков, щасливець з перших днів,&lt;br /&gt;</w:t>
        <w:br/>
        <w:t>Хвала тобі — холодний блиск фортуни&lt;br /&gt;</w:t>
        <w:br/>
        <w:t>Не одмінив душі твоєї струни:</w:t>
      </w:r>
    </w:p>
    <w:p>
      <w:r>
        <w:br/>
        <w:t>Все той же ти для нас, товаришів.&lt;br /&gt;</w:t>
        <w:br/>
        <w:t>Нам різну путь судила доля строга,&lt;br /&gt;</w:t>
        <w:br/>
        <w:t>Ступивши в світ — ми швидко розійшлись,&lt;br /&gt;</w:t>
        <w:br/>
        <w:t>Звела нас раптом польова дорога,&lt;br /&gt;</w:t>
        <w:br/>
        <w:t>Зустрілись ми й по-братськи обнялись.&lt;br /&gt;</w:t>
        <w:br/>
        <w:t>Коли спіткав мене фортуни гнів,&lt;br /&gt;</w:t>
        <w:br/>
        <w:t>Для всіх чужий, бездомний, сиротою,&lt;br /&gt;</w:t>
        <w:br/>
        <w:t>Під бурею поник я головою&lt;br /&gt;</w:t>
        <w:br/>
        <w:t>І ждав тебе, віщун пермеських дів.&lt;br /&gt;</w:t>
        <w:br/>
        <w:t>І ти прийшов, син лінощів натхненний,&lt;br /&gt;</w:t>
        <w:br/>
        <w:t>О Дельвіг мій: твій голос пробудив&lt;br /&gt;</w:t>
        <w:br/>
        <w:t>Сердечний жар, що довго тлів, священний,&lt;br /&gt;</w:t>
        <w:br/>
        <w:t>І долю радо я благословив.&lt;br /&gt;</w:t>
        <w:br/>
        <w:t>Пісенний дух з дитинства в нас горів,&lt;br /&gt;</w:t>
        <w:br/>
        <w:t>І дивний жар натхнення ми пізнали;&lt;br /&gt;</w:t>
        <w:br/>
        <w:t>Дві музи з юних літ до нас літали,&lt;br /&gt;</w:t>
        <w:br/>
        <w:t>Солодкий дар їх нас промінням грів:&lt;br /&gt;</w:t>
        <w:br/>
        <w:t>Та вже любив я оплески і славу,&lt;br /&gt;</w:t>
        <w:br/>
        <w:t>Ти ж, гордий, для душі і муз співав;&lt;br /&gt;</w:t>
        <w:br/>
        <w:t>Свій дар, як час, я тратив без угаву,&lt;br /&gt;</w:t>
        <w:br/>
        <w:t>Ти ж геній свій у тиші пестував.&lt;br /&gt;</w:t>
        <w:br/>
        <w:t>Служіння муз не терпить суєти,&lt;br /&gt;</w:t>
        <w:br/>
        <w:t>Прекрасне мусить бути величавим:&lt;br /&gt;</w:t>
        <w:br/>
        <w:t>Та юнь нас вабить усміхом лукавим,&lt;br /&gt;</w:t>
        <w:br/>
        <w:t>Шумливі мрії кличуть у світи...&lt;br /&gt;</w:t>
        <w:br/>
        <w:t>Отямимось — і скорбними очами&lt;br /&gt;</w:t>
        <w:br/>
        <w:t>Поглянемо в минуле без надій...&lt;br /&gt;</w:t>
        <w:br/>
        <w:t>Скажи, Вільгельм, було ж таке і з нами,&lt;br /&gt;</w:t>
        <w:br/>
        <w:t>По музі й долі брате рідний мій?&lt;br /&gt;</w:t>
        <w:br/>
        <w:t>Пора, пора! Ні наших мук, ні мрій&lt;br /&gt;</w:t>
        <w:br/>
        <w:t>Не вартий світ; розвіємо оману!&lt;br /&gt;</w:t>
        <w:br/>
        <w:t>Життя сховаєм в самоту туманну!&lt;br /&gt;</w:t>
        <w:br/>
        <w:t>Я жду тебе, спізнілий друже мій!&lt;br /&gt;</w:t>
        <w:br/>
        <w:t>— Прийди і словом чарівливим зразу&lt;br /&gt;</w:t>
        <w:br/>
        <w:t>Сердечні струни наладнай ізнов;&lt;br /&gt;</w:t>
        <w:br/>
        <w:t>Згадаємо про бурні дні Кавказу,&lt;br /&gt;</w:t>
        <w:br/>
        <w:t>Про Шиллера, про славу, про любов.&lt;br /&gt;</w:t>
        <w:br/>
        <w:t>Пора й мені... Гуляйте в добрий час!&lt;br /&gt;</w:t>
        <w:br/>
        <w:t>Відрадне я вже чую зустрічання;&lt;br /&gt;</w:t>
        <w:br/>
        <w:t>В поетове повірте віщування:&lt;br /&gt;</w:t>
        <w:br/>
        <w:t>Пролине рік, і знову я між вас.&lt;br /&gt;</w:t>
        <w:br/>
        <w:t>І час проб’є надій моїх завітних,&lt;br /&gt;</w:t>
        <w:br/>
        <w:t>Промчиться рік, я буду знову ваш!</w:t>
      </w:r>
    </w:p>
    <w:p>
      <w:r>
        <w:br/>
        <w:t>О скільки сліз і вигуків привітних,&lt;br /&gt;</w:t>
        <w:br/>
        <w:t>І скільки піднятих угору чаш!&lt;br /&gt;</w:t>
        <w:br/>
        <w:t>Наллємо першу, в день знаменний цей,&lt;br /&gt;</w:t>
        <w:br/>
        <w:t>І всю до дна в день нашого союзу!&lt;br /&gt;</w:t>
        <w:br/>
        <w:t>Благослови, моя святкова музо,&lt;br /&gt;</w:t>
        <w:br/>
        <w:t>Благослови: нехай живе ліцей!&lt;br /&gt;</w:t>
        <w:br/>
        <w:t>За вчителів, що честь і юність нашу&lt;br /&gt;</w:t>
        <w:br/>
        <w:t>Леліяли, за мертвих і живих,&lt;br /&gt;</w:t>
        <w:br/>
        <w:t>До вуст піднявши найвдячнішу чашу,&lt;br /&gt;</w:t>
        <w:br/>
        <w:t>Забувши зло, добром згадаймо їх.&lt;br /&gt;</w:t>
        <w:br/>
        <w:t>Повніш, повніш! Поки зійде зоря&lt;br /&gt;</w:t>
        <w:br/>
        <w:t>Усі до дна, до краплі випивайте!&lt;br /&gt;</w:t>
        <w:br/>
        <w:t>За кого ж це? О друзі, відгадайте...&lt;br /&gt;</w:t>
        <w:br/>
        <w:t>Ура, наш цар! так! вип’єм за царя.&lt;br /&gt;</w:t>
        <w:br/>
        <w:t>Людина він! Керує ним хвилина,&lt;br /&gt;</w:t>
        <w:br/>
        <w:t>Він раб чуток, підозрень і страстей,&lt;br /&gt;</w:t>
        <w:br/>
        <w:t>Простім йому неправеє гоніння:&lt;br /&gt;</w:t>
        <w:br/>
        <w:t>Він взяв Париж, він заснував ліцей!&lt;br /&gt;</w:t>
        <w:br/>
        <w:t>Тож бенкетуйте, поки вийде путь!&lt;br /&gt;</w:t>
        <w:br/>
        <w:t>Та коло наше з кожним днем рідіє;&lt;br /&gt;</w:t>
        <w:br/>
        <w:t>Хто в гробі спить, хто дальній сиротіє;&lt;br /&gt;</w:t>
        <w:br/>
        <w:t>Судьба зорить, ми в’янем; дні пливуть;&lt;br /&gt;</w:t>
        <w:br/>
        <w:t>Незримо никнем, тихше серце б’ється,&lt;br /&gt;</w:t>
        <w:br/>
        <w:t>І нить життя кінчаємо снувать.&lt;br /&gt;</w:t>
        <w:br/>
        <w:t>Кому ж із нас під старість доведеться&lt;br /&gt;</w:t>
        <w:br/>
        <w:t>Самому день ліцея святкувать?&lt;br /&gt;</w:t>
        <w:br/>
        <w:t>Нещасний друг! У нових поколіннях&lt;br /&gt;</w:t>
        <w:br/>
        <w:t>Набридлий гість і зайвий, і чужий,&lt;br /&gt;</w:t>
        <w:br/>
        <w:t>Згадає нас в дні зустрічей незмінних,&lt;br /&gt;</w:t>
        <w:br/>
        <w:t>Закривши зір схвильовано-сумний...&lt;br /&gt;</w:t>
        <w:br/>
        <w:t>Хай він зустріне радо, хоч печальний,&lt;br /&gt;</w:t>
        <w:br/>
        <w:t>За чашею цей день, після незгод,&lt;br /&gt;</w:t>
        <w:br/>
        <w:t>Як нині я, вигнанець ваш опальний,&lt;br /&gt;</w:t>
        <w:br/>
        <w:t>Провів його без горя і турбот.&lt;br /&gt;</w:t>
        <w:br/>
        <w:t>Переклад С. Крижанівського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жовтня 1825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