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затишок співає, мов сирена...</w:t>
      </w:r>
    </w:p>
    <w:p>
      <w:r>
        <w:br/>
        <w:t xml:space="preserve"> * * *</w:t>
      </w:r>
    </w:p>
    <w:p>
      <w:r>
        <w:br/>
        <w:t>А затишок співає, мов сирена.&lt;br /&gt;</w:t>
        <w:br/>
        <w:t>Не треба воску, я не Одіссей.&lt;br /&gt;</w:t>
        <w:br/>
        <w:t>Вже леви ждуть, і жде мене арена.&lt;br /&gt;</w:t>
        <w:br/>
        <w:t>Життя, мабуть, — це завжди Колізей.</w:t>
      </w:r>
    </w:p>
    <w:p>
      <w:r>
        <w:br/>
        <w:t>І завжди люди гинули за віру.&lt;br /&gt;</w:t>
        <w:br/>
        <w:t>Цей спорт одвічний винайшли не ми.&lt;br /&gt;</w:t>
        <w:br/>
        <w:t>Тут головне — дивитись в очі звіру&lt;br /&gt;</w:t>
        <w:br/>
        <w:t>і просто — залишатися людьми.</w:t>
      </w:r>
    </w:p>
    <w:p>
      <w:r>
        <w:br/>
        <w:t>Коли мене потягнуть на арену,&lt;br /&gt;</w:t>
        <w:br/>
        <w:t>коли на мене звіра нацькують,&lt;br /&gt;</w:t>
        <w:br/>
        <w:t>о, я впізнаю ту непроторенну&lt;br /&gt;</w:t>
        <w:br/>
        <w:t>глупоту вашу, вашу мстиву лють!</w:t>
      </w:r>
    </w:p>
    <w:p>
      <w:r>
        <w:br/>
        <w:t>Воно в мені, святе моє повстання.&lt;br /&gt;</w:t>
        <w:br/>
        <w:t>Дивлюся я в кривавий ваш туман.&lt;br /&gt;</w:t>
        <w:br/>
        <w:t>Своїм катам і в мить свою останню&lt;br /&gt;</w:t>
        <w:br/>
        <w:t>скажу, як той найперший з християн:</w:t>
      </w:r>
    </w:p>
    <w:p>
      <w:r>
        <w:br/>
        <w:t>— Мене спалить у вас немає змоги.&lt;br /&gt;</w:t>
        <w:br/>
        <w:t>Вогонь холодний, він уже погас.&lt;br /&gt;</w:t>
        <w:br/>
        <w:t>І ваші леви лижуть мені ноги.&lt;br /&gt;</w:t>
        <w:br/>
        <w:t>І ваші слуги насміялись з вас.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затишок співає, мов сирена...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