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Аліса пірнає в море</w:t>
      </w:r>
    </w:p>
    <w:p>
      <w:r>
        <w:br/>
        <w:t xml:space="preserve"> &lt;p&gt;Одного разу Аліса Падальниця пішла до моря купатися. Їй так сподобалось купання, що не хотіла з води вилазити.</w:t>
      </w:r>
    </w:p>
    <w:p>
      <w:r>
        <w:br/>
        <w:t>— Алісо, годі, йди на берег,— гукала їй мама.</w:t>
      </w:r>
    </w:p>
    <w:p>
      <w:r>
        <w:br/>
        <w:t>— Зараз, мамо,— відповідала Аліса, а сама думала: "Буду в воді, поки не виростуть у мене плавці і я не стану рибою".</w:t>
      </w:r>
    </w:p>
    <w:p>
      <w:r>
        <w:br/>
        <w:t>Лягаючи увечері спати, Аліса дивилася в дзеркало: чи не виросли плавці або хоч срібна луска. Та на тілі в неї поблискували самі піщинки,— коли вона не милася під душем після морської купелі.</w:t>
      </w:r>
    </w:p>
    <w:p>
      <w:r>
        <w:br/>
        <w:t>Одного ранку вийшла Аліса раніше ніж звичайно на пляж і стріла хлопця, який збирав морських їжаків і черепашки. Він був з рибальської родини і добре знався на тому, що і як у морі діється.</w:t>
      </w:r>
    </w:p>
    <w:p>
      <w:r>
        <w:br/>
        <w:t>— Ти часом не знаєш, як стати рибою? — запитала його Аліса.</w:t>
      </w:r>
    </w:p>
    <w:p>
      <w:r>
        <w:br/>
        <w:t>— Зараз тобі покажу,— відповів хлопець.</w:t>
      </w:r>
    </w:p>
    <w:p>
      <w:r>
        <w:br/>
        <w:t>Поклав він на камінь, що виступав з води, хустину з морськими їжаками й пірнув на дно. Минає хвилина, дві, а хлопця немає. Аж гульк — виринув на поверхню дельфін і ну грати між хвиль, здіймаючи бризки. Він навіть шаснув під ногами Аліси, та вона анітрішечки не злякалася.</w:t>
      </w:r>
    </w:p>
    <w:p>
      <w:r>
        <w:br/>
        <w:t>Потім дельфін махнув хвостом і зник у глибині морській, а звідтіля виплив, усміхаючись, хлопець.</w:t>
      </w:r>
    </w:p>
    <w:p>
      <w:r>
        <w:br/>
        <w:t>— Бачиш, як це легко робиться?</w:t>
      </w:r>
    </w:p>
    <w:p>
      <w:r>
        <w:br/>
        <w:t>— Бачу, але не вмію.</w:t>
      </w:r>
    </w:p>
    <w:p>
      <w:r>
        <w:br/>
        <w:t>— Спробуй.</w:t>
      </w:r>
    </w:p>
    <w:p>
      <w:r>
        <w:br/>
        <w:t>Алісі дуже хотілося стати морською зіркою, вона пірнула в море і попала в розкриту черепашку. Черепашка тут же стулила свої половинки, й Аліса потрапила в полон.</w:t>
      </w:r>
    </w:p>
    <w:p>
      <w:r>
        <w:br/>
        <w:t>"Ой лишенько, що ж тепер буде?"— подумала дівчинка.</w:t>
      </w:r>
    </w:p>
    <w:p>
      <w:r>
        <w:br/>
        <w:t>Навкруги панували тиша й спокій. От би лишитися тут навіки-віків, жити в глибинах моря, як колись сирени. Аліса зітхнула. Згадала маму. Вона, мабуть, думає, що Аліса ще спить. Згадала тата. Сьогодні субота, і ввечері тато має приїхати з міста.</w:t>
      </w:r>
    </w:p>
    <w:p>
      <w:r>
        <w:br/>
        <w:t>— Шкода мені їх кидати. Вони мене так люблять. Цього разу я повернуся на суходіл.</w:t>
      </w:r>
    </w:p>
    <w:p>
      <w:r>
        <w:br/>
        <w:t>Упираючись руками й ногами, Аліса прочинила стулки, вистрибнула назовні й виринула з води. Хлопчика вже не було на березі. Про свою пригоду Аліса не розповіла нікому.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Аліса пірнає в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