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Азарт</w:t>
      </w:r>
    </w:p>
    <w:p>
      <w:r>
        <w:br/>
        <w:t xml:space="preserve"> &lt;p&gt;На Воронячому ярку завивала машина. То засвітить фари і б'є світлом по мокрих деревах при дорозі, то погасить їх і виє у пітьмі. І то щоразу: як тільки перепаде хоч маленький дощик, так на Воронячому й ревище.</w:t>
      </w:r>
    </w:p>
    <w:p>
      <w:r>
        <w:br/>
        <w:t>— Порвуть машину,— охрипло каже Олекса Помазан до Сергуні Чабана, свого товариша, що йде поруч і свистить.</w:t>
      </w:r>
    </w:p>
    <w:p>
      <w:r>
        <w:br/>
        <w:t>— Хай рветься. То залізо,— одказує Чабан. І знову насвистує. Гарно, тонко і правильно веде пісню про Байду. Він і співає добре, але нечасто, і, співаючи, плаче.</w:t>
      </w:r>
    </w:p>
    <w:p>
      <w:r>
        <w:br/>
        <w:t>— Це голова газує,— хрипить Олекса Помазан.</w:t>
      </w:r>
    </w:p>
    <w:p>
      <w:r>
        <w:br/>
        <w:t>— А ти відкіль знаєш?</w:t>
      </w:r>
    </w:p>
    <w:p>
      <w:r>
        <w:br/>
        <w:t>— Бо на газ давить боязко, як мадамочка. Наші хлопці-шофери, ті так: газонув, рвонув і висмикнувся. Хоч і кузов у ярку зоставсь, аби кабіна вискочила. Мо', сходимо підмогнем?</w:t>
      </w:r>
    </w:p>
    <w:p>
      <w:r>
        <w:br/>
        <w:t>— Давай. Дурним сили не шкода.</w:t>
      </w:r>
    </w:p>
    <w:p>
      <w:r>
        <w:br/>
        <w:t>То й справді був голова колгоспу Юхимович, родом із сусіднього села, освічений (агроном), щупленький і тендітний чоловічок, схожий на дівчину в окуляриках. Він був трохи під чаркою, бо дихнув на мужиків гаряченьким — путівцями поміж тутешніми селами інспекція не часто вештається, хіба лисиця дорогу перестрибне.</w:t>
      </w:r>
    </w:p>
    <w:p>
      <w:r>
        <w:br/>
        <w:t>— Гостював у старих, а тут дощ,— провинно усміхався Юхимович з кабіни, і окулярики його теж провинно поблискували.— Підсобіть трохи.</w:t>
      </w:r>
    </w:p>
    <w:p>
      <w:r>
        <w:br/>
        <w:t>— Ми її й так, без мотора можемо винести! — реготнув Олекса Помазан. Йому сподобалося, що голова під мухою: значить, свій чоловік, негордий.— Берімося, Серього.</w:t>
      </w:r>
    </w:p>
    <w:p>
      <w:r>
        <w:br/>
        <w:t>Дядьки уперлися обіруч у брудні боки "Волги", напружилися так, що аж у правому оці в обох потемніло (ще в дитинстві і в Сергуні, і в Олекси забрала ліве око якась лиха хвороба). "Р-р-разо-о-ом!"— скомандував пречудесним тремтливим тенором Сергуня Чабан, голова піддав газу, і машина вискочила на піщану твердину.</w:t>
      </w:r>
    </w:p>
    <w:p>
      <w:r>
        <w:br/>
        <w:t>— Ну й сила ж у вас, хлопці! — порадів Юхимович, висунувшись із кабіни.— Спасибі. Тільки те... ви там дивіться сьогодні, щоб "мир і тишина", як у тій пісні співається.</w:t>
      </w:r>
    </w:p>
    <w:p>
      <w:r>
        <w:br/>
        <w:t>Сергуня і Олекса ніяково покашляли обидва, однак промовчали. А коли голова поїхав, знайшли калюжу, що ледь мерехтіла при зорях, помили руки, витерли об кухвайки, і Олекса Помазан прохрипів:</w:t>
      </w:r>
    </w:p>
    <w:p>
      <w:r>
        <w:br/>
        <w:t>— Уже хтось доніс. Ти ж диви, гадство, і вночі не сплять! Треба піймать та бобу дать.</w:t>
      </w:r>
    </w:p>
    <w:p>
      <w:r>
        <w:br/>
        <w:t>Але Сергуня думав не про те.</w:t>
      </w:r>
    </w:p>
    <w:p>
      <w:r>
        <w:br/>
        <w:t>— Помогли на свою голову,— озвався він нескоро.— Тепер Юхимович скаже: здорові лути, а затесалися в сторожі. Нехай ідуть на силос!</w:t>
      </w:r>
    </w:p>
    <w:p>
      <w:r>
        <w:br/>
        <w:t>— Не має права. Ми — інваліди! — так гаряче і страшно прохрипів Помазан, що в ближнім дворі сонно загарчав пес.</w:t>
      </w:r>
    </w:p>
    <w:p>
      <w:r>
        <w:br/>
        <w:t>Вони закурили і рушили далі, пускаючи по вітру іскри в цигарок.</w:t>
      </w:r>
    </w:p>
    <w:p>
      <w:r>
        <w:br/>
        <w:t>Уже три роки Олекса й Сергуня, рано (як інваліди) вийшовши на пенсію, сторожували ферми. Олекса — корівник і телятник, Сергуня — все інше: курей, гусей, свинарник і конюшню з чотирма конячинами.</w:t>
      </w:r>
    </w:p>
    <w:p>
      <w:r>
        <w:br/>
        <w:t>— То що сьогодні — граємо чи... оддихнем після вчорашнього? — спитав Помазан і догідливо присвітив ліхтариком під ноги Чабанові, щоб не спіткнувся бува об що. він ще змалку був у Сергуні за підручного, хоч і односилок з ним і не з боягузів. — Тільки цур не так, як учора. Ну його к бісу так грать.</w:t>
      </w:r>
    </w:p>
    <w:p>
      <w:r>
        <w:br/>
        <w:t>— А ти не дурій,— сказав Чабан. — Ти в грі дурний.</w:t>
      </w:r>
    </w:p>
    <w:p>
      <w:r>
        <w:br/>
        <w:t>— Х-хи, ти кращий... Зразу за петельки хватаєш...</w:t>
      </w:r>
    </w:p>
    <w:p>
      <w:r>
        <w:br/>
        <w:t>— Ш-шо-о? Ти ж, ти мене перший ухватив! — вражено зупинився Сергуня.</w:t>
      </w:r>
    </w:p>
    <w:p>
      <w:r>
        <w:br/>
        <w:t>— Я тебе тільки за плече торкнув. Забувся?</w:t>
      </w:r>
    </w:p>
    <w:p>
      <w:r>
        <w:br/>
        <w:t>— Х-ну, дає!.. — Сергуня кілька разів голосно хмикнув, удаючи, буцімто він до краю здивований, обурений і майже приголомшений, і далі вони пішли мовчки, пригадуючи обидва, хто ж таки кого перший узяв учора за петельки.</w:t>
      </w:r>
    </w:p>
    <w:p>
      <w:r>
        <w:br/>
        <w:t>Біля сторожки, прибудованої до гаража хатчини, Помазан сказав:</w:t>
      </w:r>
    </w:p>
    <w:p>
      <w:r>
        <w:br/>
        <w:t>— То хоч тепер ти згадав, що ми разом учепилися один в одного — ти в мене, а я в тебе?</w:t>
      </w:r>
    </w:p>
    <w:p>
      <w:r>
        <w:br/>
        <w:t>— Словом, граємо. Що було, те пройшло,— примирливо мовив Сергуня.</w:t>
      </w:r>
    </w:p>
    <w:p>
      <w:r>
        <w:br/>
        <w:t>У сторожці, що встигла геть вихолонути за короткий осінній день, вони трохи присиджували, відпочиваючи од хвилювання і напружено дивлячись один одному в праве око,— так два півні-суперники обходять кружка один одного, черкаючи землю крилом, перед тим як почати битву.</w:t>
      </w:r>
    </w:p>
    <w:p>
      <w:r>
        <w:br/>
        <w:t>Далі все робилося мовчки, у любій братерській злагоді: один ішов обходити ферми — всі, від корівника до гусятника, другий підмітав сторожку, розставляв на свої місця стіл, табуретки, ослін, розкидані за вчорашньої чубанини попід стіни, тільки телефон у кутку на тумбочці, чорний, блискучий, офіційно мовчазний, залишався там, де й був,— навіть у найзапеклішій сутичці, коли все в сторожці летіло шкереберть, телефон лишався недоторканим: його підключили до сторожки недавно, і Сергуня з Олексою боялися його і водночас шанували як порядок і закон. Потім розтоплювалося в буржуйці — соломкою, білими осиковими дрівцями, що гули і пострілювали в чавунному череві грубки. Сизий дров'яний димок підіймався під стелю, ходив попід нею хвилею, несміливе перше тепло обторкувало холодні глинині стіни, ледь чутно подзеленькувала шибка од вітру — вивчить, од річки вітер, з-за сосни, північний... А господи, який тільки довгий сей день був!</w:t>
      </w:r>
    </w:p>
    <w:p>
      <w:r>
        <w:br/>
        <w:t>Вони грали й раніше. Але в карти. У звичайнісінького дурня. Та й то лиш для забави, аби ніч нудну, осінню, з дощем та стогоном у голих деревах якось одурити. Грали, можна сказати, мирно. Траплялося інколи, що й посперечаються, не без того, але ж до борюкання таки не доходили.</w:t>
      </w:r>
    </w:p>
    <w:p>
      <w:r>
        <w:br/>
        <w:t>— Чим то ти вдарив? — спитає, бувало, Помазан, бока нахиляючи голову до побитої карти.</w:t>
      </w:r>
    </w:p>
    <w:p>
      <w:r>
        <w:br/>
        <w:t>— А ти подивись, подивись! — вигукує Чабан зухвалим тенорком, за яким чутно смішок, а сам думає: "Додивився, невірна кров!"</w:t>
      </w:r>
    </w:p>
    <w:p>
      <w:r>
        <w:br/>
        <w:t>— Бачу, король бубновий... А козир що? Що козир, питаю?</w:t>
      </w:r>
    </w:p>
    <w:p>
      <w:r>
        <w:br/>
        <w:t>Тоді, так само бокасуючи головою, щоб націлити око в карту, а ще щоб заховати лукаву усмішку, нахиляється над столом Сергуня.</w:t>
      </w:r>
    </w:p>
    <w:p>
      <w:r>
        <w:br/>
        <w:t>— Та диви, справді бубновий... А мені здалося — червовий... Ну що ж, тоді забрав. Твоя взяла.</w:t>
      </w:r>
    </w:p>
    <w:p>
      <w:r>
        <w:br/>
        <w:t>Бувало й навпаки — Сергуня ловив Помазана.</w:t>
      </w:r>
    </w:p>
    <w:p>
      <w:r>
        <w:br/>
        <w:t>— Підожди! Чого це в тебе зосталася одна карта, а в мене дві? Сьомаку червову де дів?</w:t>
      </w:r>
    </w:p>
    <w:p>
      <w:r>
        <w:br/>
        <w:t>— Яку сьомаку? — хрипить Помазан і закашлюється, щоб продумати, як викрутитися.— Я ж тобі її ходив, пам'ятаєш? Ти ж її побив!</w:t>
      </w:r>
    </w:p>
    <w:p>
      <w:r>
        <w:br/>
        <w:t>— Коли побив?! — закипає Чабан і бичиться з-під густої чорної брови на Помазана.— Чим побив?!</w:t>
      </w:r>
    </w:p>
    <w:p>
      <w:r>
        <w:br/>
        <w:t>— Ну, подивись в одбой...</w:t>
      </w:r>
    </w:p>
    <w:p>
      <w:r>
        <w:br/>
        <w:t>І, притулившись вухом до вуха, вони перемацують кожну карту в "одбої", а червова сьомака лежить у Помазана в кишені.</w:t>
      </w:r>
    </w:p>
    <w:p>
      <w:r>
        <w:br/>
        <w:t>— Н-ну? Де вона? Кажи?! — високим, як нап'ята струна, голосом кричить Сергуня, і молоденькі півні на пташнику вторять йому підхриплими альтами.</w:t>
      </w:r>
    </w:p>
    <w:p>
      <w:r>
        <w:br/>
        <w:t>— Де, де! — теж ніби починає сердитися Помазан.— Мо', під стіл упала. Якби ж ти відкидав по-людськи, а то — швирг, швирг...</w:t>
      </w:r>
    </w:p>
    <w:p>
      <w:r>
        <w:br/>
        <w:t>Чабан зопалу, гнівний, як вогонь, пірнає під стіл, а Помазан тим часом вихоплює з кишені сьомаку і швидко ховає в колоду...</w:t>
      </w:r>
    </w:p>
    <w:p>
      <w:r>
        <w:br/>
        <w:t>Отаке: не гра, а балощі. Самі ж потім і сміються, признавшись один одному, коли і як шахраювали.</w:t>
      </w:r>
    </w:p>
    <w:p>
      <w:r>
        <w:br/>
        <w:t>Так би воно й далі велося, якби одної зимової ночі — мороз тоді лід на річці колов, і там гухкало, як у грозу,— не забився до сторожки хлопчина, студент із Харкова. Він ішов од большака до матері на сусідній хутір, вдягнений, як про теплу осінь: у легенькому пальтечку, капелюшку та хромовеньких черевичках. "По картоплю!" — сказав хлопчини, насилу розтуляючи для усмішки одубілі губи.</w:t>
      </w:r>
    </w:p>
    <w:p>
      <w:r>
        <w:br/>
        <w:t>Одігрівшись коло буржуйки, він теж пристав до гри, швидко, до того ж суворо дотримуючись черги, навішав обом дядькам по шість "погонів", нареготів їм повні вуха, підкріпився сторожівською вечерею — печеною картоплею з сіллю, тоді сказав:</w:t>
      </w:r>
    </w:p>
    <w:p>
      <w:r>
        <w:br/>
        <w:t>— Карти — буза. Неінтелектуальна гра. Себто дурна. В шахи треба грати. Да. Якщо хочете, навчу.</w:t>
      </w:r>
    </w:p>
    <w:p>
      <w:r>
        <w:br/>
        <w:t>Знайшли йому шахи в конторі. Студент розставив фігури і показав, котра як ходить:</w:t>
      </w:r>
    </w:p>
    <w:p>
      <w:r>
        <w:br/>
        <w:t>— Оце — знайомий вам з дитинства кінь. Він ходить і б'є літерою "Ге". Ось так: хоп-хоп-хоп-хоп — і вже загрожує королю, отому найвищому дядькові. Кінь — фігура швидка і агресивна. Тура горне поперед себе і в обидва боки по прямій, як бульдозер або танк. Це фігура потужна. Ферзь, оця красуня в короні — вона зветься ще королевою,— фігура всевладна і всемогутня, як і всяка, жінка, це ви відчули на своїй шкурі... — Тут Сергуня і Олекса зареготіли, блиснувши вгору до лампочки скляними очима, і подумали кожен сам собі: розумний, чортяка, все знає! Вони поставали коліньми на табуретки, злягли грудьми на стіл і старанно, часом тамуючи дух, стежили за меткими студентовими пальцями, що владно переставляли фігури з місця на місце.— А оці хлопці називаються офіцерами. Вони ходять навкоси по одній чітко визначеній лінії, як і належить людям військовим. Тепер про найголовнішу персону — короля. Місія, тобто завдання короля у грі майже паразитське, бо він майже нічого не робить, а дбає лише про свою шкуру — або тікає, або затуляє себе іншими фігурами. Король — це тільки зачіпка до гри. Коли інші фігури не вистояли, тоді й королю гаплик. Ось дивіться: "Шах королю!" Куди йому діватися? Нікуди. Все. Мат! Тільки не той, що ви вживаєте і в скруту, і з дурного ума, а — безвихідь.— При сих студентових словах сторожі так реготнули, що цигарковий дим у сторожці гойднувся поміж стінами.— Ну, а пішак як пішак,— хлопчина зітхнув.— Пішак — людина проста, як от ми з вами. І мета у нас в усіх проста: пішакові — пересуватися з клітинки на клітинку вперед, ваша — стерегти колективне добро, моя — набрати чемодан картоплі, щоб і далі набиратися знань. Пішак б'є в обидва боки навкоси і тільки зблизька, коли супротивника можна дістати кулаком...</w:t>
      </w:r>
    </w:p>
    <w:p>
      <w:r>
        <w:br/>
        <w:t>Прощаючись, студент подякував за тепло та хліб-сіль і вже від дверей, з порожнім чемоданом у руці, сказав:</w:t>
      </w:r>
    </w:p>
    <w:p>
      <w:r>
        <w:br/>
        <w:t>— Прошу не забувати, що шахи — гра маршалів. А маршали бриються щодня.— Олекса і Сергуня мацнулися пальцями за неголені щоки, а студент помовчав, усміхаючись, і поринув у густобілу морозяну хвилю, що кругло вкотилася в сторожку.</w:t>
      </w:r>
    </w:p>
    <w:p>
      <w:r>
        <w:br/>
        <w:t>— Отаке стерво, ба?! — вигукнув Сергуня.— Навішало погонів, наїлося, зогрілося, ще й виздрастувало.</w:t>
      </w:r>
    </w:p>
    <w:p>
      <w:r>
        <w:br/>
        <w:t>— Вчений. Це тобі не шуточка,— прохрипів Помазан.</w:t>
      </w:r>
    </w:p>
    <w:p>
      <w:r>
        <w:br/>
        <w:t>Тижнів зо два після тої ночі вони, чисто виголені і вдягнені — під маршалів! — у нові куфайки та картузи, совали фігури по шахівниці, перекрикуючи один одного в тютюновому диму й чаду — завчали те, що розказував студент:</w:t>
      </w:r>
    </w:p>
    <w:p>
      <w:r>
        <w:br/>
        <w:t>— Куди ж ти ото коня втулив?! Буквою "Ги" —? забув?</w:t>
      </w:r>
    </w:p>
    <w:p>
      <w:r>
        <w:br/>
        <w:t>— А це хіба не "Ги"?! Дивись: хоп... хоп... І таки набили руку: заграли.</w:t>
      </w:r>
    </w:p>
    <w:p>
      <w:r>
        <w:br/>
        <w:t>Отоді й почалася біда...</w:t>
      </w:r>
    </w:p>
    <w:p>
      <w:r>
        <w:br/>
        <w:t>...Коли Сергуня повернувся від ферми, Помазан уже прибрав у сторожці, розставив шахи на шахівниці й сидів над ними, пильним оком адмірала Нельсона вивчаючи поле майбутньої битви.</w:t>
      </w:r>
    </w:p>
    <w:p>
      <w:r>
        <w:br/>
        <w:t>— Ну,— сказав він до Сергуні,— почали, чи що?</w:t>
      </w:r>
    </w:p>
    <w:p>
      <w:r>
        <w:br/>
        <w:t>Чабан ревниво оглядав шахівницю, ніби Помазан устиг її зурочити, намовити проти нього, Сергуні, поки він обходив ферми, але фігури стояли, як фігури: дерев'яно-байдужі. Помазан брав два пішаки, білого й чорного, ховав руки за спину і довгенько держав їх там, перекладаючи пішаків зі жмені в жменю, потім зненацька (се теж була тактика!) тицькав Сергуні ледь не під самісінького носа два кулачиська:</w:t>
      </w:r>
    </w:p>
    <w:p>
      <w:r>
        <w:br/>
        <w:t>— Вибирай.</w:t>
      </w:r>
    </w:p>
    <w:p>
      <w:r>
        <w:br/>
        <w:t>Чабан якийсь час вагався, переводячи погляд з одного кулака на другий, кілька разів піднімав руку, щоб ляснути долонею по правому Помазановому кулакові, і раптом швидко ляскав по лівому — це була його контртактика! Олекса тяжко зітхав і розтуляв пальці: там був білий пішак, а це означало, що перший хід за Сергунею.</w:t>
      </w:r>
    </w:p>
    <w:p>
      <w:r>
        <w:br/>
        <w:t>І починалася справді маршальська гра. Обидва супротивники поважно закурювали, кашляли від міцного тютюну й хвилювання і пускали дим на фігури, мовби маскуючи свої армії димовою завісою. Вони добре бачили лише праві фланги свого війська, а ліві, що випадали з кута зору, зоставалися напризволяще, тому битва розвивалася дещо кособоко: кожен трощив те, що було на видноті.</w:t>
      </w:r>
    </w:p>
    <w:p>
      <w:r>
        <w:br/>
        <w:t>Грали мовчки. Тільки дим валував над столом, та вітер бився і гув під залізним дахом на гаражі, та лисиця скімлила десь біля гусятника.</w:t>
      </w:r>
    </w:p>
    <w:p>
      <w:r>
        <w:br/>
        <w:t>— Прийшла кумася,— веселим тенорком проспівав Сергуня: він вигравав.</w:t>
      </w:r>
    </w:p>
    <w:p>
      <w:r>
        <w:br/>
        <w:t>— Прийшла,— ледь прохрипів Помазан: він програвав і зовсім втратив голос. Так було завжди, коли Олекса програвав.</w:t>
      </w:r>
    </w:p>
    <w:p>
      <w:r>
        <w:br/>
        <w:t>— Сходжу прожену, а ти подумай. Хоч я на твоєму місці вже давно здався б...</w:t>
      </w:r>
    </w:p>
    <w:p>
      <w:r>
        <w:br/>
        <w:t>— Та ні, ми ще поборюкаємося,— пообіцяв Помазан. Незабаром Сергуня повернувся, веселий, червоний, розджохканий і</w:t>
      </w:r>
    </w:p>
    <w:p>
      <w:r>
        <w:br/>
        <w:t>гонитвою за лисом, і дужим вітром в обличчя, і перемогою над Помазаном: ще хід-два — і хана йому!</w:t>
      </w:r>
    </w:p>
    <w:p>
      <w:r>
        <w:br/>
        <w:t>— Ну; здаєшся? — спитав поблажливо й ледь насмішкувато, оглянув свої фігури раз, удруге, втретє... і раптом занімів, наливаючись пекельною люттю: — Де мій лівий офіцер? Чорний офіцер де? Що по чорному ходе?</w:t>
      </w:r>
    </w:p>
    <w:p>
      <w:r>
        <w:br/>
        <w:t>Олекса — теж насмішкувато — вже й не хрипко, а шепотом прошелестів:</w:t>
      </w:r>
    </w:p>
    <w:p>
      <w:r>
        <w:br/>
        <w:t>— Ти що, очманів, за лисицею бігавши? Я ж його ще за четвертим ходом убив. Ти ж під коня мені його підставив. Під "Ги". Забув?</w:t>
      </w:r>
    </w:p>
    <w:p>
      <w:r>
        <w:br/>
        <w:t>Сергуня очманіло подивився на купку побитих фігур. Там лежав і його офіцер.</w:t>
      </w:r>
    </w:p>
    <w:p>
      <w:r>
        <w:br/>
        <w:t>— Постав назад,— сказав він кволо, майже знесилений Помазановим віроломством.</w:t>
      </w:r>
    </w:p>
    <w:p>
      <w:r>
        <w:br/>
        <w:t>— Ну, на, забери його,— преспокійнісінько сказав Олекса, подаючи Сергуні офіцера.— Забери. І грай сам, як самошедший у психлікарні.— Він змів долонею фігури геть із шахівниці і, прителіпуючи руками, немовби страшенно й ні за що ображений, закрутив цигарку.</w:t>
      </w:r>
    </w:p>
    <w:p>
      <w:r>
        <w:br/>
        <w:t>— Розстав, як було,— процідив крізь зуби Сергуня.</w:t>
      </w:r>
    </w:p>
    <w:p>
      <w:r>
        <w:br/>
        <w:t>— Розставляй, якщо ти такий розумний, що пам'ятаєш, де вони стояли.</w:t>
      </w:r>
    </w:p>
    <w:p>
      <w:r>
        <w:br/>
        <w:t>— Розстав, кажу!</w:t>
      </w:r>
    </w:p>
    <w:p>
      <w:r>
        <w:br/>
        <w:t>І зчепилися. Пруть один одного від стіни до стіни, втираючи у нові маршальські куфайки крейду зі стін аж до сірої глини.</w:t>
      </w:r>
    </w:p>
    <w:p>
      <w:r>
        <w:br/>
        <w:t>Не б'ються, а просто бухкаються спинами об стіни та перекидають усе, що трапляється під ноги.</w:t>
      </w:r>
    </w:p>
    <w:p>
      <w:r>
        <w:br/>
        <w:t>І то — мовчки. Тільки хекають.</w:t>
      </w:r>
    </w:p>
    <w:p>
      <w:r>
        <w:br/>
        <w:t>Хіба, може:</w:t>
      </w:r>
    </w:p>
    <w:p>
      <w:r>
        <w:br/>
        <w:t>— Підожди, он телефон дзвоне...</w:t>
      </w:r>
    </w:p>
    <w:p>
      <w:r>
        <w:br/>
        <w:t>— Хай дзвоне... Ти фігури на місце постав, бо... Вб'ю!</w:t>
      </w:r>
    </w:p>
    <w:p>
      <w:r>
        <w:br/>
        <w:t>— Спробуй...</w:t>
      </w:r>
    </w:p>
    <w:p>
      <w:r>
        <w:br/>
        <w:t>— Х-х-хот, дурний...</w:t>
      </w:r>
    </w:p>
    <w:p>
      <w:r>
        <w:br/>
        <w:t>— Хто ж тобі винуват...</w:t>
      </w:r>
    </w:p>
    <w:p>
      <w:r>
        <w:br/>
        <w:t>Вже наприкінці засідання правління голова колгоспу Юхимович сказав:</w:t>
      </w:r>
    </w:p>
    <w:p>
      <w:r>
        <w:br/>
        <w:t>— Іще одне питання, товариші. Що будемо робити з нашими сторожами Олексою Помазаном та Сергієм Чабаном? Добре, звичайно, що у цих товаришів є, крім прямих обов'язків, ще й культурні, розумові, так скажемо, інтереси — шахи. Таке явище треба тільки вітати. Але ж ви знаєте, що з ними коїться, у що це захоплення вилилося. В бійку, розумієте. Ну, погодимося з тим, що азарт є азарт. Але ж... Ось останні наші дані: позаминулої ночі товариші Помазан і Чабан так побилися... — голова усміхнувся, як усміхаються, мовлячи про дитячі балощі,— так побилися, що погубили ці, ну, вставні, як вам відомо, очі.— Тут заусміхалися всі правлінці.— От. І їздили вчора в Полтаву до лікарні вставляти нові. Ну, та й це їхня приватна справа, особиста, можна сказать, якби таке сталося не на робочому місці. А з другого боку — ми ж теж люди, жалко товаришів.— Юхимович згадав, як Сергуня з Олексою винесли його машину з ярка, як вони винувато покашлювали, коли він натякнув їм про чубанину щонічну, і, обвівши правлінців змореними за окуляриками очима, запитав: — То які будуть пропозиції, товариші, щодо цього питання?</w:t>
      </w:r>
    </w:p>
    <w:p>
      <w:r>
        <w:br/>
        <w:t>Першим, вважаючи се, либонь, за свій обов'язок — виступати. одразу за головою, підвівся заступник Юхимовича Гнат Карпуша. Він ні на кого не глянув і взагалі ні на що не дивився (це був постійний вираз його очей — дивитися в нікуди і трохи вище нього) і сказав так поволі й ваговито, немов уже не день і не два обмірковував свою ідею:</w:t>
      </w:r>
    </w:p>
    <w:p>
      <w:r>
        <w:br/>
        <w:t>— Моя пропозиція — забрати в них шахи. Конфіскувать від імені правління,— і сів, так само дивлячись поверх нікуди.</w:t>
      </w:r>
    </w:p>
    <w:p>
      <w:r>
        <w:br/>
        <w:t>— Так вони ж куплять собі другі! — дрібним дзвіночком засміялася перша в селі реготуха і активістка Катюня Рогоза.</w:t>
      </w:r>
    </w:p>
    <w:p>
      <w:r>
        <w:br/>
        <w:t>— І другі конфіскувати,— не повертаючись до Катюні, сказав Карпуша.— І треті. Й так далі. Не накупуються.</w:t>
      </w:r>
    </w:p>
    <w:p>
      <w:r>
        <w:br/>
        <w:t>— Це не вихід,— озвався голова сільради Панченко, граючись льотчицьким шоломом (він їздив на мотоциклі з коляскою і з шоломом ніколи не розлучався).— Це не вихід... Я пропоную такий захід: відрізати світло від сторожки і видати їм "літучі миші". При такому світлі не дуже-то пограєш і з добрими очима... — І, збагнувши при останніх словах, що він сказав не те, Панченко розсердився: — А що?!</w:t>
      </w:r>
    </w:p>
    <w:p>
      <w:r>
        <w:br/>
        <w:t>Тоді підвівся бригадир першої бригади Петро Середа, чоловік здоровенький, похмурий і небалакучий.</w:t>
      </w:r>
    </w:p>
    <w:p>
      <w:r>
        <w:br/>
        <w:t>— Що тут довго роздумувать,— сказав він, недобре мружачи очі. Послать їх на рядові роботи. Там ніколи буде дурака валять.</w:t>
      </w:r>
    </w:p>
    <w:p>
      <w:r>
        <w:br/>
        <w:t>Голова Юхимович постукав олівцем по столу:</w:t>
      </w:r>
    </w:p>
    <w:p>
      <w:r>
        <w:br/>
        <w:t>— Ні, мі, ми не маємо права цього робити. І товариш Помазан, і товариш Чабан інваліди, пенсіонери. І сторожують вони з власної волі, самі запропонували колгоспові свої послуги, а ми до них з дрюком. Так не можна, товариші. Тим паче, що за три роки ми не списали жодної курки чи гуски на лисицю, у нас не пропало за цей час жодне новонароджене теля, а ви знаєте, що сторожі прийняли їх не один десяток. Словом, колгосп із вини сторожів не мав жодного збитку. То які в нас можуть бути до них претензії з точки зору державної? По-моєму, товариші... — тут голова усміхнувся до всіх,— хай вони грають! Будемо сподіватися, що азарт їхній з часом притупиться, і все буде гаразд. Як ви гадаєте? Ну, от і домовилися. Можна розходитися, товариші, бо година вже пізня. І правлінці розійшлися в ніч.</w:t>
      </w:r>
    </w:p>
    <w:p>
      <w:r>
        <w:br/>
        <w:t>А в сторожці Помазан, притиснувши Сергуню Чабана до стіни, хрипів йому в обличчя:</w:t>
      </w:r>
    </w:p>
    <w:p>
      <w:r>
        <w:br/>
        <w:t>— Постав на місце лівого коня!..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Азарт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