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мальви</w:t>
      </w:r>
    </w:p>
    <w:p>
      <w:r>
        <w:br/>
        <w:t xml:space="preserve"> Заснули мальви коло хати,&lt;br /&gt;</w:t>
        <w:br/>
        <w:t>Їх місяць вийшов колихати.&lt;br /&gt;</w:t>
        <w:br/>
        <w:t>І тільки мати не засне,&lt;br /&gt;</w:t>
        <w:br/>
        <w:t>Мати не засне, –&lt;br /&gt;</w:t>
        <w:br/>
        <w:t>Жде вона мене.</w:t>
      </w:r>
    </w:p>
    <w:p>
      <w:r>
        <w:br/>
        <w:t>Приспів:&lt;br /&gt;</w:t>
        <w:br/>
        <w:t>О, мамо рідна, ти мене не жди,&lt;br /&gt;</w:t>
        <w:br/>
        <w:t>Мені в наш дім ніколи не прийти.&lt;br /&gt;</w:t>
        <w:br/>
        <w:t>З мойого серця мальва проросла&lt;br /&gt;</w:t>
        <w:br/>
        <w:t>І кров’ю зацвіла.</w:t>
      </w:r>
    </w:p>
    <w:p>
      <w:r>
        <w:br/>
        <w:t>Не плач, не плач, бо ти вже не одна,&lt;br /&gt;</w:t>
        <w:br/>
        <w:t>Багато мальв насіяла війна.&lt;br /&gt;</w:t>
        <w:br/>
        <w:t>Вони шепочуть для тебе восени:&lt;br /&gt;</w:t>
        <w:br/>
        <w:t>"Засни, засни, засни, засни..."</w:t>
      </w:r>
    </w:p>
    <w:p>
      <w:r>
        <w:br/>
        <w:t>У матерів є любі діти,&lt;br /&gt;</w:t>
        <w:br/>
        <w:t>А у моєї – тільки квіти.&lt;br /&gt;</w:t>
        <w:br/>
        <w:t>Самотні квіти під вікном,&lt;br /&gt;</w:t>
        <w:br/>
        <w:t>Квіти під вікном&lt;br /&gt;</w:t>
        <w:br/>
        <w:t>Заснули вже давно.</w:t>
      </w:r>
    </w:p>
    <w:p>
      <w:r>
        <w:br/>
        <w:t>Приспів</w:t>
      </w:r>
    </w:p>
    <w:p>
      <w:r>
        <w:br/>
        <w:t>Як сонце зійде – вийди на поріг,&lt;br /&gt;</w:t>
        <w:br/>
        <w:t>І люди схиляться тобі до ніг.&lt;br /&gt;</w:t>
        <w:br/>
        <w:t>Пройдися полем – мальви буйних лук&lt;br /&gt;</w:t>
        <w:br/>
        <w:t>Торкнуться твоїх рук.</w:t>
      </w:r>
    </w:p>
    <w:p>
      <w:r>
        <w:br/>
        <w:t>Життя – як пісня, що не віддзвенить.&lt;br /&gt;</w:t>
        <w:br/>
        <w:t>Я в мальві знов для тебе буду жить.&lt;br /&gt;</w:t>
        <w:br/>
        <w:t>Якщо ж я ласку не встигла принести –&lt;br /&gt;</w:t>
        <w:br/>
        <w:t>Прости, прости, прости, прости.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мальви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