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Баляда скромності</w:t>
      </w:r>
    </w:p>
    <w:p>
      <w:r>
        <w:br/>
        <w:t xml:space="preserve"> — Не вистачає йому скромності! —&lt;br /&gt;</w:t>
        <w:br/>
        <w:t>Кричало круг мене голодне кодло&lt;br /&gt;</w:t>
        <w:br/>
        <w:t>Скромних графоманів і чесних заробітчан.&lt;br /&gt;</w:t>
        <w:br/>
        <w:t>— Так, трохи не вистачає йому скромності! —&lt;br /&gt;</w:t>
        <w:br/>
        <w:t>Великодушно погодились поважні дяді,&lt;br /&gt;</w:t>
        <w:br/>
        <w:t>Поблажливо дивлячись з критичних Говерл.&lt;br /&gt;</w:t>
        <w:br/>
        <w:t>— Людський глас — глас божий.&lt;br /&gt;</w:t>
        <w:br/>
        <w:t>Вирішив я: "Треба зайти до Скромності".&lt;br /&gt;</w:t>
        <w:br/>
        <w:t>Купив пучок осніжених конвалій&lt;br /&gt;</w:t>
        <w:br/>
        <w:t>І сизий флакончик парфумів,&lt;br /&gt;</w:t>
        <w:br/>
        <w:t>Чесучевий плащ кинув на руку.&lt;br /&gt;</w:t>
        <w:br/>
        <w:t>В кімнату взійшов — і остовпів, подивований:&lt;br /&gt;</w:t>
        <w:br/>
        <w:t>П'яне опасисте бабисько лежить на дивані,&lt;br /&gt;</w:t>
        <w:br/>
        <w:t>І смокче цигарку, і зирить презирливо скоса.&lt;br /&gt;</w:t>
        <w:br/>
        <w:t>Знизавши плечима, я вийшов у клекіт людський.&lt;br /&gt;</w:t>
        <w:br/>
        <w:t>… Поламавши стонадцять доріг,&lt;br /&gt;</w:t>
        <w:br/>
        <w:t>Мимо тронів Апломбу і Слави&lt;br /&gt;</w:t>
        <w:br/>
        <w:t>Брів обридливо — і мімоволі&lt;br /&gt;</w:t>
        <w:br/>
        <w:t>Затялась моя думка оскомою:&lt;br /&gt;</w:t>
        <w:br/>
        <w:t>"Треба ж зайти до Скромності".&lt;br /&gt;</w:t>
        <w:br/>
        <w:t>Послизнувшись на пам'яті,&lt;br /&gt;</w:t>
        <w:br/>
        <w:t>Передчуваючи стрічу, хильнув для хоробрості,&lt;br /&gt;</w:t>
        <w:br/>
        <w:t>Купив цигарок ментолових, взяв "Спотикач" по дорозі,&lt;br /&gt;</w:t>
        <w:br/>
        <w:t>Не стукаючи, ввірвався:&lt;br /&gt;</w:t>
        <w:br/>
        <w:t>Стоїть дівча наполохане, смокче зорю-карамельку,&lt;br /&gt;</w:t>
        <w:br/>
        <w:t>Русу косу розплітає, вронивши приколки долі…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Баляда скромності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