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Безглузді запитання</w:t>
      </w:r>
    </w:p>
    <w:p>
      <w:r>
        <w:br/>
        <w:t xml:space="preserve"> &lt;p&gt;Відповідач був сконструйований так, щоб діяти стільки, скільки потрібно. Це було надто довго за оцінками одних рас і дуже мало, з погляду інших. Але для Відповідача цей час був саме таким як треба.</w:t>
      </w:r>
    </w:p>
    <w:p>
      <w:r>
        <w:br/>
        <w:t>Якщо говорити про розміри, то одні вважали Відповідач велетенським, а інші — крихітним. Це був надзвичайно складний пристрій, хоча дехто вважав, що насправді він дуже простий.</w:t>
      </w:r>
    </w:p>
    <w:p>
      <w:r>
        <w:br/>
        <w:t>Але Відповідач знав, що він — такий, яким повинен бути. Адже, зрештою, він — Відповідач. Він знав.</w:t>
      </w:r>
    </w:p>
    <w:p>
      <w:r>
        <w:br/>
        <w:t>Хто його створив? Що менше про них говорити, то краще.</w:t>
      </w:r>
    </w:p>
    <w:p>
      <w:r>
        <w:br/>
        <w:t>Вони теж знали, але ніколи нікому не казали, чи тішить їх це Знання.</w:t>
      </w:r>
    </w:p>
    <w:p>
      <w:r>
        <w:br/>
        <w:t>Вони збудували Відповідач на допомогу менш розвиненим расам — і відбули своїм особливим способом. Куди? Про це знав лише Відповідач.</w:t>
      </w:r>
    </w:p>
    <w:p>
      <w:r>
        <w:br/>
        <w:t>Тому що Відповідач знає все.</w:t>
      </w:r>
    </w:p>
    <w:p>
      <w:r>
        <w:br/>
        <w:t>Він стояв на своїй планеті, що оберталася довкола своєї зірки. Минав час: нескінченно довго для одних і миттєво для інших, а для Відповідача — як раз стільки, скільки треба.</w:t>
      </w:r>
    </w:p>
    <w:p>
      <w:r>
        <w:br/>
        <w:t>Усередині нього зберігалися відповіді. Він знав природу речей, і чому вони такі, якими є, і чим вони є, і що все це означає.</w:t>
      </w:r>
    </w:p>
    <w:p>
      <w:r>
        <w:br/>
        <w:t>Відповідач міг відповісти на будь-яке запитання, якщо воно було правильно сформульоване. І він хотів цього. Він прагнув відповідати!</w:t>
      </w:r>
    </w:p>
    <w:p>
      <w:r>
        <w:br/>
        <w:t>Бо яким ще міг бути Відповідач?</w:t>
      </w:r>
    </w:p>
    <w:p>
      <w:r>
        <w:br/>
        <w:t>Бо що ще він мав робити?</w:t>
      </w:r>
    </w:p>
    <w:p>
      <w:r>
        <w:br/>
        <w:t>Отож, він чекав на створіння, здатні прийти й запитати.</w:t>
      </w:r>
    </w:p>
    <w:p>
      <w:r>
        <w:br/>
        <w:t>— Як ви почуваєтесь, сер? — співчутливо промовив Моран, повільно пропливаючи над старим.</w:t>
      </w:r>
    </w:p>
    <w:p>
      <w:r>
        <w:br/>
        <w:t>— Краще, — з кволою посмішкою відгукнувся Лінгман. Хоча Моран витратив величезну кількість палива, щоб</w:t>
      </w:r>
    </w:p>
    <w:p>
      <w:r>
        <w:br/>
        <w:t>вийти в космос з мінімальним прискоренням, немічному серцю Лінгмана це не сподобалося. Воно то комизилося й опиралося, не бажаючи працювати, то раптом починало немилосердно калатати об грудну клітку, в якийсь момент навіть здавалося, що воно от-от зупиниться, просто з принципу. Але в невагомості стало легше — серце запрацювало.</w:t>
      </w:r>
    </w:p>
    <w:p>
      <w:r>
        <w:br/>
        <w:t>У Морана не було подібних проблем. Його міцне тіло легко витримувало будь-які навантаження. Однак у цьому польоті йому не доведеться їх переживати, якщо він хоче, щоб старий Лінгман залишився живим.</w:t>
      </w:r>
    </w:p>
    <w:p>
      <w:r>
        <w:br/>
        <w:t>— Я ще житиму, — пробурмотів Лінгман, відповідаючи на невисловлене запитання. — Житиму стільки, скільки треба, щоб дізнатися. Моран торкнувся пульта, і корабель ковзнув у підпростір, мов карась у сметану.</w:t>
      </w:r>
    </w:p>
    <w:p>
      <w:r>
        <w:br/>
        <w:t>-Ми про все дізнаємося. — Моран допоміг старому звільнитися від ременів. — Ми знайдемо Відповідач!</w:t>
      </w:r>
    </w:p>
    <w:p>
      <w:r>
        <w:br/>
        <w:t>Лінгман упевнено кивнув своєму молодому напарникові. Довгі роки вони підтримували й підбадьорювали один одного. Ідея належала Лінгманові. Моран приєднався до нього після закінчення Каліфорнійського технологічного інституту . Разом вони досліджували чутки й легенди всієї Сонячної системи. Легенди про давню гуманоїдну расу, яка знала відповіді на всі запитання, побудувала Відповідач і зникла.</w:t>
      </w:r>
    </w:p>
    <w:p>
      <w:r>
        <w:br/>
        <w:t>-Подумати лишень! Відповідь на будь-яке запитання! — сказав Моран. Він був фізиком і мав до Відповідача чимало запитань. Розширення Всесвіту, природа ядерних сил, "нові" й "наднові" зірки, формування планет, червоне зміщення, відносність часу й простору та тисячі інших.</w:t>
      </w:r>
    </w:p>
    <w:p>
      <w:r>
        <w:br/>
        <w:t>— Авжеж, — погодився Лінгман.</w:t>
      </w:r>
    </w:p>
    <w:p>
      <w:r>
        <w:br/>
        <w:t>Він підплив до відеоекрана й поглянув в неозору далечінь підпростору. Лінгман був біологом і літньою людиною.</w:t>
      </w:r>
    </w:p>
    <w:p>
      <w:r>
        <w:br/>
        <w:t>Його цікавили лише два запитання.</w:t>
      </w:r>
    </w:p>
    <w:p>
      <w:r>
        <w:br/>
        <w:t>Що таке життя?</w:t>
      </w:r>
    </w:p>
    <w:p>
      <w:r>
        <w:br/>
        <w:t>Що таке смерть?</w:t>
      </w:r>
    </w:p>
    <w:p>
      <w:r>
        <w:br/>
        <w:t>Після тривалого періоду збору багрянцю, Лек та його друзі зібралися погомоніти. Довкола густих зоряних скупчень багрянець завжди рідшав: чому — нікому не відомо. Тож було про що говорити.</w:t>
      </w:r>
    </w:p>
    <w:p>
      <w:r>
        <w:br/>
        <w:t>— Знаєте, — промовив Лек, — спробую-но я знайти цей Відповідач.</w:t>
      </w:r>
    </w:p>
    <w:p>
      <w:r>
        <w:br/>
        <w:t>Лек говорив мовою Олграт — мовою твердого рішення.</w:t>
      </w:r>
    </w:p>
    <w:p>
      <w:r>
        <w:br/>
        <w:t>— Навіщо? — запитав Ілм мовою Гвест, мовою веселого жартування. — Навіщо тобі знати, якісь речі? Хіба збирання багрянцю для тебе замало?</w:t>
      </w:r>
    </w:p>
    <w:p>
      <w:r>
        <w:br/>
        <w:t>-Авжеж, — відгукнувся Лек, мовою твердого рішення, — мало.</w:t>
      </w:r>
    </w:p>
    <w:p>
      <w:r>
        <w:br/>
        <w:t>Велика праця Лека і його народу полягала в збиранні багрянцю. Вони ретельно, по крихтах вишукували багрянець, вкраплений у різні субстанції космосу, й згрібали у велетенську купу. Навіщо — ніхто не знав.</w:t>
      </w:r>
    </w:p>
    <w:p>
      <w:r>
        <w:br/>
        <w:t>-Я гадаю, варто було б запитати, що таке багрянець? — запропонував Ілм, відсуваючи зірку й лягаючи на її місце.</w:t>
      </w:r>
    </w:p>
    <w:p>
      <w:r>
        <w:br/>
        <w:t>— Неодмінно, — сказав Лек. — Ми надто довго жили в невіданні. Нам треба усвідомити справжню природу багрянцю та його значення у світобудові. Ми повинні знати, чому він керує нашим життям. — Для цієї промови Лек скористався Ілгретом — мовою знання, що зароджується.</w:t>
      </w:r>
    </w:p>
    <w:p>
      <w:r>
        <w:br/>
        <w:t>Ілм та інші не намагалися сперечатися, навіть мовою суперечки. Вони знали, що знання — важлива річ. Споконвіку Лек, Ілм та інші збирали багрянець.</w:t>
      </w:r>
    </w:p>
    <w:p>
      <w:r>
        <w:br/>
        <w:t>Настав час отримати відповідь на найголовніше запитання Всесвіту: що таке багрянець і навіщо згрібати його на купу?</w:t>
      </w:r>
    </w:p>
    <w:p>
      <w:r>
        <w:br/>
        <w:t>Певна річ, Відповідач міг повідомити їм про це. Усі чули про Відповідач, створений давно забутою расою, схожою на них.</w:t>
      </w:r>
    </w:p>
    <w:p>
      <w:r>
        <w:br/>
        <w:t>— Запитаєш у нього ще щось? — поцікавився Ілм.</w:t>
      </w:r>
    </w:p>
    <w:p>
      <w:r>
        <w:br/>
        <w:t>— Не знаю, — знизав плечима Лек. — Можливо, запитаю його про зірки. По суті, більше нічого важливого немає.</w:t>
      </w:r>
    </w:p>
    <w:p>
      <w:r>
        <w:br/>
        <w:t>Лек і його брати жили від Початку Часів, тому вони не думали про смерть. їхня кількість завжди була незмінною, отже, вони не думали про життя.</w:t>
      </w:r>
    </w:p>
    <w:p>
      <w:r>
        <w:br/>
        <w:t>Але багрянець? І купа?</w:t>
      </w:r>
    </w:p>
    <w:p>
      <w:r>
        <w:br/>
        <w:t>-Я йду! промовив Лек на діалекті</w:t>
      </w:r>
    </w:p>
    <w:p>
      <w:r>
        <w:br/>
        <w:t>рішення-на-грані-вчинку.</w:t>
      </w:r>
    </w:p>
    <w:p>
      <w:r>
        <w:br/>
        <w:t>— Щасти тобі! — дружно побажали йому брати мовою щирої прихильності.</w:t>
      </w:r>
    </w:p>
    <w:p>
      <w:r>
        <w:br/>
        <w:t>І Лек пішов від них, легко перестрибуючи із зірки на зірку.</w:t>
      </w:r>
    </w:p>
    <w:p>
      <w:r>
        <w:br/>
        <w:t>Сам на маленькій планеті, Відповідач терпляче чекав на Запитувачів. Час від часу він сам собі нашіптував відповіді. Це був його привілей. Він знав.</w:t>
      </w:r>
    </w:p>
    <w:p>
      <w:r>
        <w:br/>
        <w:t>Він чекав. І будь-яким створінням ніколи не було надто пізно або надто рано для того, щоб прийти й запитати.</w:t>
      </w:r>
    </w:p>
    <w:p>
      <w:r>
        <w:br/>
        <w:t>Їх було вісімнадцятеро й усі зібралися в одному місці.</w:t>
      </w:r>
    </w:p>
    <w:p>
      <w:r>
        <w:br/>
        <w:t>— Я звертаюсь до Закону вісімнадцяти! — вигукнув один. Тут з'явився інший, якого раніше не було, породжений Законом вісімнадцяти.</w:t>
      </w:r>
    </w:p>
    <w:p>
      <w:r>
        <w:br/>
        <w:t>-Нам треба звернутися до Відповідача! — заявив один. — Нашим життям править Закон вісімнадцяти. Там, де є вісімнадцять, неодмінно з'являється дев'ятнадцятий. Чому так?</w:t>
      </w:r>
    </w:p>
    <w:p>
      <w:r>
        <w:br/>
        <w:t>Ніхто не міг відповісти.</w:t>
      </w:r>
    </w:p>
    <w:p>
      <w:r>
        <w:br/>
        <w:t>-Де я? — запитав новонароджений дев'ятнадцятий. Один відвів його убік, щоб розповісти. Залишилося сімнадцять. Стабільне число.</w:t>
      </w:r>
    </w:p>
    <w:p>
      <w:r>
        <w:br/>
        <w:t>— Крім того, ми повинні дізнатися, — заявив інший, —чому всі місця різні, хоча між ними немає ніякої відстані.</w:t>
      </w:r>
    </w:p>
    <w:p>
      <w:r>
        <w:br/>
        <w:t>Це була проблема. Зараз ти тут, потім ти там. І все. Ніякого пересування, ніякої причини. Ти просто в іншому місці.</w:t>
      </w:r>
    </w:p>
    <w:p>
      <w:r>
        <w:br/>
        <w:t>— Зірки холодні, — вигукнув один.</w:t>
      </w:r>
    </w:p>
    <w:p>
      <w:r>
        <w:br/>
        <w:t>— Чому?</w:t>
      </w:r>
    </w:p>
    <w:p>
      <w:r>
        <w:br/>
        <w:t>— Треба піти до Відповідача.</w:t>
      </w:r>
    </w:p>
    <w:p>
      <w:r>
        <w:br/>
        <w:t>Вони чули легенди, знали перекази. "Колись тут жив народ — такі як ми! — і вони Знали. І побудували Відповідач. Потім вони пішли туди, де немає місця, але багато відстані".</w:t>
      </w:r>
    </w:p>
    <w:p>
      <w:r>
        <w:br/>
        <w:t>149</w:t>
      </w:r>
    </w:p>
    <w:p>
      <w:r>
        <w:br/>
        <w:t>-Як туди потрапити? — скрикнуло немовля-дев'ятнадцятий, уже сповнене знання.</w:t>
      </w:r>
    </w:p>
    <w:p>
      <w:r>
        <w:br/>
        <w:t>— Ми вирушаємо.</w:t>
      </w:r>
    </w:p>
    <w:p>
      <w:r>
        <w:br/>
        <w:t>І вісімнадцять зникли. А один залишився, сумно дивлячись на нескінченні простори крижаної зірки. Потім зник і він.</w:t>
      </w:r>
    </w:p>
    <w:p>
      <w:r>
        <w:br/>
        <w:t>— Давні перекази не обманюють, — прошепотів Моран. —</w:t>
      </w:r>
    </w:p>
    <w:p>
      <w:r>
        <w:br/>
        <w:t>Це тут.</w:t>
      </w:r>
    </w:p>
    <w:p>
      <w:r>
        <w:br/>
        <w:t>Вони вийшли з підпростору у вказаному в легендах пункті й опинилися перед зіркою, несхожою на всі інші. Моран знайшов для неї місце в класифікації, але це не мало жодного значення. Просто вона була не така, як інші.</w:t>
      </w:r>
    </w:p>
    <w:p>
      <w:r>
        <w:br/>
        <w:t>Навколо зірки оберталася планета, не схожа на інші. Моран знайшов пояснення й цьому факту, але вони не мали жодного значення. Це була унікальна планета.</w:t>
      </w:r>
    </w:p>
    <w:p>
      <w:r>
        <w:br/>
        <w:t>— Пристебніться, сер, — сказав Моран. — Я спробую приземлитися якомога м'якше.</w:t>
      </w:r>
    </w:p>
    <w:p>
      <w:r>
        <w:br/>
        <w:t>Легко перестрибуючи з зірки на зірку, Лек дістався до Відповідача, поклав його на долоню й підніс його до очей.</w:t>
      </w:r>
    </w:p>
    <w:p>
      <w:r>
        <w:br/>
        <w:t>— Отже, ти Відповідач? — промовив він.</w:t>
      </w:r>
    </w:p>
    <w:p>
      <w:r>
        <w:br/>
        <w:t>— Так, — відгукнувся Відповідач.</w:t>
      </w:r>
    </w:p>
    <w:p>
      <w:r>
        <w:br/>
        <w:t>— Тоді скажи мені, — попрохав його Лек, улаштовуючись зручніше в проміжку між зірками. — Скажи, хто я такий?</w:t>
      </w:r>
    </w:p>
    <w:p>
      <w:r>
        <w:br/>
        <w:t>— Частковість, — сказав Відповідач. — Прояв.</w:t>
      </w:r>
    </w:p>
    <w:p>
      <w:r>
        <w:br/>
        <w:t>— Облиш, — ображено пробурчав Лек. — Міг би вигадати щось краще... Тепер слухай. Мета мого народу — збирати багрянець і згрібати його на купу. У чому істинне значення цього?</w:t>
      </w:r>
    </w:p>
    <w:p>
      <w:r>
        <w:br/>
        <w:t>— Твоє запитання не має сенсу, — сказав Відповідач. Він знав, що таке багрянець і для чого призначена купа.</w:t>
      </w:r>
    </w:p>
    <w:p>
      <w:r>
        <w:br/>
        <w:t>Але пояснення цьому приховувалося у більшому поясненні. Без нього пояснити питання Лека було неможливо. А Лек не зміг поставити справжнє запитання.</w:t>
      </w:r>
    </w:p>
    <w:p>
      <w:r>
        <w:br/>
        <w:t>Лек ставив й інші запитання. Але Відповідач не міг на них відповісти. Лек дивився на всі речі у вузькому значенні, виокремлюючи частину істини й відмовляючись бачити інше. Як пояснити сліпому сприйняття зеленого?</w:t>
      </w:r>
    </w:p>
    <w:p>
      <w:r>
        <w:br/>
        <w:t>Відповідач і не намагався. Він не був на це розрахований.</w:t>
      </w:r>
    </w:p>
    <w:p>
      <w:r>
        <w:br/>
        <w:t>Нарешті Лек зневажливо посміхнувся й пішов, перестрибуючи з зірки на зірку.</w:t>
      </w:r>
    </w:p>
    <w:p>
      <w:r>
        <w:br/>
        <w:t>Одна з зірок, на яку він ступив, на секунду спалахнула, потім зменшила свій блиск до звичайного рівня.</w:t>
      </w:r>
    </w:p>
    <w:p>
      <w:r>
        <w:br/>
        <w:t>Відповідач знав. Але, щоб отримати відповідь, треба було правильно сформулювати питання до нього. Відповідач міркував над цим обмеженням, поглядаючи на зірки — не великі й не малі — саме такі, як треба.</w:t>
      </w:r>
    </w:p>
    <w:p>
      <w:r>
        <w:br/>
        <w:t>"Правильні запитання... Расі, яка збудувала Відповідач, варто було це врахувати, — думав Відповідач. їм варто було зробити певний допуск для семантичного нонсенсу й дозволити йому виходити за межі вузьких запитань".</w:t>
      </w:r>
    </w:p>
    <w:p>
      <w:r>
        <w:br/>
        <w:t>Відповідачеві подобалося ставити запитання самому собі.</w:t>
      </w:r>
    </w:p>
    <w:p>
      <w:r>
        <w:br/>
        <w:t>Перед Відповідачем виникли вісімнадцять створінь —вони не прийшли, не прилетіли, а просто з'явилися. Зіщулившись від холодного блиску зірок, вони ошелешено дивилися на гнітючу громаду Відповідача.</w:t>
      </w:r>
    </w:p>
    <w:p>
      <w:r>
        <w:br/>
        <w:t>— Якщо немає відстані, — запитав один, — то як можна опинитися в іншому місці?</w:t>
      </w:r>
    </w:p>
    <w:p>
      <w:r>
        <w:br/>
        <w:t>Відповідач знав, що таке відстань і що таке інші місця, але не міг відповісти на запитання. Відстань була, але не така, якою її бачили ці створіння. Місця теж були, але в іншому вигляді, ніж їх сподівалися побачити створіння.</w:t>
      </w:r>
    </w:p>
    <w:p>
      <w:r>
        <w:br/>
        <w:t>-Перефразуй запитання, — сказав Відповідач з надією.</w:t>
      </w:r>
    </w:p>
    <w:p>
      <w:r>
        <w:br/>
        <w:t>— Чому тут ми короткі, — запитав один, — а там довгі? Чому там ми товсті, а тут худі? Чому зірки холодні?</w:t>
      </w:r>
    </w:p>
    <w:p>
      <w:r>
        <w:br/>
        <w:t>Відповідач усе це знав. Він розумів, чому зірки холодні, але не міг це пояснити в межах понять зірок або холоду.</w:t>
      </w:r>
    </w:p>
    <w:p>
      <w:r>
        <w:br/>
        <w:t>— Чому, — поцікавився інший, — існує правило вісімнадцяти? Чому там, де збираються вісімнадцять, з'являється дев'ятнадцятий?</w:t>
      </w:r>
    </w:p>
    <w:p>
      <w:r>
        <w:br/>
        <w:t>Але, зрозуміло, відповідь була частиною відповіді на інше, більш містке запитання, яке ніхто не поставив.</w:t>
      </w:r>
    </w:p>
    <w:p>
      <w:r>
        <w:br/>
        <w:t>Інший був результатом дії правила вісімнадцяти й всі дев'ятнадцять створінь зникли.</w:t>
      </w:r>
    </w:p>
    <w:p>
      <w:r>
        <w:br/>
        <w:t>Відповідач продовжував тихо бубоніти правильні запитання і сам на них відповідав.</w:t>
      </w:r>
    </w:p>
    <w:p>
      <w:r>
        <w:br/>
        <w:t>— Ми таки це зробили, — сказав Моран.</w:t>
      </w:r>
    </w:p>
    <w:p>
      <w:r>
        <w:br/>
        <w:t>— Обережно, — він легенько поплескав Лінгмана по плечу, немов побоюючись, що той розсиплеться.</w:t>
      </w:r>
    </w:p>
    <w:p>
      <w:r>
        <w:br/>
        <w:t>Старий біолог геть знесилився. Його очі глибоко запали, обличчя стало жовте й зморщилося. На ньому виразно проступали ознаки близької смерті.</w:t>
      </w:r>
    </w:p>
    <w:p>
      <w:r>
        <w:br/>
        <w:t>— Ходімо, — сказав Лінгман. Він не хотів втрачати часу. Власне, йому вже не було чого втрачати.</w:t>
      </w:r>
    </w:p>
    <w:p>
      <w:r>
        <w:br/>
        <w:t>Вдягнувши скафандри, вони крокували вузькою стежиною.</w:t>
      </w:r>
    </w:p>
    <w:p>
      <w:r>
        <w:br/>
        <w:t>— Трохи повільніше, — попросив Лінгман.</w:t>
      </w:r>
    </w:p>
    <w:p>
      <w:r>
        <w:br/>
        <w:t>— Гаразд, — погодився Моран.</w:t>
      </w:r>
    </w:p>
    <w:p>
      <w:r>
        <w:br/>
        <w:t>Вони пліч-о-пліч пересувалися планетою, несхожою на всі інші планети, яка оберталася навколо зірки, несхожої на всі інші зірки.</w:t>
      </w:r>
    </w:p>
    <w:p>
      <w:r>
        <w:br/>
        <w:t>— Сюди, — вказав Моран. — Легенди казали правду. Стежка привела їх до кам'яних сходів, що вели до внутрішнього дворика. Там стояв Відповідач!</w:t>
      </w:r>
    </w:p>
    <w:p>
      <w:r>
        <w:br/>
        <w:t>Для них Відповідач мав вигляд білого екрана у стіні. На їхню думку, він був дуже простий.</w:t>
      </w:r>
    </w:p>
    <w:p>
      <w:r>
        <w:br/>
        <w:t>Лінгман стиснув руки, щоб вони менше тремтіли. Це була кульмінація всього його життя, роботи, пошуків фінансування, переконань, аналізу легенд...</w:t>
      </w:r>
    </w:p>
    <w:p>
      <w:r>
        <w:br/>
        <w:t>— Пам'ятай, — сказав він Моранові, — ми, напевно, будемо шоковані. Істина, ймовірно, виявиться несхожою на те, що ми уявляли.</w:t>
      </w:r>
    </w:p>
    <w:p>
      <w:r>
        <w:br/>
        <w:t>— Я готовий! — захоплено вигукнув Моран.</w:t>
      </w:r>
    </w:p>
    <w:p>
      <w:r>
        <w:br/>
        <w:t>— Чудово. Відповідачу, — звернувся Лінгман високим слабким голосом, — скажи нам, що таке життя?</w:t>
      </w:r>
    </w:p>
    <w:p>
      <w:r>
        <w:br/>
        <w:t>У їхніх головах залунав голос.</w:t>
      </w:r>
    </w:p>
    <w:p>
      <w:r>
        <w:br/>
        <w:t>— Питання не має сенсу. Під "життям" Запитувач має на увазі часткове явище, з'ясовне лише з погляду цілого.</w:t>
      </w:r>
    </w:p>
    <w:p>
      <w:r>
        <w:br/>
        <w:t>— Частиною якого цілого є життя? — запитав Лінгман. —Дане запитання в його нинішній формі не має</w:t>
      </w:r>
    </w:p>
    <w:p>
      <w:r>
        <w:br/>
        <w:t>відповіді. Запитувач, як і раніше, розглядає життя з суб'єктивної, упередженої точки зору.</w:t>
      </w:r>
    </w:p>
    <w:p>
      <w:r>
        <w:br/>
        <w:t>-То дай відповідь з власної точки зору, — сказав Моран.</w:t>
      </w:r>
    </w:p>
    <w:p>
      <w:r>
        <w:br/>
        <w:t>— Відповідач може тільки відповідати на запитання, —сумно промовив Відповідач, згадуючи про обмеження, запроваджені його творцями.</w:t>
      </w:r>
    </w:p>
    <w:p>
      <w:r>
        <w:br/>
        <w:t>Запала тиша.</w:t>
      </w:r>
    </w:p>
    <w:p>
      <w:r>
        <w:br/>
        <w:t>— Чи, правда, що Всесвіт розширюється? — запитав Моран.</w:t>
      </w:r>
    </w:p>
    <w:p>
      <w:r>
        <w:br/>
        <w:t>-Термін "розширюється" в даній ситуації застосувати не можна. Всесвіт, як його сприймає Запитувач, — ілюзорна концепція.</w:t>
      </w:r>
    </w:p>
    <w:p>
      <w:r>
        <w:br/>
        <w:t>-Ти можеш нам сказати хоч що-небудь? — запитав Морган.</w:t>
      </w:r>
    </w:p>
    <w:p>
      <w:r>
        <w:br/>
        <w:t>— Я можу відповісти на будь-яке правильно сформульоване запитання стосовно природи речей.</w:t>
      </w:r>
    </w:p>
    <w:p>
      <w:r>
        <w:br/>
        <w:t>Фізик та біолог перезирнулися.</w:t>
      </w:r>
    </w:p>
    <w:p>
      <w:r>
        <w:br/>
        <w:t>— Здається, я розумію, що він має на увазі, — сумно промовив Лінгман. — Наші основні припущення хибні. Всі до єдиного.</w:t>
      </w:r>
    </w:p>
    <w:p>
      <w:r>
        <w:br/>
        <w:t>— Це неможливо! — заперечив Моран. — Фізика, біологія...</w:t>
      </w:r>
    </w:p>
    <w:p>
      <w:r>
        <w:br/>
        <w:t>-Часткові істини, — безмежно втомленим голосом зауважив Лінгман. — Принаймні ми з'ясували, що наші висновки стосовно явищ, які ми можемо спостерігати, є помилковими.</w:t>
      </w:r>
    </w:p>
    <w:p>
      <w:r>
        <w:br/>
        <w:t>— А правило найпростішого припущення?</w:t>
      </w:r>
    </w:p>
    <w:p>
      <w:r>
        <w:br/>
        <w:t>— Це лише теорія.</w:t>
      </w:r>
    </w:p>
    <w:p>
      <w:r>
        <w:br/>
        <w:t>— Але життя, він може відповісти, що таке життя?</w:t>
      </w:r>
    </w:p>
    <w:p>
      <w:r>
        <w:br/>
        <w:t>— Поглянь на цю справу з іншого боку, — задумливо промовив Лінгман. — Припустимо, ти запитуєш: "Чому я народився під сузір'ям Скорпіона при проходженні через Сатурн? " Я не зможу відповісти на твоє питання з погляду зодіаку, тому що зодіак тут зовсім ні до чого.</w:t>
      </w:r>
    </w:p>
    <w:p>
      <w:r>
        <w:br/>
        <w:t>— Я зрозумів, — повільно вимовив Моран. — Він не в змозі відповісти на наші запитання, оперуючи нашими поняттями й припущеннями.</w:t>
      </w:r>
    </w:p>
    <w:p>
      <w:r>
        <w:br/>
        <w:t>— Гадаю, саме так. Він обмежений коректно поставленими запитаннями, а ці запитання вимагають знань, яких ми не маємо.</w:t>
      </w:r>
    </w:p>
    <w:p>
      <w:r>
        <w:br/>
        <w:t>— Отже, ми навіть не зможемо вірно сформулювати запитання? — обурився Моран. — Не вірю. Повинні ж ми знати хоч основні істини. — Він повернувся до Відповідача і запитав. — Що таке смерть?</w:t>
      </w:r>
    </w:p>
    <w:p>
      <w:r>
        <w:br/>
        <w:t>— Я не можу пояснити антропоморфізм.</w:t>
      </w:r>
    </w:p>
    <w:p>
      <w:r>
        <w:br/>
        <w:t>— Смерть — це антропоморфізм! — вигукнув Моран, і Лінгман швидко обернувся. — Нарешті ми хоч трохи зрушили з місця.</w:t>
      </w:r>
    </w:p>
    <w:p>
      <w:r>
        <w:br/>
        <w:t>— Чи реальні антропоморфізми?</w:t>
      </w:r>
    </w:p>
    <w:p>
      <w:r>
        <w:br/>
        <w:t>— Антропоморфізми можна класифікувати умовно як А — хибні істини або в — часткові істини з погляду часткової ситуації.</w:t>
      </w:r>
    </w:p>
    <w:p>
      <w:r>
        <w:br/>
        <w:t>— Що можна сказати в цьому випадку? — І те, й інше.</w:t>
      </w:r>
    </w:p>
    <w:p>
      <w:r>
        <w:br/>
        <w:t>Нічого конкретнішого вони не домоглися. Моран не міг витягнути з Відповідача нічого більшого. Минали години, але істина вислизала їм з рук все далі й далі.</w:t>
      </w:r>
    </w:p>
    <w:p>
      <w:r>
        <w:br/>
        <w:t>— Можна збожеволіти, — не витримав Моран. — Перед нами розгадки усіх таємниць Всесвіту, але вони відкриються лише за умови, що ми поставимо правильне запитання. Але звідки ми можемо знати правильні запитання?!</w:t>
      </w:r>
    </w:p>
    <w:p>
      <w:r>
        <w:br/>
        <w:t>Лінгман сів на землю, прихилився до кам'яної стіни й заплющив очі.</w:t>
      </w:r>
    </w:p>
    <w:p>
      <w:r>
        <w:br/>
        <w:t>— Дикуни — от хто ми з вами, — продовжував Моран нервово походжаючи з боку в бік перед Відповідачем. — Уявіть собі бушмена, який приходить до фізика й питає його, чому не можна пустити стрілу в Сонце. Вчений може пояснити це лише своїми поняттями. Що при цьому трапиться?</w:t>
      </w:r>
    </w:p>
    <w:p>
      <w:r>
        <w:br/>
        <w:t>— Вчений навіть не буде намагатися, — ледь чутно промовив Лінгман. — Він одразу зрозуміє марність пояснення.</w:t>
      </w:r>
    </w:p>
    <w:p>
      <w:r>
        <w:br/>
        <w:t>— Гаразд, — сказав Моран нетерпляче. — Як ви можете пояснити бушменові обертання Землі? Або, наприклад, як пояснити йому принцип відносності, не поступившись при цьому науковою точністю?</w:t>
      </w:r>
    </w:p>
    <w:p>
      <w:r>
        <w:br/>
        <w:t>Очі Лінгмана були заплющені, він не відповів.</w:t>
      </w:r>
    </w:p>
    <w:p>
      <w:r>
        <w:br/>
        <w:t>— Ми — бушмени. Ні! Мабуть розрив значно більший. Скажімо, хробак і надлюдина. Хробак бажає дізнатися про природу гною і чому його так багато. От вам і Відповідач.</w:t>
      </w:r>
    </w:p>
    <w:p>
      <w:r>
        <w:br/>
        <w:t>— Може вже підемо, сер? — запитав Моран. Пальці Лінгмана були стиснуті, очі заплющені, щоки запали.</w:t>
      </w:r>
    </w:p>
    <w:p>
      <w:r>
        <w:br/>
        <w:t>— Сер! Сер! — легенько потряс його Моран. Відповідач знав, що це не відповідь.</w:t>
      </w:r>
    </w:p>
    <w:p>
      <w:r>
        <w:br/>
        <w:t>Самотній на своїй планеті, не великій і не малій, а саме такого розміру, як треба — Відповідач чекав. Він не міг допомогти людям, які приходили до нього, тому що навіть Відповідач має певні обмеження.</w:t>
      </w:r>
    </w:p>
    <w:p>
      <w:r>
        <w:br/>
        <w:t>Всесвіт? Життя? Смерть? Багрянець? Вісімнадцять?</w:t>
      </w:r>
    </w:p>
    <w:p>
      <w:r>
        <w:br/>
        <w:t>Часткові істини, напівістини, крихітні часточки великого Запитання.</w:t>
      </w:r>
    </w:p>
    <w:p>
      <w:r>
        <w:br/>
        <w:t>У вічній самотності Відповідач бурмоче сам до себе правильні запитання, які ніхто не може зрозуміти.</w:t>
      </w:r>
    </w:p>
    <w:p>
      <w:r>
        <w:br/>
        <w:t>Запитання, які ніхто ніколи не поставить, адже відповідач пам'ятає те, що його Творці знали, але забули.</w:t>
      </w:r>
    </w:p>
    <w:p>
      <w:r>
        <w:br/>
        <w:t>А для того, щоб правильно поставити запитання, завжди треба знати майже всю відповідь.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Безглузді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