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сонети (збірка)</w:t>
      </w:r>
    </w:p>
    <w:p>
      <w:r>
        <w:br/>
        <w:t xml:space="preserve"> БІЛІ СОНЕТИ&lt;br /&gt;</w:t>
        <w:br/>
        <w:t>СТАРЕНЬКА РИМА</w:t>
      </w:r>
    </w:p>
    <w:p>
      <w:r>
        <w:br/>
        <w:t>Старенька рима у паркані вірша&lt;br /&gt;</w:t>
        <w:br/>
        <w:t>Прибита, мов штахетина гнила,&lt;br /&gt;</w:t>
        <w:br/>
        <w:t>Займає місце. Як байдужим оком&lt;br /&gt;</w:t>
        <w:br/>
        <w:t>Сковзнеш по ній, то скажеш: "Все гаразд!"</w:t>
      </w:r>
    </w:p>
    <w:p>
      <w:r>
        <w:br/>
        <w:t>Та тільки потривож її рукою,&lt;br /&gt;</w:t>
        <w:br/>
        <w:t>Переконатися попробуй сам,&lt;br /&gt;</w:t>
        <w:br/>
        <w:t>Чи міцно думки цвях сидить у слові —&lt;br /&gt;</w:t>
        <w:br/>
        <w:t>І вже гуде в поезії діра!</w:t>
      </w:r>
    </w:p>
    <w:p>
      <w:r>
        <w:br/>
        <w:t>Але ще гірше, як іржаву мисль&lt;br /&gt;</w:t>
        <w:br/>
        <w:t>Вганяють молотком у дошку рими,&lt;br /&gt;</w:t>
        <w:br/>
        <w:t>Що зм'якла від гниття й приймає ржу!</w:t>
      </w:r>
    </w:p>
    <w:p>
      <w:r>
        <w:br/>
        <w:t>Навіщо майструвати загорожі,&lt;br /&gt;</w:t>
        <w:br/>
        <w:t>Коли вони дірками верещать,&lt;br /&gt;</w:t>
        <w:br/>
        <w:t>Під'юджують невинних до злодійства?</w:t>
      </w:r>
    </w:p>
    <w:p>
      <w:r>
        <w:br/>
        <w:t>1967&lt;br /&gt;</w:t>
        <w:br/>
        <w:t>КРИЛА</w:t>
      </w:r>
    </w:p>
    <w:p>
      <w:r>
        <w:br/>
        <w:t>Підхлібники модерному поету&lt;br /&gt;</w:t>
        <w:br/>
        <w:t>Зліпили крила медом золотим —&lt;br /&gt;</w:t>
        <w:br/>
        <w:t>І він подякував за те, що з птаха&lt;br /&gt;</w:t>
        <w:br/>
        <w:t>Його зробили плазнем… Він гадав,</w:t>
      </w:r>
    </w:p>
    <w:p>
      <w:r>
        <w:br/>
        <w:t>Що сонце крилечка йому оближе,&lt;br /&gt;</w:t>
        <w:br/>
        <w:t>І він розправить їх і знов злетить.&lt;br /&gt;</w:t>
        <w:br/>
        <w:t>Він тішився блискучою ситою,&lt;br /&gt;</w:t>
        <w:br/>
        <w:t>Що нею сяяла його душа.</w:t>
      </w:r>
    </w:p>
    <w:p>
      <w:r>
        <w:br/>
        <w:t>Не знав, що сонце бридиться гадюки,&lt;br /&gt;</w:t>
        <w:br/>
        <w:t>Не знав, що у тісній, мов страх, норі,&lt;br /&gt;</w:t>
        <w:br/>
        <w:t>Як горб, ті крила будуть заважати!</w:t>
      </w:r>
    </w:p>
    <w:p>
      <w:r>
        <w:br/>
        <w:t>Щоб легше жити, він їх відрубав,&lt;br /&gt;</w:t>
        <w:br/>
        <w:t>І, смокчучи засохлий солод слави,&lt;br /&gt;</w:t>
        <w:br/>
        <w:t>Вдавився кісткою свого ж крила!</w:t>
      </w:r>
    </w:p>
    <w:p>
      <w:r>
        <w:br/>
        <w:t>1967&lt;br /&gt;</w:t>
        <w:br/>
        <w:t>РЕМБРАНДТОВА "ДАНАЯ"</w:t>
      </w:r>
    </w:p>
    <w:p>
      <w:r>
        <w:br/>
        <w:t>В бентежнім тихім співі наготи,&lt;br /&gt;</w:t>
        <w:br/>
        <w:t>Що не порвавсь ніде від зойку хоті, —&lt;br /&gt;</w:t>
        <w:br/>
        <w:t>Пекучий спомин радощів кохання&lt;br /&gt;</w:t>
        <w:br/>
        <w:t>І материнських мук передчуття.</w:t>
      </w:r>
    </w:p>
    <w:p>
      <w:r>
        <w:br/>
        <w:t>Понад зітханням сонячного лона&lt;br /&gt;</w:t>
        <w:br/>
        <w:t>І мовкнучими дзвонами грудей —&lt;br /&gt;</w:t>
        <w:br/>
        <w:t>Знадливий жест жіночої руки —&lt;br /&gt;</w:t>
        <w:br/>
        <w:t>Мелодія чекання і покори.</w:t>
      </w:r>
    </w:p>
    <w:p>
      <w:r>
        <w:br/>
        <w:t>Чудується з того розпусний бог,&lt;br /&gt;</w:t>
        <w:br/>
        <w:t>Що святість матері й красу коханки&lt;br /&gt;</w:t>
        <w:br/>
        <w:t>Незмога ні звести, ні розвести.</w:t>
      </w:r>
    </w:p>
    <w:p>
      <w:r>
        <w:br/>
        <w:t>Приймає він навіки образ мужа,&lt;br /&gt;</w:t>
        <w:br/>
        <w:t>Свою холодну вічність віддає,&lt;br /&gt;</w:t>
        <w:br/>
        <w:t>Щоб доступити мудрості зачаття.</w:t>
      </w:r>
    </w:p>
    <w:p>
      <w:r>
        <w:br/>
        <w:t>1967&lt;br /&gt;</w:t>
        <w:br/>
        <w:t>КОХАННЯ</w:t>
      </w:r>
    </w:p>
    <w:p>
      <w:r>
        <w:br/>
        <w:t>У надвечір'ї — золоте вікно,&lt;br /&gt;</w:t>
        <w:br/>
        <w:t>Сумує в ньому дівчина ласкаво.&lt;br /&gt;</w:t>
        <w:br/>
        <w:t>Пливе печаль і лагідне проміння&lt;br /&gt;</w:t>
        <w:br/>
        <w:t>Крізь оболоки сивого бузку.</w:t>
      </w:r>
    </w:p>
    <w:p>
      <w:r>
        <w:br/>
        <w:t>У тому світлі швидко, мов лилик,&lt;br /&gt;</w:t>
        <w:br/>
        <w:t>На мент з'являється хлоп'яча постать.&lt;br /&gt;</w:t>
        <w:br/>
        <w:t>Дівча бере хустину шалінову,&lt;br /&gt;</w:t>
        <w:br/>
        <w:t>На плечі накидає тремтячи.</w:t>
      </w:r>
    </w:p>
    <w:p>
      <w:r>
        <w:br/>
        <w:t>В саду так тихо, ніби там хтось є.&lt;br /&gt;</w:t>
        <w:br/>
        <w:t>— Це ти?&lt;br /&gt;</w:t>
        <w:br/>
        <w:t>— Це я. —&lt;br /&gt;</w:t>
        <w:br/>
        <w:t>І пролітає ніч,&lt;br /&gt;</w:t>
        <w:br/>
        <w:t>Не встигли й розминутися слова.</w:t>
      </w:r>
    </w:p>
    <w:p>
      <w:r>
        <w:br/>
        <w:t>Дивується хлопчина і жаліє,&lt;br /&gt;</w:t>
        <w:br/>
        <w:t>Що на тонкому пагоні антени&lt;br /&gt;</w:t>
        <w:br/>
        <w:t>Защебетала зірка світанкова!</w:t>
      </w:r>
    </w:p>
    <w:p>
      <w:r>
        <w:br/>
        <w:t>1967&lt;br /&gt;</w:t>
        <w:br/>
        <w:t>ЛОША</w:t>
      </w:r>
    </w:p>
    <w:p>
      <w:r>
        <w:br/>
        <w:t>Поволечки ступають сиві коні,&lt;br /&gt;</w:t>
        <w:br/>
        <w:t>У возі похоронному йдучи.&lt;br /&gt;</w:t>
        <w:br/>
        <w:t>Господар начесав на очі гриви,&lt;br /&gt;</w:t>
        <w:br/>
        <w:t>Щоб шлях на цвинтар не запам'ятавсь.</w:t>
      </w:r>
    </w:p>
    <w:p>
      <w:r>
        <w:br/>
        <w:t>Але вони крізь гриви трошки бачать,&lt;br /&gt;</w:t>
        <w:br/>
        <w:t>Вдають сліпих, щоб не смутить людей.&lt;br /&gt;</w:t>
        <w:br/>
        <w:t>Ця доброта не глагоїть печалі,&lt;br /&gt;</w:t>
        <w:br/>
        <w:t>Ця мудрість не розвіює скорбот.</w:t>
      </w:r>
    </w:p>
    <w:p>
      <w:r>
        <w:br/>
        <w:t>А біля воза бігає лошатко,&lt;br /&gt;</w:t>
        <w:br/>
        <w:t>То смикає люцерну з-під труни,&lt;br /&gt;</w:t>
        <w:br/>
        <w:t>То забігає посмоктати дійку,</w:t>
      </w:r>
    </w:p>
    <w:p>
      <w:r>
        <w:br/>
        <w:t>То заірже, то вибриком піде, —&lt;br /&gt;</w:t>
        <w:br/>
        <w:t>І дзенькає під копитом лошати&lt;br /&gt;</w:t>
        <w:br/>
        <w:t>Чиясь повеселіла вже сльоза.</w:t>
      </w:r>
    </w:p>
    <w:p>
      <w:r>
        <w:br/>
        <w:t>1967&lt;br /&gt;</w:t>
        <w:br/>
        <w:t>ВІРНІСТЬ</w:t>
      </w:r>
    </w:p>
    <w:p>
      <w:r>
        <w:br/>
        <w:t>Коли вона сиділа на порозі&lt;br /&gt;</w:t>
        <w:br/>
        <w:t>І годувала немовля своє,&lt;br /&gt;</w:t>
        <w:br/>
        <w:t>Із-за причілка голубої хати&lt;br /&gt;</w:t>
        <w:br/>
        <w:t>Русявий місяць вийшов, як легінь.</w:t>
      </w:r>
    </w:p>
    <w:p>
      <w:r>
        <w:br/>
        <w:t>Перед його невинно-хтивим оком&lt;br /&gt;</w:t>
        <w:br/>
        <w:t>Вона долонею прикрила грудь.&lt;br /&gt;</w:t>
        <w:br/>
        <w:t>Тоді він кинув золоту крисаню&lt;br /&gt;</w:t>
        <w:br/>
        <w:t>Під ноги їй, а сам у лісі зник.</w:t>
      </w:r>
    </w:p>
    <w:p>
      <w:r>
        <w:br/>
        <w:t>Вона дитину занесла в оселю,&lt;br /&gt;</w:t>
        <w:br/>
        <w:t>Поклала спати й вибігла надвір&lt;br /&gt;</w:t>
        <w:br/>
        <w:t>Підняти парубоцький подарунок.</w:t>
      </w:r>
    </w:p>
    <w:p>
      <w:r>
        <w:br/>
        <w:t>Але крисані наче й не було…&lt;br /&gt;</w:t>
        <w:br/>
        <w:t>А чоловік, що надійшов з роботи,&lt;br /&gt;</w:t>
        <w:br/>
        <w:t>Поцілував дружину у сльозу.</w:t>
      </w:r>
    </w:p>
    <w:p>
      <w:r>
        <w:br/>
        <w:t>1967&lt;br /&gt;</w:t>
        <w:br/>
        <w:t>НЕТЕРПЕЛИВІСТЬ</w:t>
      </w:r>
    </w:p>
    <w:p>
      <w:r>
        <w:br/>
        <w:t>Хотів пастух почути голос Бога&lt;br /&gt;</w:t>
        <w:br/>
        <w:t>В палаючім кущі і запалив&lt;br /&gt;</w:t>
        <w:br/>
        <w:t>Маленький корч сухого ялівцю,&lt;br /&gt;</w:t>
        <w:br/>
        <w:t>І полум'я рвонулось, як з гранати,</w:t>
      </w:r>
    </w:p>
    <w:p>
      <w:r>
        <w:br/>
        <w:t>І жерепові нетрі зайнялись,&lt;br /&gt;</w:t>
        <w:br/>
        <w:t>І стало страшно тому пастухові,&lt;br /&gt;</w:t>
        <w:br/>
        <w:t>Що погорять малі пташата в гніздах,&lt;br /&gt;</w:t>
        <w:br/>
        <w:t>Нездатні ще втікати із вогню.</w:t>
      </w:r>
    </w:p>
    <w:p>
      <w:r>
        <w:br/>
        <w:t>Він кинувся гасити ялівець,&lt;br /&gt;</w:t>
        <w:br/>
        <w:t>Але було вже пізно. Все згоріло.&lt;br /&gt;</w:t>
        <w:br/>
        <w:t>А Бог мовчав, бо іншого любив.</w:t>
      </w:r>
    </w:p>
    <w:p>
      <w:r>
        <w:br/>
        <w:t>Не дочекавшись об'яву любові,&lt;br /&gt;</w:t>
        <w:br/>
        <w:t>Спалили ви, прокляті лжепророки,&lt;br /&gt;</w:t>
        <w:br/>
        <w:t>З нетерпеливості мільйони крил!</w:t>
      </w:r>
    </w:p>
    <w:p>
      <w:r>
        <w:br/>
        <w:t>1967&lt;br /&gt;</w:t>
        <w:br/>
        <w:t>ХЛІБ</w:t>
      </w:r>
    </w:p>
    <w:p>
      <w:r>
        <w:br/>
        <w:t>Нема такого хліба на землі,&lt;br /&gt;</w:t>
        <w:br/>
        <w:t>Як той, що моя мати випікала&lt;br /&gt;</w:t>
        <w:br/>
        <w:t>На зелені горіховій в печі,&lt;br /&gt;</w:t>
        <w:br/>
        <w:t>Глибокій, мов тунель коло Яремча.</w:t>
      </w:r>
    </w:p>
    <w:p>
      <w:r>
        <w:br/>
        <w:t>Як небо зорями, той мамин хліб&lt;br /&gt;</w:t>
        <w:br/>
        <w:t>Обсипаний був зернятками кмину,&lt;br /&gt;</w:t>
        <w:br/>
        <w:t>Він кликав і манив мене здаля,&lt;br /&gt;</w:t>
        <w:br/>
        <w:t>Як свято пахощів у нашій хаті.</w:t>
      </w:r>
    </w:p>
    <w:p>
      <w:r>
        <w:br/>
        <w:t>Я не збагну ніколи, як вмістилось&lt;br /&gt;</w:t>
        <w:br/>
        <w:t>Моє життя в маленькім слові "хліб",&lt;br /&gt;</w:t>
        <w:br/>
        <w:t>Вселенна — в зірці тмину запашного.</w:t>
      </w:r>
    </w:p>
    <w:p>
      <w:r>
        <w:br/>
        <w:t>Живе в нім мати, що давно померла,&lt;br /&gt;</w:t>
        <w:br/>
        <w:t>І той горіх, що з туги всох за нею,&lt;br /&gt;</w:t>
        <w:br/>
        <w:t>Мені в тім слові тихо шелестить.</w:t>
      </w:r>
    </w:p>
    <w:p>
      <w:r>
        <w:br/>
        <w:t>1967&lt;br /&gt;</w:t>
        <w:br/>
        <w:t>МІСТ</w:t>
      </w:r>
    </w:p>
    <w:p>
      <w:r>
        <w:br/>
        <w:t>Йому ріка, неначе гільйотина,&lt;br /&gt;</w:t>
        <w:br/>
        <w:t>Крижиною стинала дужий карк;&lt;br /&gt;</w:t>
        <w:br/>
        <w:t>Йому ламали тараном ключиці&lt;br /&gt;</w:t>
        <w:br/>
        <w:t>У повені серпневі юрби хвиль.</w:t>
      </w:r>
    </w:p>
    <w:p>
      <w:r>
        <w:br/>
        <w:t>Йому під серце клали динаміт —&lt;br /&gt;</w:t>
        <w:br/>
        <w:t>І він злітав, як змій дитячий з дикту…&lt;br /&gt;</w:t>
        <w:br/>
        <w:t>Було, лишались тільки чорні палі,&lt;br /&gt;</w:t>
        <w:br/>
        <w:t>Як тіні місяця попід водою.</w:t>
      </w:r>
    </w:p>
    <w:p>
      <w:r>
        <w:br/>
        <w:t>Та він відроджувався кожен раз —&lt;br /&gt;</w:t>
        <w:br/>
        <w:t>Бетоном бралися бики й бервена,&lt;br /&gt;</w:t>
        <w:br/>
        <w:t>З його слідів гнилих зростала сталь!</w:t>
      </w:r>
    </w:p>
    <w:p>
      <w:r>
        <w:br/>
        <w:t>На ньому я збагнув безсмертя тайну:&lt;br /&gt;</w:t>
        <w:br/>
        <w:t>Міст воскресає, зводиться, встає,&lt;br /&gt;</w:t>
        <w:br/>
        <w:t>Бо він — частина вічної дороги!</w:t>
      </w:r>
    </w:p>
    <w:p>
      <w:r>
        <w:br/>
        <w:t>1967&lt;br /&gt;</w:t>
        <w:br/>
        <w:t>ДИВО</w:t>
      </w:r>
    </w:p>
    <w:p>
      <w:r>
        <w:br/>
        <w:t>Курилась ватра, я лежав, як дим.&lt;br /&gt;</w:t>
        <w:br/>
        <w:t>Твого волосся золота колиба&lt;br /&gt;</w:t>
        <w:br/>
        <w:t>Ласкаво намагалася мене&lt;br /&gt;</w:t>
        <w:br/>
        <w:t>Всього-всього вмістити під собою.</w:t>
      </w:r>
    </w:p>
    <w:p>
      <w:r>
        <w:br/>
        <w:t>Супутник, як допитлива зоря,&lt;br /&gt;</w:t>
        <w:br/>
        <w:t>Летів поволі, щоб не пропустити&lt;br /&gt;</w:t>
        <w:br/>
        <w:t>Того, що статись мусило внизу, —&lt;br /&gt;</w:t>
        <w:br/>
        <w:t>Вже наближалася хвилина дива.</w:t>
      </w:r>
    </w:p>
    <w:p>
      <w:r>
        <w:br/>
        <w:t>В твоїх очах я оленя уздрів —&lt;br /&gt;</w:t>
        <w:br/>
        <w:t>Він розігнавсь і гострими рогами&lt;br /&gt;</w:t>
        <w:br/>
        <w:t>Нас пригвоздив до каменя обох.</w:t>
      </w:r>
    </w:p>
    <w:p>
      <w:r>
        <w:br/>
        <w:t>Сплітались болі, і земля взяла&lt;br /&gt;</w:t>
        <w:br/>
        <w:t>В свої глибини твій гарячий подих —&lt;br /&gt;</w:t>
        <w:br/>
        <w:t>Майбутніх весен молоду теплінь.</w:t>
      </w:r>
    </w:p>
    <w:p>
      <w:r>
        <w:br/>
        <w:t>1967&lt;br /&gt;</w:t>
        <w:br/>
        <w:t>СУТЬ</w:t>
      </w:r>
    </w:p>
    <w:p>
      <w:r>
        <w:br/>
        <w:t>Знайдуться дошки на мою труну&lt;br /&gt;</w:t>
        <w:br/>
        <w:t>Так, як знайшлися на мою колиску,&lt;br /&gt;</w:t>
        <w:br/>
        <w:t>Але колиска залишилась людям,&lt;br /&gt;</w:t>
        <w:br/>
        <w:t>А домовина буде лиш моя.</w:t>
      </w:r>
    </w:p>
    <w:p>
      <w:r>
        <w:br/>
        <w:t>Слова знайдуться на мою печаль&lt;br /&gt;</w:t>
        <w:br/>
        <w:t>Так, як знайшлися на веселу пісню, —&lt;br /&gt;</w:t>
        <w:br/>
        <w:t>Та чи візьмуть у мене пісню люди?&lt;br /&gt;</w:t>
        <w:br/>
        <w:t>Та чи помре зі мною смуток мій?</w:t>
      </w:r>
    </w:p>
    <w:p>
      <w:r>
        <w:br/>
        <w:t>Це дуже тяжко — написати пісню,&lt;br /&gt;</w:t>
        <w:br/>
        <w:t>Що, мов колиска, йде із роду в рід,&lt;br /&gt;</w:t>
        <w:br/>
        <w:t>Від маминих очей до зір гойдає.</w:t>
      </w:r>
    </w:p>
    <w:p>
      <w:r>
        <w:br/>
        <w:t>Це тяжко — плакати на самоті&lt;br /&gt;</w:t>
        <w:br/>
        <w:t>І зберегти для себе власну тугу&lt;br /&gt;</w:t>
        <w:br/>
        <w:t>Такою неподільною, як смерть.</w:t>
      </w:r>
    </w:p>
    <w:p>
      <w:r>
        <w:br/>
        <w:t>1967&lt;br /&gt;</w:t>
        <w:br/>
        <w:t>ЗАХЛАННІСТЬ</w:t>
      </w:r>
    </w:p>
    <w:p>
      <w:r>
        <w:br/>
        <w:t>Наосліп ходить в яблуці хробак,&lt;br /&gt;</w:t>
        <w:br/>
        <w:t>Та не шукає виходу до світла.&lt;br /&gt;</w:t>
        <w:br/>
        <w:t>Він сам собі дорогу прожирає,&lt;br /&gt;</w:t>
        <w:br/>
        <w:t>Крізь їдло і до їдла повзучи.</w:t>
      </w:r>
    </w:p>
    <w:p>
      <w:r>
        <w:br/>
        <w:t>Як тільки засвітліє перед ним,&lt;br /&gt;</w:t>
        <w:br/>
        <w:t>Мов небо досвітком, тонка лушпина, —&lt;br /&gt;</w:t>
        <w:br/>
        <w:t>В солодку темінь золотого плоду&lt;br /&gt;</w:t>
        <w:br/>
        <w:t>Він швидко повертається назад.</w:t>
      </w:r>
    </w:p>
    <w:p>
      <w:r>
        <w:br/>
        <w:t>Він дзвони зерняток, що б'ють на сполох,&lt;br /&gt;</w:t>
        <w:br/>
        <w:t>Поволі глушить, обсотавши їх,&lt;br /&gt;</w:t>
        <w:br/>
        <w:t>Бо тишу любить він ще більш, як пітьму.</w:t>
      </w:r>
    </w:p>
    <w:p>
      <w:r>
        <w:br/>
        <w:t>Він серцевину знищує дотла,&lt;br /&gt;</w:t>
        <w:br/>
        <w:t>Щоб яблуко, яке йому дісталось,&lt;br /&gt;</w:t>
        <w:br/>
        <w:t>Не відродилось в дереві живім.</w:t>
      </w:r>
    </w:p>
    <w:p>
      <w:r>
        <w:br/>
        <w:t>1967&lt;br /&gt;</w:t>
        <w:br/>
        <w:t>СМІХ</w:t>
      </w:r>
    </w:p>
    <w:p>
      <w:r>
        <w:br/>
        <w:t>Було їх двоє на льоду. Він падав.&lt;br /&gt;</w:t>
        <w:br/>
        <w:t>Вона м'який підстелювала сміх.&lt;br /&gt;</w:t>
        <w:br/>
        <w:t>Блакитні ятагани ковзанів&lt;br /&gt;</w:t>
        <w:br/>
        <w:t>Поблискували в місячному світлі.</w:t>
      </w:r>
    </w:p>
    <w:p>
      <w:r>
        <w:br/>
        <w:t>Синіли снігом береги ріки,&lt;br /&gt;</w:t>
        <w:br/>
        <w:t>Як два тумани, що зійтися хочуть.&lt;br /&gt;</w:t>
        <w:br/>
        <w:t>Між ними лід іскрився сміхом щастя,&lt;br /&gt;</w:t>
        <w:br/>
        <w:t>В цілунку голос дівчини стихав.</w:t>
      </w:r>
    </w:p>
    <w:p>
      <w:r>
        <w:br/>
        <w:t>Раптово до закоханих із ночі,&lt;br /&gt;</w:t>
        <w:br/>
        <w:t>Як щезник, вимчав майстер-ковзаняр,&lt;br /&gt;</w:t>
        <w:br/>
        <w:t>І, видно, гратись він забаг із ними.</w:t>
      </w:r>
    </w:p>
    <w:p>
      <w:r>
        <w:br/>
        <w:t>Регочучи, крутився він, як дзиґа,&lt;br /&gt;</w:t>
        <w:br/>
        <w:t>Від реготу, здавалось, тріскав лід,&lt;br /&gt;</w:t>
        <w:br/>
        <w:t>Але закохані вже не сміялись.</w:t>
      </w:r>
    </w:p>
    <w:p>
      <w:r>
        <w:br/>
        <w:t>1967&lt;br /&gt;</w:t>
        <w:br/>
        <w:t>ДЕРЕВА</w:t>
      </w:r>
    </w:p>
    <w:p>
      <w:r>
        <w:br/>
        <w:t>Мені ненависна дерев покірність:&lt;br /&gt;</w:t>
        <w:br/>
        <w:t>Рубай, коли, пали — вони мовчать.&lt;br /&gt;</w:t>
        <w:br/>
        <w:t>Однісінька сокира проти лісу&lt;br /&gt;</w:t>
        <w:br/>
        <w:t>Виходить, не боїться, страшно б'є!</w:t>
      </w:r>
    </w:p>
    <w:p>
      <w:r>
        <w:br/>
        <w:t>Люблю я вперту гордість деревини —&lt;br /&gt;</w:t>
        <w:br/>
        <w:t>Води не попросити в спекоту,&lt;br /&gt;</w:t>
        <w:br/>
        <w:t>Ніколи не ховатися від грому&lt;br /&gt;</w:t>
        <w:br/>
        <w:t>І перед сонцем не стояти взгин!</w:t>
      </w:r>
    </w:p>
    <w:p>
      <w:r>
        <w:br/>
        <w:t>Висока гідність і низька покора&lt;br /&gt;</w:t>
        <w:br/>
        <w:t>В одній душі, в однім листку живуть —&lt;br /&gt;</w:t>
        <w:br/>
        <w:t>І цю огидну єдність проклинаю!</w:t>
      </w:r>
    </w:p>
    <w:p>
      <w:r>
        <w:br/>
        <w:t>Чим вигнати з дубів тупе мовчання,&lt;br /&gt;</w:t>
        <w:br/>
        <w:t>Коли воно вже звикло до вогню,&lt;br /&gt;</w:t>
        <w:br/>
        <w:t>Що душу лісу в попіл обертає?</w:t>
      </w:r>
    </w:p>
    <w:p>
      <w:r>
        <w:br/>
        <w:t>1967&lt;br /&gt;</w:t>
        <w:br/>
        <w:t>ВИНОГРАДНИК</w:t>
      </w:r>
    </w:p>
    <w:p>
      <w:r>
        <w:br/>
        <w:t>Парад полків зеленої піхоти&lt;br /&gt;</w:t>
        <w:br/>
        <w:t>Спинився під горою і застиг.&lt;br /&gt;</w:t>
        <w:br/>
        <w:t>Кілок звичайний замість карабіна&lt;br /&gt;</w:t>
        <w:br/>
        <w:t>Тримає кожен воїн при нозі.</w:t>
      </w:r>
    </w:p>
    <w:p>
      <w:r>
        <w:br/>
        <w:t>Тяжкими гронами висять набої,&lt;br /&gt;</w:t>
        <w:br/>
        <w:t>Аж повгинались плечі вояків.&lt;br /&gt;</w:t>
        <w:br/>
        <w:t>Впаде команда — й вирушить на гори&lt;br /&gt;</w:t>
        <w:br/>
        <w:t>Велике військо сонця і землі.</w:t>
      </w:r>
    </w:p>
    <w:p>
      <w:r>
        <w:br/>
        <w:t>В одній шерензі я помітив місце,&lt;br /&gt;</w:t>
        <w:br/>
        <w:t>Де стати б можна (пагінець усох,&lt;br /&gt;</w:t>
        <w:br/>
        <w:t>Посаджений для ладу в каменюці).</w:t>
      </w:r>
    </w:p>
    <w:p>
      <w:r>
        <w:br/>
        <w:t>Те місце я оглянув і подумав:&lt;br /&gt;</w:t>
        <w:br/>
        <w:t>Піду туди і стану там колись,&lt;br /&gt;</w:t>
        <w:br/>
        <w:t>Щоб жили каменя запульсували.</w:t>
      </w:r>
    </w:p>
    <w:p>
      <w:r>
        <w:br/>
        <w:t>1967&lt;br /&gt;</w:t>
        <w:br/>
        <w:t>ПРОЩАННЯ</w:t>
      </w:r>
    </w:p>
    <w:p>
      <w:r>
        <w:br/>
        <w:t>Сто тисяч коней жально заіржало.&lt;br /&gt;</w:t>
        <w:br/>
        <w:t>Поблід і знепритомнів голос мій.&lt;br /&gt;</w:t>
        <w:br/>
        <w:t>Вона зайшла в літак. Мов тінь її,&lt;br /&gt;</w:t>
        <w:br/>
        <w:t>Відрубана дверима, я зостався…</w:t>
      </w:r>
    </w:p>
    <w:p>
      <w:r>
        <w:br/>
        <w:t>Десь там, за синьою горою неба,&lt;br /&gt;</w:t>
        <w:br/>
        <w:t>Чекав на неї нелюб — шлюбний чин,&lt;br /&gt;</w:t>
        <w:br/>
        <w:t>А я для неї спомином ставав&lt;br /&gt;</w:t>
        <w:br/>
        <w:t>І чув, як вітер віє вже крізь мене.</w:t>
      </w:r>
    </w:p>
    <w:p>
      <w:r>
        <w:br/>
        <w:t>На похороні ми вчимось прощати,&lt;br /&gt;</w:t>
        <w:br/>
        <w:t>Кохаючи, прощатися вчимось,&lt;br /&gt;</w:t>
        <w:br/>
        <w:t>Та не збагнемо цих наук ніколи.</w:t>
      </w:r>
    </w:p>
    <w:p>
      <w:r>
        <w:br/>
        <w:t>Я на плиті летовища писав&lt;br /&gt;</w:t>
        <w:br/>
        <w:t>Обцасом гумовим, немов для жарту:&lt;br /&gt;</w:t>
        <w:br/>
        <w:t>"Тут спочиває вкрадена любов".</w:t>
      </w:r>
    </w:p>
    <w:p>
      <w:r>
        <w:br/>
        <w:t>1967&lt;br /&gt;</w:t>
        <w:br/>
        <w:t>ПРАПОР</w:t>
      </w:r>
    </w:p>
    <w:p>
      <w:r>
        <w:br/>
        <w:t>Серця правдиві притягають грім.&lt;br /&gt;</w:t>
        <w:br/>
        <w:t>Тому не треба скаржитись ніколи,&lt;br /&gt;</w:t>
        <w:br/>
        <w:t>Що хтось упав, розколотий навпіл,&lt;br /&gt;</w:t>
        <w:br/>
        <w:t>Або посивів чи осліп ще юним.</w:t>
      </w:r>
    </w:p>
    <w:p>
      <w:r>
        <w:br/>
        <w:t>Як ти боїшся — виріж, викинь геть&lt;br /&gt;</w:t>
        <w:br/>
        <w:t>Своє нездарне й небезпечне серце,&lt;br /&gt;</w:t>
        <w:br/>
        <w:t>А замість нього в груди впхай собі&lt;br /&gt;</w:t>
        <w:br/>
        <w:t>Ганчірку, що до блискавок байдужа.</w:t>
      </w:r>
    </w:p>
    <w:p>
      <w:r>
        <w:br/>
        <w:t>Але, вчинивши так, не вибігай&lt;br /&gt;</w:t>
        <w:br/>
        <w:t>Із хати в бурю, не вдавай сміливця,&lt;br /&gt;</w:t>
        <w:br/>
        <w:t>Коли онучу носиш за ребром.</w:t>
      </w:r>
    </w:p>
    <w:p>
      <w:r>
        <w:br/>
        <w:t>Вся кров твоя не зробить з неї стяга,&lt;br /&gt;</w:t>
        <w:br/>
        <w:t>А крапля крові серця, що жило, —&lt;br /&gt;</w:t>
        <w:br/>
        <w:t>Хустинку вознесе понад віками.</w:t>
      </w:r>
    </w:p>
    <w:p>
      <w:r>
        <w:br/>
        <w:t>1967&lt;br /&gt;</w:t>
        <w:br/>
        <w:t>ОСВЕНЦІМ</w:t>
      </w:r>
    </w:p>
    <w:p>
      <w:r>
        <w:br/>
        <w:t>З Освенціму не повернусь ніколи,&lt;br /&gt;</w:t>
        <w:br/>
        <w:t>Хоч добровільно я сюди прийшов.&lt;br /&gt;</w:t>
        <w:br/>
        <w:t>Тут черевички донечок моїх&lt;br /&gt;</w:t>
        <w:br/>
        <w:t>Говорять вирваними язиками.</w:t>
      </w:r>
    </w:p>
    <w:p>
      <w:r>
        <w:br/>
        <w:t>Тут окуляри батькові на купі&lt;br /&gt;</w:t>
        <w:br/>
        <w:t>Побитих скелець, звихнених оправ&lt;br /&gt;</w:t>
        <w:br/>
        <w:t>Я по волячій жилі розпізнав,&lt;br /&gt;</w:t>
        <w:br/>
        <w:t>Що нею зв'язані вони в надніссі.</w:t>
      </w:r>
    </w:p>
    <w:p>
      <w:r>
        <w:br/>
        <w:t>Тут мамину впізнав я сивину&lt;br /&gt;</w:t>
        <w:br/>
        <w:t>У стосі кіс жіночих — по стеблині&lt;br /&gt;</w:t>
        <w:br/>
        <w:t>Сухого променя із косовиць.</w:t>
      </w:r>
    </w:p>
    <w:p>
      <w:r>
        <w:br/>
        <w:t>Метафор не шукайте в цьому вірші,&lt;br /&gt;</w:t>
        <w:br/>
        <w:t>Хіба що не було у вас батьків&lt;br /&gt;</w:t>
        <w:br/>
        <w:t>І ви дітей ніколи не взували!</w:t>
      </w:r>
    </w:p>
    <w:p>
      <w:r>
        <w:br/>
        <w:t>1967&lt;br /&gt;</w:t>
        <w:br/>
        <w:t>ЖАЛЬ</w:t>
      </w:r>
    </w:p>
    <w:p>
      <w:r>
        <w:br/>
        <w:t>Послала мати по гриби хлопчину,&lt;br /&gt;</w:t>
        <w:br/>
        <w:t>І в темнику він загубив стежки.&lt;br /&gt;</w:t>
        <w:br/>
        <w:t>Його здавили натовпи кущів,&lt;br /&gt;</w:t>
        <w:br/>
        <w:t>Тягла за поли, наче пес, ожина…</w:t>
      </w:r>
    </w:p>
    <w:p>
      <w:r>
        <w:br/>
        <w:t>Коли стемніло, він почав кричати,&lt;br /&gt;</w:t>
        <w:br/>
        <w:t>Злякався голосу свого й замовк.&lt;br /&gt;</w:t>
        <w:br/>
        <w:t>В його сумне обличчя звідусіль&lt;br /&gt;</w:t>
        <w:br/>
        <w:t>Вдивлялась ніч очима ведмедиці.</w:t>
      </w:r>
    </w:p>
    <w:p>
      <w:r>
        <w:br/>
        <w:t>Збудився жаль у молодій душі&lt;br /&gt;</w:t>
        <w:br/>
        <w:t>За матір'ю, за сонцем, за дитинством,&lt;br /&gt;</w:t>
        <w:br/>
        <w:t>Та скаржитися не було кому.</w:t>
      </w:r>
    </w:p>
    <w:p>
      <w:r>
        <w:br/>
        <w:t>Не вмер той хлопчик, та його немає,&lt;br /&gt;</w:t>
        <w:br/>
        <w:t>Нема вже й того лісу на землі, —&lt;br /&gt;</w:t>
        <w:br/>
        <w:t>Лишився тільки жаль в моєму серці.</w:t>
      </w:r>
    </w:p>
    <w:p>
      <w:r>
        <w:br/>
        <w:t>1967&lt;br /&gt;</w:t>
        <w:br/>
        <w:t>МОТИЛЬ</w:t>
      </w:r>
    </w:p>
    <w:p>
      <w:r>
        <w:br/>
        <w:t>Застукав дятел на сосні. Метелик&lt;br /&gt;</w:t>
        <w:br/>
        <w:t>Червоної кори злетів на сніг.&lt;br /&gt;</w:t>
        <w:br/>
        <w:t>Його юнак закоханий піймав,&lt;br /&gt;</w:t>
        <w:br/>
        <w:t>Немов живого, затулив у жменю.</w:t>
      </w:r>
    </w:p>
    <w:p>
      <w:r>
        <w:br/>
        <w:t>Його приніс він дівчині своїй —&lt;br /&gt;</w:t>
        <w:br/>
        <w:t>Серед зими дарунок незвичайний! —&lt;br /&gt;</w:t>
        <w:br/>
        <w:t>Він чув, коли дивився в очі милі,&lt;br /&gt;</w:t>
        <w:br/>
        <w:t>Як лоскітно в долоню бивсь мотиль.</w:t>
      </w:r>
    </w:p>
    <w:p>
      <w:r>
        <w:br/>
        <w:t>Лови! Лови! — І крилечка мохнаті&lt;br /&gt;</w:t>
        <w:br/>
        <w:t>Задихали, знялися, зникли вмить,&lt;br /&gt;</w:t>
        <w:br/>
        <w:t>Але дівча не бачило нічого.</w:t>
      </w:r>
    </w:p>
    <w:p>
      <w:r>
        <w:br/>
        <w:t>А вітер звіяв із його руки&lt;br /&gt;</w:t>
        <w:br/>
        <w:t>Соснової кори пекучу трину —&lt;br /&gt;</w:t>
        <w:br/>
        <w:t>Любов чи тільки пил від мотиля?</w:t>
      </w:r>
    </w:p>
    <w:p>
      <w:r>
        <w:br/>
        <w:t>1967&lt;br /&gt;</w:t>
        <w:br/>
        <w:t>ЛУК</w:t>
      </w:r>
    </w:p>
    <w:p>
      <w:r>
        <w:br/>
        <w:t>Вона лежала навзнак у траві,&lt;br /&gt;</w:t>
        <w:br/>
        <w:t>Розкинувши долоні для обіймів.&lt;br /&gt;</w:t>
        <w:br/>
        <w:t>А лінія грудей і рук її&lt;br /&gt;</w:t>
        <w:br/>
        <w:t>Творила образ лука в ту хвилину.</w:t>
      </w:r>
    </w:p>
    <w:p>
      <w:r>
        <w:br/>
        <w:t>Я на зап'ястя тятиву напнув,&lt;br /&gt;</w:t>
        <w:br/>
        <w:t>Здавивши пружну непокору лука.&lt;br /&gt;</w:t>
        <w:br/>
        <w:t>Живої зброї вигини тугі&lt;br /&gt;</w:t>
        <w:br/>
        <w:t>Я гладив, наче перед поєдинком.</w:t>
      </w:r>
    </w:p>
    <w:p>
      <w:r>
        <w:br/>
        <w:t>Замало стріл в моїм сагайдаку —&lt;br /&gt;</w:t>
        <w:br/>
        <w:t>А ворог наступає і сміється,&lt;br /&gt;</w:t>
        <w:br/>
        <w:t>Та я повинен виграти двобій.</w:t>
      </w:r>
    </w:p>
    <w:p>
      <w:r>
        <w:br/>
        <w:t>Тому свій лук на вірність заклинав я,&lt;br /&gt;</w:t>
        <w:br/>
        <w:t>Чимраз коротшу міряв тятиву,&lt;br /&gt;</w:t>
        <w:br/>
        <w:t>Аж доки він не закричав із болю.</w:t>
      </w:r>
    </w:p>
    <w:p>
      <w:r>
        <w:br/>
        <w:t>1967&lt;br /&gt;</w:t>
        <w:br/>
        <w:t>СЛОВА</w:t>
      </w:r>
    </w:p>
    <w:p>
      <w:r>
        <w:br/>
        <w:t>Я поховав немало слів. Убили&lt;br /&gt;</w:t>
        <w:br/>
        <w:t>Їх лицеміри. Потім неживих&lt;br /&gt;</w:t>
        <w:br/>
        <w:t>Погвалтували графомани. Жах&lt;br /&gt;</w:t>
        <w:br/>
        <w:t>Покори їхньої холодний. Люди</w:t>
      </w:r>
    </w:p>
    <w:p>
      <w:r>
        <w:br/>
        <w:t>Уміють воскрешати їх. Нема&lt;br /&gt;</w:t>
        <w:br/>
        <w:t>На це таланту в мене. Осоружні&lt;br /&gt;</w:t>
        <w:br/>
        <w:t>Синці на тих покійниках. Не міг я&lt;br /&gt;</w:t>
        <w:br/>
        <w:t>Цілунками накрити їх. Лиш це</w:t>
      </w:r>
    </w:p>
    <w:p>
      <w:r>
        <w:br/>
        <w:t>Могло б дихання їм вернути. Спомин&lt;br /&gt;</w:t>
        <w:br/>
        <w:t>Про них мене лякає. Може, я&lt;br /&gt;</w:t>
        <w:br/>
        <w:t>Так само винен в їхній смерті? Годі</w:t>
      </w:r>
    </w:p>
    <w:p>
      <w:r>
        <w:br/>
        <w:t>За тліном побиватися. Навіки&lt;br /&gt;</w:t>
        <w:br/>
        <w:t>Зарив я в серці їх. Однак боюсь, —&lt;br /&gt;</w:t>
        <w:br/>
        <w:t>Вони там зворухнуться хробаками.</w:t>
      </w:r>
    </w:p>
    <w:p>
      <w:r>
        <w:br/>
        <w:t>1967&lt;br /&gt;</w:t>
        <w:br/>
        <w:t>ЗЕМЛЕТРУС</w:t>
      </w:r>
    </w:p>
    <w:p>
      <w:r>
        <w:br/>
        <w:t>На моруги, на пагорби, на доли&lt;br /&gt;</w:t>
        <w:br/>
        <w:t>Свій жовтий килим стелить листопад.&lt;br /&gt;</w:t>
        <w:br/>
        <w:t>Ще не пролежав на землі він днини —&lt;br /&gt;</w:t>
        <w:br/>
        <w:t>Вже ватрами пропалені дірки.</w:t>
      </w:r>
    </w:p>
    <w:p>
      <w:r>
        <w:br/>
        <w:t>Так наміри нездійснені лягають&lt;br /&gt;</w:t>
        <w:br/>
        <w:t>На душу мертвим листям. Підпали&lt;br /&gt;</w:t>
        <w:br/>
        <w:t>Те злото дороге вогнем розваги&lt;br /&gt;</w:t>
        <w:br/>
        <w:t>Або збери і — в стайню на підстил.</w:t>
      </w:r>
    </w:p>
    <w:p>
      <w:r>
        <w:br/>
        <w:t>Все гнитиме під снігом сивих буднів;&lt;br /&gt;</w:t>
        <w:br/>
        <w:t>Крик совісті обернеться у струп'я,&lt;br /&gt;</w:t>
        <w:br/>
        <w:t>Що показатись людям буде сором.</w:t>
      </w:r>
    </w:p>
    <w:p>
      <w:r>
        <w:br/>
        <w:t>Захочеш, мов земля, гнилизну скинуть —&lt;br /&gt;</w:t>
        <w:br/>
        <w:t>Та знай, що небезпечний землетрус,&lt;br /&gt;</w:t>
        <w:br/>
        <w:t>Бо він народжує каміння й горе!</w:t>
      </w:r>
    </w:p>
    <w:p>
      <w:r>
        <w:br/>
        <w:t>1967&lt;br /&gt;</w:t>
        <w:br/>
        <w:t>СПОГАД</w:t>
      </w:r>
    </w:p>
    <w:p>
      <w:r>
        <w:br/>
        <w:t>Я не скажу тобі, що ти змінилась,&lt;br /&gt;</w:t>
        <w:br/>
        <w:t>Що зморшки появились, як сліди&lt;br /&gt;</w:t>
        <w:br/>
        <w:t>Дрібнесеньких стеблинок після сну&lt;br /&gt;</w:t>
        <w:br/>
        <w:t>Тружденного на запашній отаві.</w:t>
      </w:r>
    </w:p>
    <w:p>
      <w:r>
        <w:br/>
        <w:t>Я не скажу тобі, що надвечір'я&lt;br /&gt;</w:t>
        <w:br/>
        <w:t>Глибинами в очах твоїх лягло,&lt;br /&gt;</w:t>
        <w:br/>
        <w:t>А верховинним кряжем золотих&lt;br /&gt;</w:t>
        <w:br/>
        <w:t>Твоїх зіниць проходить зморне сонце.</w:t>
      </w:r>
    </w:p>
    <w:p>
      <w:r>
        <w:br/>
        <w:t>Тепер міцніше я тебе люблю,&lt;br /&gt;</w:t>
        <w:br/>
        <w:t>Бо ясності, і доброти, і світу&lt;br /&gt;</w:t>
        <w:br/>
        <w:t>Знаходжу більше в погляді твоїм.</w:t>
      </w:r>
    </w:p>
    <w:p>
      <w:r>
        <w:br/>
        <w:t>Тепер ти звільна в спогад переходиш,&lt;br /&gt;</w:t>
        <w:br/>
        <w:t>Та в пахощах стебла твоєї зморшки&lt;br /&gt;</w:t>
        <w:br/>
        <w:t>Причаєна мого життя снага.</w:t>
      </w:r>
    </w:p>
    <w:p>
      <w:r>
        <w:br/>
        <w:t>1967&lt;br /&gt;</w:t>
        <w:br/>
        <w:t>ЛИСТ</w:t>
      </w:r>
    </w:p>
    <w:p>
      <w:r>
        <w:br/>
        <w:t>Коли мій батько відійшов назавжди,&lt;br /&gt;</w:t>
        <w:br/>
        <w:t>В його столі знайшли ми "Кобзаря",&lt;br /&gt;</w:t>
        <w:br/>
        <w:t>А в книзі декілька старих квитанцій&lt;br /&gt;</w:t>
        <w:br/>
        <w:t>І мій пожовклий, ще студентський лист…</w:t>
      </w:r>
    </w:p>
    <w:p>
      <w:r>
        <w:br/>
        <w:t>Я звідомляв, що почуваюсь добре,&lt;br /&gt;</w:t>
        <w:br/>
        <w:t>Що не потрібно помочі мені,&lt;br /&gt;</w:t>
        <w:br/>
        <w:t>Хіба що — передати трохи бринзи&lt;br /&gt;</w:t>
        <w:br/>
        <w:t>Та на кулешу свіжої муки.</w:t>
      </w:r>
    </w:p>
    <w:p>
      <w:r>
        <w:br/>
        <w:t>Тепер мені того писання сором!&lt;br /&gt;</w:t>
        <w:br/>
        <w:t>Так, ніби мій отець не мав душі&lt;br /&gt;</w:t>
        <w:br/>
        <w:t>І сам, крім їдла, не жадав нічого.</w:t>
      </w:r>
    </w:p>
    <w:p>
      <w:r>
        <w:br/>
        <w:t>Як я забути міг, що шандарі,&lt;br /&gt;</w:t>
        <w:br/>
        <w:t>Давно пронюхавши, в кого "Кобзар",&lt;br /&gt;</w:t>
        <w:br/>
        <w:t>Як Довбуша, боялись мого батька!</w:t>
      </w:r>
    </w:p>
    <w:p>
      <w:r>
        <w:br/>
        <w:t>1977&lt;br /&gt;</w:t>
        <w:br/>
        <w:t>ЗИМА</w:t>
      </w:r>
    </w:p>
    <w:p>
      <w:r>
        <w:br/>
        <w:t>Стрункі, червоні сосни на снігу, —&lt;br /&gt;</w:t>
        <w:br/>
        <w:t>Дівчата, викупані в ополонці.&lt;br /&gt;</w:t>
        <w:br/>
        <w:t>Кожухами їх вітер обгортає,&lt;br /&gt;</w:t>
        <w:br/>
        <w:t>Та не бояться холоду вони.</w:t>
      </w:r>
    </w:p>
    <w:p>
      <w:r>
        <w:br/>
        <w:t>Сорочки їхні та корали висять&lt;br /&gt;</w:t>
        <w:br/>
        <w:t>На темному, як ніч, кущі калини.&lt;br /&gt;</w:t>
        <w:br/>
        <w:t>От підійти б і заховати одяг&lt;br /&gt;</w:t>
        <w:br/>
        <w:t>І вчути сосон лебединий крик!</w:t>
      </w:r>
    </w:p>
    <w:p>
      <w:r>
        <w:br/>
        <w:t>Я підійшов і нишком придивлявся&lt;br /&gt;</w:t>
        <w:br/>
        <w:t>До танців на пороші золотій —&lt;br /&gt;</w:t>
        <w:br/>
        <w:t>І чув, як хлюпає вода під льодом.</w:t>
      </w:r>
    </w:p>
    <w:p>
      <w:r>
        <w:br/>
        <w:t>А потім, як дерева одягнулись,&lt;br /&gt;</w:t>
        <w:br/>
        <w:t>Я бачив у заметах над рікою&lt;br /&gt;</w:t>
        <w:br/>
        <w:t>Бентежний слід дівочих босих ніг.</w:t>
      </w:r>
    </w:p>
    <w:p>
      <w:r>
        <w:br/>
        <w:t>1977&lt;br /&gt;</w:t>
        <w:br/>
        <w:t>ВЕСНА</w:t>
      </w:r>
    </w:p>
    <w:p>
      <w:r>
        <w:br/>
        <w:t>Мов чорний ґніт погашеної свічки,&lt;br /&gt;</w:t>
        <w:br/>
        <w:t>Коло дороги дерево стоїть.&lt;br /&gt;</w:t>
        <w:br/>
        <w:t>Натомлені й пожовклі, як діди,&lt;br /&gt;</w:t>
        <w:br/>
        <w:t>Лежать сніги з закритими очима.</w:t>
      </w:r>
    </w:p>
    <w:p>
      <w:r>
        <w:br/>
        <w:t>Та вже синиця скрипку золоту&lt;br /&gt;</w:t>
        <w:br/>
        <w:t>Настроїла і вихваляє сонце.&lt;br /&gt;</w:t>
        <w:br/>
        <w:t>І поверх льоду каламутні води&lt;br /&gt;</w:t>
        <w:br/>
        <w:t>Течуть, як вовна із брудних овець.</w:t>
      </w:r>
    </w:p>
    <w:p>
      <w:r>
        <w:br/>
        <w:t>Мені на серці легітно. І я&lt;br /&gt;</w:t>
        <w:br/>
        <w:t>Сміюсь до незнайомого дівчати;&lt;br /&gt;</w:t>
        <w:br/>
        <w:t>Життя — це, мабуть, уміх весняний.</w:t>
      </w:r>
    </w:p>
    <w:p>
      <w:r>
        <w:br/>
        <w:t>А потім я злітаю і лелеці,&lt;br /&gt;</w:t>
        <w:br/>
        <w:t>Що на вербі гніздо, як храм, будує,&lt;br /&gt;</w:t>
        <w:br/>
        <w:t>Галуззя урочисто подаю.</w:t>
      </w:r>
    </w:p>
    <w:p>
      <w:r>
        <w:br/>
        <w:t>1977&lt;br /&gt;</w:t>
        <w:br/>
        <w:t>ЛІТО</w:t>
      </w:r>
    </w:p>
    <w:p>
      <w:r>
        <w:br/>
        <w:t>Кружальцем ядровитої цитрини&lt;br /&gt;</w:t>
        <w:br/>
        <w:t>З блакиті сонце скочується вниз&lt;br /&gt;</w:t>
        <w:br/>
        <w:t>І на вечірнім обрії горить,&lt;br /&gt;</w:t>
        <w:br/>
        <w:t>Мов на корі вишневій крапля клею.</w:t>
      </w:r>
    </w:p>
    <w:p>
      <w:r>
        <w:br/>
        <w:t>Жінки грудасті й голі, як богині&lt;br /&gt;</w:t>
        <w:br/>
        <w:t>З полотен Рубенса, до річки йдуть;&lt;br /&gt;</w:t>
        <w:br/>
        <w:t>Просвітлюється плесо в комишах,&lt;br /&gt;</w:t>
        <w:br/>
        <w:t>Мов абажур зелений, сяйвом плоті.</w:t>
      </w:r>
    </w:p>
    <w:p>
      <w:r>
        <w:br/>
        <w:t>Втім, надбігає молодий кентавр —&lt;br /&gt;</w:t>
        <w:br/>
        <w:t>Кінь і юнак — одне єство безумне —&lt;br /&gt;</w:t>
        <w:br/>
        <w:t>Врізається у воду, в крик і сміх.</w:t>
      </w:r>
    </w:p>
    <w:p>
      <w:r>
        <w:br/>
        <w:t>Від наляку дебелі молодиці&lt;br /&gt;</w:t>
        <w:br/>
        <w:t>На здутих сорочках у небеса&lt;br /&gt;</w:t>
        <w:br/>
        <w:t>Возносяться, як янголи русяві.</w:t>
      </w:r>
    </w:p>
    <w:p>
      <w:r>
        <w:br/>
        <w:t>1977&lt;br /&gt;</w:t>
        <w:br/>
        <w:t>РЕВНОЩІ</w:t>
      </w:r>
    </w:p>
    <w:p>
      <w:r>
        <w:br/>
        <w:t>Нема вже світла темного в очах,&lt;br /&gt;</w:t>
        <w:br/>
        <w:t>А в голосі — гріховності хрипкої…&lt;br /&gt;</w:t>
        <w:br/>
        <w:t>Ти спокушала цілий світ колись,&lt;br /&gt;</w:t>
        <w:br/>
        <w:t>Я в ревнощах спекотних задихався.</w:t>
      </w:r>
    </w:p>
    <w:p>
      <w:r>
        <w:br/>
        <w:t>Лишилась тільки чистота сліпуча,&lt;br /&gt;</w:t>
        <w:br/>
        <w:t>Як після віхоли нічної сніг:&lt;br /&gt;</w:t>
        <w:br/>
        <w:t>Нікуди не втікає він — лежить!&lt;br /&gt;</w:t>
        <w:br/>
        <w:t>З незайманості проступає холод.</w:t>
      </w:r>
    </w:p>
    <w:p>
      <w:r>
        <w:br/>
        <w:t>Моя душа опалена вогнем,&lt;br /&gt;</w:t>
        <w:br/>
        <w:t>Як деревина в полі, під якою&lt;br /&gt;</w:t>
        <w:br/>
        <w:t>Розводили багаття мандрівці.</w:t>
      </w:r>
    </w:p>
    <w:p>
      <w:r>
        <w:br/>
        <w:t>Мені здається, що життя минуло,&lt;br /&gt;</w:t>
        <w:br/>
        <w:t>А то лиш ревність вигасла моя —&lt;br /&gt;</w:t>
        <w:br/>
        <w:t>На сніг злітає сажа пластівцями.</w:t>
      </w:r>
    </w:p>
    <w:p>
      <w:r>
        <w:br/>
        <w:t>1977&lt;br /&gt;</w:t>
        <w:br/>
        <w:t>СЛЬОЗИ І ПІТ</w:t>
      </w:r>
    </w:p>
    <w:p>
      <w:r>
        <w:br/>
        <w:t>"Не треба нам нічого, все для тих,&lt;br /&gt;</w:t>
        <w:br/>
        <w:t>Що після нас прийдуть під вічні зорі.&lt;br /&gt;</w:t>
        <w:br/>
        <w:t>Вони за нас повинні жити краще,&lt;br /&gt;</w:t>
        <w:br/>
        <w:t>Хай наші сльози в сонце їм течуть!"</w:t>
      </w:r>
    </w:p>
    <w:p>
      <w:r>
        <w:br/>
        <w:t>Так безутримку мовить лицемір,&lt;br /&gt;</w:t>
        <w:br/>
        <w:t>А я кричу: "Мовчи, старий шахраю,&lt;br /&gt;</w:t>
        <w:br/>
        <w:t>Ніхто за тебе жити вже не буде,&lt;br /&gt;</w:t>
        <w:br/>
        <w:t>Будущині не треба сліз твоїх!</w:t>
      </w:r>
    </w:p>
    <w:p>
      <w:r>
        <w:br/>
        <w:t>Ти вибудуй для себе автостраду,&lt;br /&gt;</w:t>
        <w:br/>
        <w:t>Ти вимий вікна для своїх очей,&lt;br /&gt;</w:t>
        <w:br/>
        <w:t>То й буде дітям шлях і сонце в хаті.</w:t>
      </w:r>
    </w:p>
    <w:p>
      <w:r>
        <w:br/>
        <w:t>І не питай про тих, що на війні…&lt;br /&gt;</w:t>
        <w:br/>
        <w:t>Бо смерть за волю — це найтяжча праця,&lt;br /&gt;</w:t>
        <w:br/>
        <w:t>Тече у сонце людства смертний піт".</w:t>
      </w:r>
    </w:p>
    <w:p>
      <w:r>
        <w:br/>
        <w:t>1967&lt;br /&gt;</w:t>
        <w:br/>
        <w:t>МОХ</w:t>
      </w:r>
    </w:p>
    <w:p>
      <w:r>
        <w:br/>
        <w:t>Зелений мох на камені росте,&lt;br /&gt;</w:t>
        <w:br/>
        <w:t>Неначе тишина тисячолітня&lt;br /&gt;</w:t>
        <w:br/>
        <w:t>На світ виходить з кам'яної плоті&lt;br /&gt;</w:t>
        <w:br/>
        <w:t>І так згортається, як їжачок.</w:t>
      </w:r>
    </w:p>
    <w:p>
      <w:r>
        <w:br/>
        <w:t>Налякана грозою й криком птиць,&lt;br /&gt;</w:t>
        <w:br/>
        <w:t>Вона жадає знову повернутись&lt;br /&gt;</w:t>
        <w:br/>
        <w:t>У темноту і рідне безгоміння&lt;br /&gt;</w:t>
        <w:br/>
        <w:t>Бездонного камінного нутра.</w:t>
      </w:r>
    </w:p>
    <w:p>
      <w:r>
        <w:br/>
        <w:t>Але немає тому порятунку,&lt;br /&gt;</w:t>
        <w:br/>
        <w:t>Хто вийшов з небуття, — і навіть смерть&lt;br /&gt;</w:t>
        <w:br/>
        <w:t>Йому вже не поверне супокою…</w:t>
      </w:r>
    </w:p>
    <w:p>
      <w:r>
        <w:br/>
        <w:t>Клекоче буря, блискавка, як лом,&lt;br /&gt;</w:t>
        <w:br/>
        <w:t>Із каменя здирає грудку тиші&lt;br /&gt;</w:t>
        <w:br/>
        <w:t>І спалює божественним вогнем.</w:t>
      </w:r>
    </w:p>
    <w:p>
      <w:r>
        <w:br/>
        <w:t>1977&lt;br /&gt;</w:t>
        <w:br/>
        <w:t>ГОЛОС</w:t>
      </w:r>
    </w:p>
    <w:p>
      <w:r>
        <w:br/>
        <w:t>Облудний вірш у золотому горлі&lt;br /&gt;</w:t>
        <w:br/>
        <w:t>Свого творця звучить, як правди звук,&lt;br /&gt;</w:t>
        <w:br/>
        <w:t>Ляклива нота — смілістю бринить,&lt;br /&gt;</w:t>
        <w:br/>
        <w:t>Безсила — грає громом помсти й кари.</w:t>
      </w:r>
    </w:p>
    <w:p>
      <w:r>
        <w:br/>
        <w:t>Коли ж гортань нездари відпалає,&lt;br /&gt;</w:t>
        <w:br/>
        <w:t>Його поезії втрачають блиск.&lt;br /&gt;</w:t>
        <w:br/>
        <w:t>Вони бояться вийти із книжок&lt;br /&gt;</w:t>
        <w:br/>
        <w:t>Без голосу його, як без одежі.</w:t>
      </w:r>
    </w:p>
    <w:p>
      <w:r>
        <w:br/>
        <w:t>Немов ляльки, — допоки є актор, —&lt;br /&gt;</w:t>
        <w:br/>
        <w:t>Вони говорять, плачуть і сміються;&lt;br /&gt;</w:t>
        <w:br/>
        <w:t>Відходить він — приходить німота.</w:t>
      </w:r>
    </w:p>
    <w:p>
      <w:r>
        <w:br/>
        <w:t>А ти, моє трудне й пекельне слово,&lt;br /&gt;</w:t>
        <w:br/>
        <w:t>Чи заговориш, як мене не стане,&lt;br /&gt;</w:t>
        <w:br/>
        <w:t>Чи разом з голосом моїм умреш?</w:t>
      </w:r>
    </w:p>
    <w:p>
      <w:r>
        <w:br/>
        <w:t>1978&lt;br /&gt;</w:t>
        <w:br/>
        <w:t>ТВОРЧІСТЬ</w:t>
      </w:r>
    </w:p>
    <w:p>
      <w:r>
        <w:br/>
        <w:t>На палі гинеш. Сліпне тихий зойк,&lt;br /&gt;</w:t>
        <w:br/>
        <w:t>Сухою виноградною лозою&lt;br /&gt;</w:t>
        <w:br/>
        <w:t>Рука звисає, ніби не твоя вже,&lt;br /&gt;</w:t>
        <w:br/>
        <w:t>По слупі кров тече, як афинник.</w:t>
      </w:r>
    </w:p>
    <w:p>
      <w:r>
        <w:br/>
        <w:t>Втім, подають тобі на кпину лука —&lt;br /&gt;</w:t>
        <w:br/>
        <w:t>Султан регоче, євнухи пищать.&lt;br /&gt;</w:t>
        <w:br/>
        <w:t>І ти, хто смерті в них благав, — скоріш! —&lt;br /&gt;</w:t>
        <w:br/>
        <w:t>Тепер хапаєш кілька стріл зубами.</w:t>
      </w:r>
    </w:p>
    <w:p>
      <w:r>
        <w:br/>
        <w:t>Так творчість починається. Болить,&lt;br /&gt;</w:t>
        <w:br/>
        <w:t>А потім правди й помсти прагне серце.&lt;br /&gt;</w:t>
        <w:br/>
        <w:t>Пиши — так ніби мить остання йде.</w:t>
      </w:r>
    </w:p>
    <w:p>
      <w:r>
        <w:br/>
        <w:t>Не зрадить слово тільки те, якому,&lt;br /&gt;</w:t>
        <w:br/>
        <w:t>Мов Байда, зором ти відміряв шлях&lt;br /&gt;</w:t>
        <w:br/>
        <w:t>І дав співаючу, сміливу душу.</w:t>
      </w:r>
    </w:p>
    <w:p>
      <w:r>
        <w:br/>
        <w:t>1967&lt;br /&gt;</w:t>
        <w:br/>
        <w:t>СЛАВА</w:t>
      </w:r>
    </w:p>
    <w:p>
      <w:r>
        <w:br/>
        <w:t>Нещасний той, хто дався закувати&lt;br /&gt;</w:t>
        <w:br/>
        <w:t>У бронзову одежину живцем.&lt;br /&gt;</w:t>
        <w:br/>
        <w:t>В тяжкій, убивчій славі ледь бриньчить&lt;br /&gt;</w:t>
        <w:br/>
        <w:t>Його душа, неначе муха в танку.</w:t>
      </w:r>
    </w:p>
    <w:p>
      <w:r>
        <w:br/>
        <w:t>Він ворухнутися не може сам,&lt;br /&gt;</w:t>
        <w:br/>
        <w:t>Його, немов каліку, носять люди.&lt;br /&gt;</w:t>
        <w:br/>
        <w:t>Тоді, мов лах в землі, згниває мозок,&lt;br /&gt;</w:t>
        <w:br/>
        <w:t>Застояна засмерджується кров.</w:t>
      </w:r>
    </w:p>
    <w:p>
      <w:r>
        <w:br/>
        <w:t>І ті, що двигали його на плечах,&lt;br /&gt;</w:t>
        <w:br/>
        <w:t>Поклони били вірно перед ним,&lt;br /&gt;</w:t>
        <w:br/>
        <w:t>Зачувши люті запахи гнилизни,</w:t>
      </w:r>
    </w:p>
    <w:p>
      <w:r>
        <w:br/>
        <w:t>Випорюють з металу автогеном&lt;br /&gt;</w:t>
        <w:br/>
        <w:t>Свойого ідола смердючу кість&lt;br /&gt;</w:t>
        <w:br/>
        <w:t>І кидають її гієнам ночі…</w:t>
      </w:r>
    </w:p>
    <w:p>
      <w:r>
        <w:br/>
        <w:t>1969&lt;br /&gt;</w:t>
        <w:br/>
        <w:t>ГОЛГОФА</w:t>
      </w:r>
    </w:p>
    <w:p>
      <w:r>
        <w:br/>
        <w:t>Це страшно, як людину розпинають,&lt;br /&gt;</w:t>
        <w:br/>
        <w:t>Не йнявши віри їй, що Бог вона;&lt;br /&gt;</w:t>
        <w:br/>
        <w:t>Плювками прибивають до хреста&lt;br /&gt;</w:t>
        <w:br/>
        <w:t>Невинну душу, генієм пойняту.</w:t>
      </w:r>
    </w:p>
    <w:p>
      <w:r>
        <w:br/>
        <w:t>А ще страшніше, як знімають ката&lt;br /&gt;</w:t>
        <w:br/>
        <w:t>З охрестя справедливої ганьби,&lt;br /&gt;</w:t>
        <w:br/>
        <w:t>Навколішки стоять довкруг мерця&lt;br /&gt;</w:t>
        <w:br/>
        <w:t>В молитвах ждуть, що він от-от воскресне…</w:t>
      </w:r>
    </w:p>
    <w:p>
      <w:r>
        <w:br/>
        <w:t>Одна Голгофа споконвік була:&lt;br /&gt;</w:t>
        <w:br/>
        <w:t>Розбійник і Творець висіли поруч,&lt;br /&gt;</w:t>
        <w:br/>
        <w:t>І в темряві не розрізняли їх.</w:t>
      </w:r>
    </w:p>
    <w:p>
      <w:r>
        <w:br/>
        <w:t>Та ми повинні бачити при світлі,&lt;br /&gt;</w:t>
        <w:br/>
        <w:t>Де вбитий Бог, а де всесвітній хам,&lt;br /&gt;</w:t>
        <w:br/>
        <w:t>Що перед смертю розпинав народи.</w:t>
      </w:r>
    </w:p>
    <w:p>
      <w:r>
        <w:br/>
        <w:t>1969&lt;br /&gt;</w:t>
        <w:br/>
        <w:t>БОГ</w:t>
      </w:r>
    </w:p>
    <w:p>
      <w:r>
        <w:br/>
        <w:t>Двома хлібами тисячі людей&lt;br /&gt;</w:t>
        <w:br/>
        <w:t>Голодних ти нагодував, і воду&lt;br /&gt;</w:t>
        <w:br/>
        <w:t>Перетворив на золоте вино,&lt;br /&gt;</w:t>
        <w:br/>
        <w:t>І воскресив мерця в студенім гробі,</w:t>
      </w:r>
    </w:p>
    <w:p>
      <w:r>
        <w:br/>
        <w:t>І, маючи таку страшну могуть,&lt;br /&gt;</w:t>
        <w:br/>
        <w:t>Пішов на хрест, підклав тонкі долоні&lt;br /&gt;</w:t>
        <w:br/>
        <w:t>Під гострі цвяхи, з болю та жаги&lt;br /&gt;</w:t>
        <w:br/>
        <w:t>Зомлів і вмер, до дерева прибитий.</w:t>
      </w:r>
    </w:p>
    <w:p>
      <w:r>
        <w:br/>
        <w:t>Але стражданнями не врятував&lt;br /&gt;</w:t>
        <w:br/>
        <w:t>Од мук нікого, хто на цьому світі&lt;br /&gt;</w:t>
        <w:br/>
        <w:t>Мав чудотворства небезпечний дар.</w:t>
      </w:r>
    </w:p>
    <w:p>
      <w:r>
        <w:br/>
        <w:t>І всі вони померли і воскресли.&lt;br /&gt;</w:t>
        <w:br/>
        <w:t>І тільки через людську невмирущість&lt;br /&gt;</w:t>
        <w:br/>
        <w:t>Доведено, що ти насправді — Бог.</w:t>
      </w:r>
    </w:p>
    <w:p>
      <w:r>
        <w:br/>
        <w:t>1969&lt;br /&gt;</w:t>
        <w:br/>
        <w:t>ВІНКИ</w:t>
      </w:r>
    </w:p>
    <w:p>
      <w:r>
        <w:br/>
        <w:t>Куди дівати нам вінки тернові?&lt;br /&gt;</w:t>
        <w:br/>
        <w:t>Чи ж то не забагато на один&lt;br /&gt;</w:t>
        <w:br/>
        <w:t>Народ, який не хоче помирати,&lt;br /&gt;</w:t>
        <w:br/>
        <w:t>Того колюччя, тих сумних корон?</w:t>
      </w:r>
    </w:p>
    <w:p>
      <w:r>
        <w:br/>
        <w:t>Оперезати світ могли б ми терням,&lt;br /&gt;</w:t>
        <w:br/>
        <w:t>Яке на чолах предків запеклось,&lt;br /&gt;</w:t>
        <w:br/>
        <w:t>Облите їхньою святою кров'ю,&lt;br /&gt;</w:t>
        <w:br/>
        <w:t>Гартоване у праведнім вогні.</w:t>
      </w:r>
    </w:p>
    <w:p>
      <w:r>
        <w:br/>
        <w:t>Та світові чужих страждань не треба,&lt;br /&gt;</w:t>
        <w:br/>
        <w:t>Він має власні болесті й дроти,&lt;br /&gt;</w:t>
        <w:br/>
        <w:t>Свої месії в кожного народу.</w:t>
      </w:r>
    </w:p>
    <w:p>
      <w:r>
        <w:br/>
        <w:t>Тож хай же будуть з нами ті вінки,&lt;br /&gt;</w:t>
        <w:br/>
        <w:t>Щоб з дотику до них росли ми всі,&lt;br /&gt;</w:t>
        <w:br/>
        <w:t>Щоб їх і наші діти не боялись.</w:t>
      </w:r>
    </w:p>
    <w:p>
      <w:r>
        <w:br/>
        <w:t>1969&lt;br /&gt;</w:t>
        <w:br/>
        <w:t>МАТИ</w:t>
      </w:r>
    </w:p>
    <w:p>
      <w:r>
        <w:br/>
        <w:t>До матері я в спогадах вертаюсь,&lt;br /&gt;</w:t>
        <w:br/>
        <w:t>Кладу своє зажурене чоло&lt;br /&gt;</w:t>
        <w:br/>
        <w:t>На темних жил вузли та блискавиці&lt;br /&gt;</w:t>
        <w:br/>
        <w:t>Її спрацьованих і скорбних рук.</w:t>
      </w:r>
    </w:p>
    <w:p>
      <w:r>
        <w:br/>
        <w:t>Вони мене не вдарили ні разу,&lt;br /&gt;</w:t>
        <w:br/>
        <w:t>Голубили, здається, лиш тоді,&lt;br /&gt;</w:t>
        <w:br/>
        <w:t>Як ми прощались. Так було востаннє,&lt;br /&gt;</w:t>
        <w:br/>
        <w:t>Коли назавжди мати відійшла.</w:t>
      </w:r>
    </w:p>
    <w:p>
      <w:r>
        <w:br/>
        <w:t>Я не боявся рук її тружденних,&lt;br /&gt;</w:t>
        <w:br/>
        <w:t>Але тривожно думаю тепер,&lt;br /&gt;</w:t>
        <w:br/>
        <w:t>Чи перед ними я не провинився?</w:t>
      </w:r>
    </w:p>
    <w:p>
      <w:r>
        <w:br/>
        <w:t>Я чую в скронях пульс тих рідних жил,&lt;br /&gt;</w:t>
        <w:br/>
        <w:t>В них бачу блискавку мого сумління,&lt;br /&gt;</w:t>
        <w:br/>
        <w:t>Що осяває темряву душі.</w:t>
      </w:r>
    </w:p>
    <w:p>
      <w:r>
        <w:br/>
        <w:t>1978&lt;br /&gt;</w:t>
        <w:br/>
        <w:t>ЛІТАКИ</w:t>
      </w:r>
    </w:p>
    <w:p>
      <w:r>
        <w:br/>
        <w:t>Як зграя риб, завмерла в ясних водах,&lt;br /&gt;</w:t>
        <w:br/>
        <w:t>Посеред поля сяють літаки.&lt;br /&gt;</w:t>
        <w:br/>
        <w:t>Один злітає в небеса — так щука&lt;br /&gt;</w:t>
        <w:br/>
        <w:t>Злітає, упіймавшись на гачок.</w:t>
      </w:r>
    </w:p>
    <w:p>
      <w:r>
        <w:br/>
        <w:t>Здається, що на хмарі чи десь вище&lt;br /&gt;</w:t>
        <w:br/>
        <w:t>Сидить собі незримий риболов,&lt;br /&gt;</w:t>
        <w:br/>
        <w:t>Метає спінінг і на високості&lt;br /&gt;</w:t>
        <w:br/>
        <w:t>Він витягає срібні блискавки…</w:t>
      </w:r>
    </w:p>
    <w:p>
      <w:r>
        <w:br/>
        <w:t>Щаслива, мабуть, лиш ота рибина,&lt;br /&gt;</w:t>
        <w:br/>
        <w:t>Що з ротом окривавленим шугне&lt;br /&gt;</w:t>
        <w:br/>
        <w:t>Назад у плесо! Але ж так буває,</w:t>
      </w:r>
    </w:p>
    <w:p>
      <w:r>
        <w:br/>
        <w:t>Що з неба не вертається літак.&lt;br /&gt;</w:t>
        <w:br/>
        <w:t>Куди ж діває свій важкий улов&lt;br /&gt;</w:t>
        <w:br/>
        <w:t>Могутній і невидимий рибалка?..</w:t>
      </w:r>
    </w:p>
    <w:p>
      <w:r>
        <w:br/>
        <w:t>1978&lt;br /&gt;</w:t>
        <w:br/>
        <w:t>ХМАРИНА</w:t>
      </w:r>
    </w:p>
    <w:p>
      <w:r>
        <w:br/>
        <w:t>Десь у зелених плесах Лючки й Прута&lt;br /&gt;</w:t>
        <w:br/>
        <w:t>Я бачив ту хмарину ще малим.&lt;br /&gt;</w:t>
        <w:br/>
        <w:t>Вона була немов печальна жниця,&lt;br /&gt;</w:t>
        <w:br/>
        <w:t>Що над дитям здрімалася в снопах.</w:t>
      </w:r>
    </w:p>
    <w:p>
      <w:r>
        <w:br/>
        <w:t>Я впізнавав себе в її дитині&lt;br /&gt;</w:t>
        <w:br/>
        <w:t>І знав, що сниться їй жахливий сон.&lt;br /&gt;</w:t>
        <w:br/>
        <w:t>Збудіться, мамо!.. Хмара відпливала,&lt;br /&gt;</w:t>
        <w:br/>
        <w:t>А я йшов їсти панщизняний хліб.</w:t>
      </w:r>
    </w:p>
    <w:p>
      <w:r>
        <w:br/>
        <w:t>Тепер я в рідні води заглядаю,&lt;br /&gt;</w:t>
        <w:br/>
        <w:t>Та вищі вже над світом небеса,&lt;br /&gt;</w:t>
        <w:br/>
        <w:t>І в зорі обернулись наші сльози.</w:t>
      </w:r>
    </w:p>
    <w:p>
      <w:r>
        <w:br/>
        <w:t>Все одійшло, лиш мамин білий серп,&lt;br /&gt;</w:t>
        <w:br/>
        <w:t>Що випав із мозольної руки,&lt;br /&gt;</w:t>
        <w:br/>
        <w:t>В стерні небес вечірніх тужно сяє.&lt;br /&gt;</w:t>
        <w:br/>
        <w:t>1978</w:t>
      </w:r>
    </w:p>
    <w:p>
      <w:r>
        <w:br/>
        <w:t>РОДИНА</w:t>
      </w:r>
    </w:p>
    <w:p>
      <w:r>
        <w:br/>
        <w:t>Є в кожної людини рідне древо —&lt;br /&gt;</w:t>
        <w:br/>
        <w:t>Як зірка чи як мати. Доки грім,&lt;br /&gt;</w:t>
        <w:br/>
        <w:t>Захекана сокира чи пила&lt;br /&gt;</w:t>
        <w:br/>
        <w:t>Не вб'ють його, душа росте і квітне.</w:t>
      </w:r>
    </w:p>
    <w:p>
      <w:r>
        <w:br/>
        <w:t>Залежність незбагненна і сувора&lt;br /&gt;</w:t>
        <w:br/>
        <w:t>Від неба і землі. А як знайти&lt;br /&gt;</w:t>
        <w:br/>
        <w:t>Свою зорю і дерево своє,&lt;br /&gt;</w:t>
        <w:br/>
        <w:t>Свою небесну і земну родину?</w:t>
      </w:r>
    </w:p>
    <w:p>
      <w:r>
        <w:br/>
        <w:t>Ні, не одразу розгадаєш дух&lt;br /&gt;</w:t>
        <w:br/>
        <w:t>Спорідненого світла, таємницю&lt;br /&gt;</w:t>
        <w:br/>
        <w:t>Руки своєї в жилавім листку.</w:t>
      </w:r>
    </w:p>
    <w:p>
      <w:r>
        <w:br/>
        <w:t>Шукаєш деревини і світила,&lt;br /&gt;</w:t>
        <w:br/>
        <w:t>Але знаходиш матір. Скрізь вона —&lt;br /&gt;</w:t>
        <w:br/>
        <w:t>І в променях, і в коренях, і в дзвонах.</w:t>
      </w:r>
    </w:p>
    <w:p>
      <w:r>
        <w:br/>
        <w:t>1979&lt;br /&gt;</w:t>
        <w:br/>
        <w:t>ЦІЛУНОК</w:t>
      </w:r>
    </w:p>
    <w:p>
      <w:r>
        <w:br/>
        <w:t>Від поцілунку підлої людини&lt;br /&gt;</w:t>
        <w:br/>
        <w:t>Душа твоя стемніла. Заболів&lt;br /&gt;</w:t>
        <w:br/>
        <w:t>Нерв совісті, ласкаво перетятий,&lt;br /&gt;</w:t>
        <w:br/>
        <w:t>Мов стрічка на врочистім відкритті</w:t>
      </w:r>
    </w:p>
    <w:p>
      <w:r>
        <w:br/>
        <w:t>Музею чи моста… Чому не вдарив&lt;br /&gt;</w:t>
        <w:br/>
        <w:t>Ти цілувальника того в лице&lt;br /&gt;</w:t>
        <w:br/>
        <w:t>За жест Іуди, а йому скорився —&lt;br /&gt;</w:t>
        <w:br/>
        <w:t>Цілунком на цілунок відповів?</w:t>
      </w:r>
    </w:p>
    <w:p>
      <w:r>
        <w:br/>
        <w:t>Фальшива та наука, що навчає&lt;br /&gt;</w:t>
        <w:br/>
        <w:t>Все віддавати точно: лжу — за лжу,&lt;br /&gt;</w:t>
        <w:br/>
        <w:t>А правду — лиш за правду. Ти отруту</w:t>
      </w:r>
    </w:p>
    <w:p>
      <w:r>
        <w:br/>
        <w:t>Чужої підлості в собі лишив,&lt;br /&gt;</w:t>
        <w:br/>
        <w:t>Бо відплатив брехнею за брехню…&lt;br /&gt;</w:t>
        <w:br/>
        <w:t>Міст чи музей? Та ні — смітник звичайний.</w:t>
      </w:r>
    </w:p>
    <w:p>
      <w:r>
        <w:br/>
        <w:t>1978&lt;br /&gt;</w:t>
        <w:br/>
        <w:t>КІНЬ</w:t>
      </w:r>
    </w:p>
    <w:p>
      <w:r>
        <w:br/>
        <w:t>Я розпрягав його, коли смеркалось…&lt;br /&gt;</w:t>
        <w:br/>
        <w:t>Мордованого в плузі цілий день,&lt;br /&gt;</w:t>
        <w:br/>
        <w:t>Блискучого, змокрілого від поту,&lt;br /&gt;</w:t>
        <w:br/>
        <w:t>Виводив пастися на сіножать.</w:t>
      </w:r>
    </w:p>
    <w:p>
      <w:r>
        <w:br/>
        <w:t>А там я спутував його і вірші&lt;br /&gt;</w:t>
        <w:br/>
        <w:t>Читав йому свої. Тружденний кінь&lt;br /&gt;</w:t>
        <w:br/>
        <w:t>До місяця поблискував очима&lt;br /&gt;</w:t>
        <w:br/>
        <w:t>І плакав, що не тішило мене,</w:t>
      </w:r>
    </w:p>
    <w:p>
      <w:r>
        <w:br/>
        <w:t>Бо ж я читав йому веселі твори&lt;br /&gt;</w:t>
        <w:br/>
        <w:t>Із парубоцьким гумором. А він&lt;br /&gt;</w:t>
        <w:br/>
        <w:t>Своє щось думав. Але й так бувало,</w:t>
      </w:r>
    </w:p>
    <w:p>
      <w:r>
        <w:br/>
        <w:t>Що я читав поезії сумні,&lt;br /&gt;</w:t>
        <w:br/>
        <w:t>А він іржав, і сміх його лукавий&lt;br /&gt;</w:t>
        <w:br/>
        <w:t>Ще й досі у душі моїй дзвенить.</w:t>
      </w:r>
    </w:p>
    <w:p>
      <w:r>
        <w:br/>
        <w:t>1978&lt;br /&gt;</w:t>
        <w:br/>
        <w:t>ЩЕ ПРО КОНЯ</w:t>
      </w:r>
    </w:p>
    <w:p>
      <w:r>
        <w:br/>
        <w:t>Я допускаю, що в мені живе&lt;br /&gt;</w:t>
        <w:br/>
        <w:t>Душа коня, бо на зелені трави&lt;br /&gt;</w:t>
        <w:br/>
        <w:t>Мене весною тягне, а під осінь&lt;br /&gt;</w:t>
        <w:br/>
        <w:t>Люблю я в білім золоті вівса</w:t>
      </w:r>
    </w:p>
    <w:p>
      <w:r>
        <w:br/>
        <w:t>Купатися. Вівсяні колоски&lt;br /&gt;</w:t>
        <w:br/>
        <w:t>Мене бентежать ніжністю. І страшно&lt;br /&gt;</w:t>
        <w:br/>
        <w:t>Ненавиджу я хомути і шлеї,&lt;br /&gt;</w:t>
        <w:br/>
        <w:t>Вуздечки й шори, сідла й нагаї!</w:t>
      </w:r>
    </w:p>
    <w:p>
      <w:r>
        <w:br/>
        <w:t>Та в мене є ще й риса протилежна&lt;br /&gt;</w:t>
        <w:br/>
        <w:t>Натурі кінській — я до ворогів&lt;br /&gt;</w:t>
        <w:br/>
        <w:t>Підходжу не задкуючи, відверто</w:t>
      </w:r>
    </w:p>
    <w:p>
      <w:r>
        <w:br/>
        <w:t>Дивлюся в очі їм і на диби&lt;br /&gt;</w:t>
        <w:br/>
        <w:t>Піднятись можу навіть перед Богом,&lt;br /&gt;</w:t>
        <w:br/>
        <w:t>Лиш до нікчеми спиною стаю!</w:t>
      </w:r>
    </w:p>
    <w:p>
      <w:r>
        <w:br/>
        <w:t>1978&lt;br /&gt;</w:t>
        <w:br/>
        <w:t>ПОГЛЯД У КРИНИЦЮ</w:t>
      </w:r>
    </w:p>
    <w:p>
      <w:r>
        <w:br/>
        <w:t>Я розумію світло. Це — душа.&lt;br /&gt;</w:t>
        <w:br/>
        <w:t>Любові й космосу глибини. Жертва.&lt;br /&gt;</w:t>
        <w:br/>
        <w:t>Блиск розуму. Благословіння миру.&lt;br /&gt;</w:t>
        <w:br/>
        <w:t>Палання рук. Веселощі трави.</w:t>
      </w:r>
    </w:p>
    <w:p>
      <w:r>
        <w:br/>
        <w:t>А що таке темноти? Я не знаю.&lt;br /&gt;</w:t>
        <w:br/>
        <w:t>Можливо, це — самотності печаль.&lt;br /&gt;</w:t>
        <w:br/>
        <w:t>Дух каменя. Жало злоби. Липкі&lt;br /&gt;</w:t>
        <w:br/>
        <w:t>Пов'язки мумій. Заздрість ненаситна.</w:t>
      </w:r>
    </w:p>
    <w:p>
      <w:r>
        <w:br/>
        <w:t>Але без темряви свою снагу&lt;br /&gt;</w:t>
        <w:br/>
        <w:t>Не може сяйво людям об'явити;&lt;br /&gt;</w:t>
        <w:br/>
        <w:t>Потрібна ніч знесиленим очам.</w:t>
      </w:r>
    </w:p>
    <w:p>
      <w:r>
        <w:br/>
        <w:t>Тьма смерті очищає джерело&lt;br /&gt;</w:t>
        <w:br/>
        <w:t>Людського зору, як пісок підземний —&lt;br /&gt;</w:t>
        <w:br/>
        <w:t>Ті води, що прозріють у криниці.</w:t>
      </w:r>
    </w:p>
    <w:p>
      <w:r>
        <w:br/>
        <w:t>1979&lt;br /&gt;</w:t>
        <w:br/>
        <w:t>СВІТЛЯК</w:t>
      </w:r>
    </w:p>
    <w:p>
      <w:r>
        <w:br/>
        <w:t>Гниле й нужденне сотворіння ночі&lt;br /&gt;</w:t>
        <w:br/>
        <w:t>З нутром сяйливим. Думка темноти.&lt;br /&gt;</w:t>
        <w:br/>
        <w:t>Студена іскра вічності. Зоря&lt;br /&gt;</w:t>
        <w:br/>
        <w:t>Болотного листка. Печальна мрія</w:t>
      </w:r>
    </w:p>
    <w:p>
      <w:r>
        <w:br/>
        <w:t>Розчавленого ржею двигуна&lt;br /&gt;</w:t>
        <w:br/>
        <w:t>На цвинтарі автомобільнім. Радість&lt;br /&gt;</w:t>
        <w:br/>
        <w:t>Поета, що мертвотного вогню&lt;br /&gt;</w:t>
        <w:br/>
        <w:t>Од справжнього не може відрізнити.</w:t>
      </w:r>
    </w:p>
    <w:p>
      <w:r>
        <w:br/>
        <w:t>Яскравий поклик пустиря. Душа&lt;br /&gt;</w:t>
        <w:br/>
        <w:t>Колоди струхлявілої. Нікчема,&lt;br /&gt;</w:t>
        <w:br/>
        <w:t>Що випадково генієві путь</w:t>
      </w:r>
    </w:p>
    <w:p>
      <w:r>
        <w:br/>
        <w:t>Освітлює. Благословенна крихта&lt;br /&gt;</w:t>
        <w:br/>
        <w:t>Повзучого, розваленого сонця.&lt;br /&gt;</w:t>
        <w:br/>
        <w:t>Світляк — хробацтва недосяжний бог!</w:t>
      </w:r>
    </w:p>
    <w:p>
      <w:r>
        <w:br/>
        <w:t>1979&lt;br /&gt;</w:t>
        <w:br/>
        <w:t>КАМІНЬ</w:t>
      </w:r>
    </w:p>
    <w:p>
      <w:r>
        <w:br/>
        <w:t>Все прах на світі. Може, тільки камінь&lt;br /&gt;</w:t>
        <w:br/>
        <w:t>Безсмертя відає. Сліди коліс&lt;br /&gt;</w:t>
        <w:br/>
        <w:t>На ньому жолобами пролягли.&lt;br /&gt;</w:t>
        <w:br/>
        <w:t>І так довіку буде. Жовте листя</w:t>
      </w:r>
    </w:p>
    <w:p>
      <w:r>
        <w:br/>
        <w:t>Чи весняний струмочок проспіває&lt;br /&gt;</w:t>
        <w:br/>
        <w:t>По тих заглибинах своє життя&lt;br /&gt;</w:t>
        <w:br/>
        <w:t>Коротке й помережане, а він&lt;br /&gt;</w:t>
        <w:br/>
        <w:t>Лежатиме, вмурований в дорогу.</w:t>
      </w:r>
    </w:p>
    <w:p>
      <w:r>
        <w:br/>
        <w:t>Та все-таки лишень у тих листках&lt;br /&gt;</w:t>
        <w:br/>
        <w:t>І в тій воді відчує він правічне&lt;br /&gt;</w:t>
        <w:br/>
        <w:t>Жадання бути шляхом кам'яним.</w:t>
      </w:r>
    </w:p>
    <w:p>
      <w:r>
        <w:br/>
        <w:t>І вся його німотна невмирущість —&lt;br /&gt;</w:t>
        <w:br/>
        <w:t>Ніщо без дзвону воза, що колись&lt;br /&gt;</w:t>
        <w:br/>
        <w:t>Один-єдиний раз промчав по ньому.</w:t>
      </w:r>
    </w:p>
    <w:p>
      <w:r>
        <w:br/>
        <w:t>1979&lt;br /&gt;</w:t>
        <w:br/>
        <w:t>ТРАВНЕВИЙ ДОЩ</w:t>
      </w:r>
    </w:p>
    <w:p>
      <w:r>
        <w:br/>
        <w:t>Травневий дощ збудив ліси і трави,&lt;br /&gt;</w:t>
        <w:br/>
        <w:t>Сади й чагарники, серця співців&lt;br /&gt;</w:t>
        <w:br/>
        <w:t>Крилатих і слова людей ясних, —&lt;br /&gt;</w:t>
        <w:br/>
        <w:t>І все те зацвіло й зазеленіло!</w:t>
      </w:r>
    </w:p>
    <w:p>
      <w:r>
        <w:br/>
        <w:t>Та потрапляли ще йому на очі&lt;br /&gt;</w:t>
        <w:br/>
        <w:t>То всохле дерево, то мертвий дух&lt;br /&gt;</w:t>
        <w:br/>
        <w:t>Людини спідленої, й через ті&lt;br /&gt;</w:t>
        <w:br/>
        <w:t>Прояви почувався він нещасним.</w:t>
      </w:r>
    </w:p>
    <w:p>
      <w:r>
        <w:br/>
        <w:t>Дощ плакав, та недовго: "Хай згорить&lt;br /&gt;</w:t>
        <w:br/>
        <w:t>Те, що не воскресає від вологи!" —&lt;br /&gt;</w:t>
        <w:br/>
        <w:t>Пішли в роботу стрільна блискавок.</w:t>
      </w:r>
    </w:p>
    <w:p>
      <w:r>
        <w:br/>
        <w:t>І не одна суха смерека впала,&lt;br /&gt;</w:t>
        <w:br/>
        <w:t>А ті, з громовідводами на душах&lt;br /&gt;</w:t>
        <w:br/>
        <w:t>Трухлявих, усміхаються й живуть.</w:t>
      </w:r>
    </w:p>
    <w:p>
      <w:r>
        <w:br/>
        <w:t>1979&lt;br /&gt;</w:t>
        <w:br/>
        <w:t>ЧЕРЕМХА</w:t>
      </w:r>
    </w:p>
    <w:p>
      <w:r>
        <w:br/>
        <w:t>В скелястім урвищі росте черемха.&lt;br /&gt;</w:t>
        <w:br/>
        <w:t>Не досягти нікому. Тільки я&lt;br /&gt;</w:t>
        <w:br/>
        <w:t>Колись давно, як той козел альпійський,&lt;br /&gt;</w:t>
        <w:br/>
        <w:t>Доскакував до неї, і ламав</w:t>
      </w:r>
    </w:p>
    <w:p>
      <w:r>
        <w:br/>
        <w:t>Квітуче гілля, і злітав на ньому —&lt;br /&gt;</w:t>
        <w:br/>
        <w:t>З цапка робився лебедем. Тепер&lt;br /&gt;</w:t>
        <w:br/>
        <w:t>Хтось інший там ламає білі квіти —&lt;br /&gt;</w:t>
        <w:br/>
        <w:t>Я ревно заздрю, й болісно мені,</w:t>
      </w:r>
    </w:p>
    <w:p>
      <w:r>
        <w:br/>
        <w:t>Що вже таких чудовних перетворень&lt;br /&gt;</w:t>
        <w:br/>
        <w:t>Не звідаю. Коли жіноча плоть&lt;br /&gt;</w:t>
        <w:br/>
        <w:t>Знадлива, та, що сонцеві ніколи</w:t>
      </w:r>
    </w:p>
    <w:p>
      <w:r>
        <w:br/>
        <w:t>Не відкривається, мені сяйне,&lt;br /&gt;</w:t>
        <w:br/>
        <w:t>Як та черемха в підкарпатській прірві, —&lt;br /&gt;</w:t>
        <w:br/>
        <w:t>Вгорнусь крильми, та рогів не згублю.</w:t>
      </w:r>
    </w:p>
    <w:p>
      <w:r>
        <w:br/>
        <w:t>1979&lt;br /&gt;</w:t>
        <w:br/>
        <w:t>ПЕРЕДЧУТТЯ</w:t>
      </w:r>
    </w:p>
    <w:p>
      <w:r>
        <w:br/>
        <w:t>Це я, а це — моє передчуття.&lt;br /&gt;</w:t>
        <w:br/>
        <w:t>Воно, як поводир, мені дорогу&lt;br /&gt;</w:t>
        <w:br/>
        <w:t>Показує і сіпає за душу,&lt;br /&gt;</w:t>
        <w:br/>
        <w:t>Коли потрібно квапитись, але</w:t>
      </w:r>
    </w:p>
    <w:p>
      <w:r>
        <w:br/>
        <w:t>Буває так, що до його плеча&lt;br /&gt;</w:t>
        <w:br/>
        <w:t>Шукаючими пальцями я прагну&lt;br /&gt;</w:t>
        <w:br/>
        <w:t>Торкнутися, немов сліпець. Немає,&lt;br /&gt;</w:t>
        <w:br/>
        <w:t>Нема його. Я сам. А треба йти!</w:t>
      </w:r>
    </w:p>
    <w:p>
      <w:r>
        <w:br/>
        <w:t>Я падаю й від болю сатанію,&lt;br /&gt;</w:t>
        <w:br/>
        <w:t>А мій насмішник тут як тут — мене&lt;br /&gt;</w:t>
        <w:br/>
        <w:t>Навмисне покидав, щоб я забився.</w:t>
      </w:r>
    </w:p>
    <w:p>
      <w:r>
        <w:br/>
        <w:t>Звичайно, він не кожну яму бачить;&lt;br /&gt;</w:t>
        <w:br/>
        <w:t>Колись обидва ми впадем, тому&lt;br /&gt;</w:t>
        <w:br/>
        <w:t>Свій плач і сміх його благословляю.</w:t>
      </w:r>
    </w:p>
    <w:p>
      <w:r>
        <w:br/>
        <w:t>1979&lt;br /&gt;</w:t>
        <w:br/>
        <w:t>ПОГЛЯД</w:t>
      </w:r>
    </w:p>
    <w:p>
      <w:r>
        <w:br/>
        <w:t>Приїхала на день і погляд мій&lt;br /&gt;</w:t>
        <w:br/>
        <w:t>Благаючий забрала із собою,&lt;br /&gt;</w:t>
        <w:br/>
        <w:t>А слово ненароджене лишила&lt;br /&gt;</w:t>
        <w:br/>
        <w:t>В душі моїй, як у землі зерно.</w:t>
      </w:r>
    </w:p>
    <w:p>
      <w:r>
        <w:br/>
        <w:t>Я чую — кільчик рухає ножем,&lt;br /&gt;</w:t>
        <w:br/>
        <w:t>Повільно пробивається й коріння&lt;br /&gt;</w:t>
        <w:br/>
        <w:t>У серце запускає — буде колос,&lt;br /&gt;</w:t>
        <w:br/>
        <w:t>Як сонце, променистий. Прагну я,</w:t>
      </w:r>
    </w:p>
    <w:p>
      <w:r>
        <w:br/>
        <w:t>Щоб ти свої боління і тривоги&lt;br /&gt;</w:t>
        <w:br/>
        <w:t>Заколисала на стеблі зорі,&lt;br /&gt;</w:t>
        <w:br/>
        <w:t>Що з мого серця тихо виринає.</w:t>
      </w:r>
    </w:p>
    <w:p>
      <w:r>
        <w:br/>
        <w:t>Дивись на небо — це єдиний спосіб&lt;br /&gt;</w:t>
        <w:br/>
        <w:t>Мені благальний погляд повернути&lt;br /&gt;</w:t>
        <w:br/>
        <w:t>І взяти сяйво колоска мого!</w:t>
      </w:r>
    </w:p>
    <w:p>
      <w:r>
        <w:br/>
        <w:t>1979&lt;br /&gt;</w:t>
        <w:br/>
        <w:t>ТУГА</w:t>
      </w:r>
    </w:p>
    <w:p>
      <w:r>
        <w:br/>
        <w:t>Ця жінка жде мене. Вона стоїть&lt;br /&gt;</w:t>
        <w:br/>
        <w:t>На хмарі позолоченого листя&lt;br /&gt;</w:t>
        <w:br/>
        <w:t>Під кожним явором. Вона чекає&lt;br /&gt;</w:t>
        <w:br/>
        <w:t>Мене опівночі на площах міст.</w:t>
      </w:r>
    </w:p>
    <w:p>
      <w:r>
        <w:br/>
        <w:t>Вона по водах весняних, розлитих&lt;br /&gt;</w:t>
        <w:br/>
        <w:t>Поміж хатами, йде навстріч мені.&lt;br /&gt;</w:t>
        <w:br/>
        <w:t>В ілюмінатор літака мого&lt;br /&gt;</w:t>
        <w:br/>
        <w:t>Злітаючого — дивиться знадвору.</w:t>
      </w:r>
    </w:p>
    <w:p>
      <w:r>
        <w:br/>
        <w:t>Ніщо так не відлякує мене,&lt;br /&gt;</w:t>
        <w:br/>
        <w:t>Як усміх скорбний на її обличчі,&lt;br /&gt;</w:t>
        <w:br/>
        <w:t>Ніщо так не приваблює, як зір</w:t>
      </w:r>
    </w:p>
    <w:p>
      <w:r>
        <w:br/>
        <w:t>Її очей жорстоких, у котрому&lt;br /&gt;</w:t>
        <w:br/>
        <w:t>Я запримітив ласки пломінець,&lt;br /&gt;</w:t>
        <w:br/>
        <w:t>Глибинний зблиск не смутку, а любові.</w:t>
      </w:r>
    </w:p>
    <w:p>
      <w:r>
        <w:br/>
        <w:t>1979&lt;br /&gt;</w:t>
        <w:br/>
        <w:t>МОРЕ</w:t>
      </w:r>
    </w:p>
    <w:p>
      <w:r>
        <w:br/>
        <w:t>Покрите інеєм осіннє море,&lt;br /&gt;</w:t>
        <w:br/>
        <w:t>Як нива степова. Та в глибині&lt;br /&gt;</w:t>
        <w:br/>
        <w:t>Воно освітлене прожекторами,&lt;br /&gt;</w:t>
        <w:br/>
        <w:t>Немовби там пливе підводний флот.</w:t>
      </w:r>
    </w:p>
    <w:p>
      <w:r>
        <w:br/>
        <w:t>Крізь хвилі, що завмерли, мов луска,&lt;br /&gt;</w:t>
        <w:br/>
        <w:t>Я бачу затонулі гори. Літо.&lt;br /&gt;</w:t>
        <w:br/>
        <w:t>Роса, як срібні сіті, на траві.&lt;br /&gt;</w:t>
        <w:br/>
        <w:t>Мій батько й пращури мої там косять.</w:t>
      </w:r>
    </w:p>
    <w:p>
      <w:r>
        <w:br/>
        <w:t>Вони виходять з моря і назад&lt;br /&gt;</w:t>
        <w:br/>
        <w:t>Вертаються в блакитні далечизни —&lt;br /&gt;</w:t>
        <w:br/>
        <w:t>Лиш коси їхні берегом шугнуть.</w:t>
      </w:r>
    </w:p>
    <w:p>
      <w:r>
        <w:br/>
        <w:t>Звичайно, десь там ходять кораблі,&lt;br /&gt;</w:t>
        <w:br/>
        <w:t>Та все громаддя вод здвигають плечі&lt;br /&gt;</w:t>
        <w:br/>
        <w:t>Моїх далеких предків. Море йде.</w:t>
      </w:r>
    </w:p>
    <w:p>
      <w:r>
        <w:br/>
        <w:t>1979&lt;br /&gt;</w:t>
        <w:br/>
        <w:t>СІЗІФ</w:t>
      </w:r>
    </w:p>
    <w:p>
      <w:r>
        <w:br/>
        <w:t>Я весь охляв. Пропаща моя праця.&lt;br /&gt;</w:t>
        <w:br/>
        <w:t>Камінна брила знов скотилась вниз,&lt;br /&gt;</w:t>
        <w:br/>
        <w:t>А жолобом, який вона пробила,&lt;br /&gt;</w:t>
        <w:br/>
        <w:t>Пішла з гірського джерела вода.</w:t>
      </w:r>
    </w:p>
    <w:p>
      <w:r>
        <w:br/>
        <w:t>Тепер мені напевно буде тяжче&lt;br /&gt;</w:t>
        <w:br/>
        <w:t>Слідами мокрими, проти води,&lt;br /&gt;</w:t>
        <w:br/>
        <w:t>Викочувати камінь на вершину,&lt;br /&gt;</w:t>
        <w:br/>
        <w:t>Але дороги іншої нема.</w:t>
      </w:r>
    </w:p>
    <w:p>
      <w:r>
        <w:br/>
        <w:t>Я витрутив наверх свою опоку,&lt;br /&gt;</w:t>
        <w:br/>
        <w:t>Та вирвалась вона мені із рук,&lt;br /&gt;</w:t>
        <w:br/>
        <w:t>І загуділа, скачучи, в долину.</w:t>
      </w:r>
    </w:p>
    <w:p>
      <w:r>
        <w:br/>
        <w:t>Тоді я нахиливсь до джерела,&lt;br /&gt;</w:t>
        <w:br/>
        <w:t>Напивсь води, умив лице від поту,&lt;br /&gt;</w:t>
        <w:br/>
        <w:t>Зміцнів і взявся до роботи знов.</w:t>
      </w:r>
    </w:p>
    <w:p>
      <w:r>
        <w:br/>
        <w:t>2004&lt;br /&gt;</w:t>
        <w:br/>
        <w:t>ТАЄМНИЦЯ</w:t>
      </w:r>
    </w:p>
    <w:p>
      <w:r>
        <w:br/>
        <w:t>Ти не сказав нікому про той час,&lt;br /&gt;</w:t>
        <w:br/>
        <w:t>Як зброю мав і був самим собою.&lt;br /&gt;</w:t>
        <w:br/>
        <w:t>Хоча нікого ти не вбив, одначе&lt;br /&gt;</w:t>
        <w:br/>
        <w:t>Боявся кари за повстанські дні.</w:t>
      </w:r>
    </w:p>
    <w:p>
      <w:r>
        <w:br/>
        <w:t>Тепер тебе прославив би назавжди&lt;br /&gt;</w:t>
        <w:br/>
        <w:t>Твій гріх, що обернувся в мужній чин,&lt;br /&gt;</w:t>
        <w:br/>
        <w:t>А ти мовчиш, бо звик до таємниць,&lt;br /&gt;</w:t>
        <w:br/>
        <w:t>Що від падіння душу береже.</w:t>
      </w:r>
    </w:p>
    <w:p>
      <w:r>
        <w:br/>
        <w:t>Мовчи, не дайся спокусити славі,&lt;br /&gt;</w:t>
        <w:br/>
        <w:t>Про таїну свою не говори,&lt;br /&gt;</w:t>
        <w:br/>
        <w:t>Не сповідайсь ніколи і нікому,</w:t>
      </w:r>
    </w:p>
    <w:p>
      <w:r>
        <w:br/>
        <w:t>Бо вимовлена вголос тайна правда,&lt;br /&gt;</w:t>
        <w:br/>
        <w:t>Як серед ночі збуджене дитя,&lt;br /&gt;</w:t>
        <w:br/>
        <w:t>Кричить, не тішиться, а тільки плаче.</w:t>
      </w:r>
    </w:p>
    <w:p>
      <w:r>
        <w:br/>
        <w:t>2004&lt;br /&gt;</w:t>
        <w:br/>
        <w:t>ЧАС</w:t>
      </w:r>
    </w:p>
    <w:p>
      <w:r>
        <w:br/>
        <w:t>Не буде так, як скаже новий цар,&lt;br /&gt;</w:t>
        <w:br/>
        <w:t>Що на руїнах камені збирає,&lt;br /&gt;</w:t>
        <w:br/>
        <w:t>Не відбудується стара тюрма,&lt;br /&gt;</w:t>
        <w:br/>
        <w:t>Валитиметься далі те, що впало.</w:t>
      </w:r>
    </w:p>
    <w:p>
      <w:r>
        <w:br/>
        <w:t>Не поспішай з пророцтвами сліпими!&lt;br /&gt;</w:t>
        <w:br/>
        <w:t>Хіба собори ставились не з капищ,&lt;br /&gt;</w:t>
        <w:br/>
        <w:t>Хіба церкви не зі старих святинь&lt;br /&gt;</w:t>
        <w:br/>
        <w:t>Язичницьких возводилися в Римі?</w:t>
      </w:r>
    </w:p>
    <w:p>
      <w:r>
        <w:br/>
        <w:t>Не змінює нічого в світі час,&lt;br /&gt;</w:t>
        <w:br/>
        <w:t>Він лиш міняє форми поневолень,&lt;br /&gt;</w:t>
        <w:br/>
        <w:t>Тепер вже не майструє він замки,</w:t>
      </w:r>
    </w:p>
    <w:p>
      <w:r>
        <w:br/>
        <w:t>А волі маску подає цареві,&lt;br /&gt;</w:t>
        <w:br/>
        <w:t>А той будує не тюрму, а храм,&lt;br /&gt;</w:t>
        <w:br/>
        <w:t>Де вішателів блискотять ікони.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сонети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