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вірші</w:t>
      </w:r>
    </w:p>
    <w:p>
      <w:r>
        <w:br/>
        <w:t xml:space="preserve"> Цієї миті всі думки пройшли&lt;br /&gt;</w:t>
        <w:br/>
        <w:t>Потрібні, поєдинчі. Пройшли&lt;br /&gt;</w:t>
        <w:br/>
        <w:t>І вмерли...&lt;br /&gt;</w:t>
        <w:br/>
        <w:t>Александр Блок</w:t>
      </w:r>
    </w:p>
    <w:p>
      <w:r>
        <w:br/>
        <w:t>Він встав на бій годинника. Він знав,—&lt;br /&gt;</w:t>
        <w:br/>
        <w:t>Тепер кінець всьому. Він встав і вийшов.&lt;br /&gt;</w:t>
        <w:br/>
        <w:t>Йшли хмари. Поміж ліній легкома&lt;br /&gt;</w:t>
        <w:br/>
        <w:t>Трость стукотіла в плити тротуару,&lt;br /&gt;</w:t>
        <w:br/>
        <w:t>Десь гримотіли дрожки.— Рік тому&lt;br /&gt;</w:t>
        <w:br/>
        <w:t>Бальзак був зрозумілий сивиною.</w:t>
      </w:r>
    </w:p>
    <w:p>
      <w:r>
        <w:br/>
        <w:t>Йшли хмари. Стукотіла трость. Лило.&lt;br /&gt;</w:t>
        <w:br/>
        <w:t>Він мовить міг: "Я знаю, друже мій,&lt;br /&gt;</w:t>
        <w:br/>
        <w:t>Як ти дійшов до цього. Я ж бо знаю,&lt;br /&gt;</w:t>
        <w:br/>
        <w:t>Яким ключем ти відімкнув цей вхід,&lt;br /&gt;</w:t>
        <w:br/>
        <w:t>Зламав ті двері, крізь оці дивився,&lt;br /&gt;</w:t>
        <w:br/>
        <w:t>Підгледівши все те, що бачив там".</w:t>
      </w:r>
    </w:p>
    <w:p>
      <w:r>
        <w:br/>
        <w:t>Із-під долонь вологих оболок,&lt;br /&gt;</w:t>
        <w:br/>
        <w:t>З-під тіней та із-під сирих фасадів&lt;br /&gt;</w:t>
        <w:br/>
        <w:t>Хитливо геть летіла в ліхтарях&lt;br /&gt;</w:t>
        <w:br/>
        <w:t>Замацана цим березнем бруківка.</w:t>
      </w:r>
    </w:p>
    <w:p>
      <w:r>
        <w:br/>
        <w:t>"Адресу навіть, за якою ти&lt;br /&gt;</w:t>
        <w:br/>
        <w:t>Стирав на сходах східці, добре знаю".&lt;br /&gt;</w:t>
        <w:br/>
        <w:t>— Блищали бляхи сплячих сторожів,&lt;br /&gt;</w:t>
        <w:br/>
        <w:t>Ботвиння вітер гнав по рейках ринку.</w:t>
      </w:r>
    </w:p>
    <w:p>
      <w:r>
        <w:br/>
        <w:t>"Сто Ганських мерзло з кашлем щосвітанку,&lt;br /&gt;</w:t>
        <w:br/>
        <w:t>Розчісуючись, гребінцем волосся&lt;br /&gt;</w:t>
        <w:br/>
        <w:t>Щоранку дерло. В дзеркалах сто Ганських&lt;br /&gt;</w:t>
        <w:br/>
        <w:t>Жар окидав. Сто Ганських пили каву.&lt;br /&gt;</w:t>
        <w:br/>
        <w:t>А треба ж було богові довести,&lt;br /&gt;</w:t>
        <w:br/>
        <w:t>Що Ганська — лиш одна, як він замислив..."—&lt;br /&gt;</w:t>
        <w:br/>
        <w:t>На тім кінці, де гримотіли дрожки,&lt;br /&gt;</w:t>
        <w:br/>
        <w:t>Чувсь півня спів.— "Що Ганська — лиш одна,&lt;br /&gt;</w:t>
        <w:br/>
        <w:t>Як свідчив підпис Ганської в листах,&lt;br /&gt;</w:t>
        <w:br/>
        <w:t>Як сон, як смерть". Світало. В тім кінці,&lt;br /&gt;</w:t>
        <w:br/>
        <w:t>Де гримотіли дрожки, прокидались.</w:t>
      </w:r>
    </w:p>
    <w:p>
      <w:r>
        <w:br/>
        <w:t>Як пізно відчиняються кафе,&lt;br /&gt;</w:t>
        <w:br/>
        <w:t>Який в сирій газеті свіжий друк!&lt;br /&gt;</w:t>
        <w:br/>
        <w:t>Ніщо не дрібно, жирний всякий шрифт,&lt;br /&gt;</w:t>
        <w:br/>
        <w:t>Як жир калош і шин, облитих сонцем.</w:t>
      </w:r>
    </w:p>
    <w:p>
      <w:r>
        <w:br/>
        <w:t>Який дозвільний дух того, хто ніч&lt;br /&gt;</w:t>
        <w:br/>
        <w:t>Провів без сну! Блакитно як палає&lt;br /&gt;</w:t>
        <w:br/>
        <w:t>У мозку гніт! Який ласкавий вогник!&lt;br /&gt;</w:t>
        <w:br/>
        <w:t>Який глузливий і непослідовний!</w:t>
      </w:r>
    </w:p>
    <w:p>
      <w:r>
        <w:br/>
        <w:t>Згадав усіх він.— Біля молочарні,&lt;br /&gt;</w:t>
        <w:br/>
        <w:t>Де гній рудів, цвірінькав горобець.&lt;br /&gt;</w:t>
        <w:br/>
        <w:t>Він став шукати гілку: розривався&lt;br /&gt;</w:t>
        <w:br/>
        <w:t>Там на шматки, не тямлячи себе&lt;br /&gt;</w:t>
        <w:br/>
        <w:t>Від щастя, щебет цей. А втім, небавом&lt;br /&gt;</w:t>
        <w:br/>
        <w:t>Він виснував, що гілка — над вікном,&lt;br /&gt;</w:t>
        <w:br/>
        <w:t>Від того, може, що навпроти нього&lt;br /&gt;</w:t>
        <w:br/>
        <w:t>Перед віконцем не росли дерева,&lt;br /&gt;</w:t>
        <w:br/>
        <w:t>Чи ще від чогось.— Він згадав усіх.—&lt;br /&gt;</w:t>
        <w:br/>
        <w:t>Про те, що сад праворуч, здогадався&lt;br /&gt;</w:t>
        <w:br/>
        <w:t>По бересту, що кинув на панель&lt;br /&gt;</w:t>
        <w:br/>
        <w:t>Ажурну тінь, сяйнисту, як підскляник.</w:t>
      </w:r>
    </w:p>
    <w:p>
      <w:r>
        <w:br/>
        <w:t>Та вмить з непослідовністю в думках,&lt;br /&gt;</w:t>
        <w:br/>
        <w:t>Яка невиспаному подобала,&lt;br /&gt;</w:t>
        <w:br/>
        <w:t>Таке спадало щось йому на думку,&lt;br /&gt;</w:t>
        <w:br/>
        <w:t>Що важко передати. В мозок враз&lt;br /&gt;</w:t>
        <w:br/>
        <w:t>Ввійшли слова: любов, нещастя, щастя,&lt;br /&gt;</w:t>
        <w:br/>
        <w:t>Подія, фатум, доля, мандрування,&lt;br /&gt;</w:t>
        <w:br/>
        <w:t>Фарс, випадковість, фальш.— Ввійшли і вийшли.&lt;br /&gt;</w:t>
        <w:br/>
        <w:t>По виході ніхто б не упізнав їх,&lt;br /&gt;</w:t>
        <w:br/>
        <w:t>Як тих дівчат, пострижених, що тифом&lt;br /&gt;</w:t>
        <w:br/>
        <w:t>Пощаджені були. Він вирішив,&lt;br /&gt;</w:t>
        <w:br/>
        <w:t>Що слів оцих ніхто не розуміє.&lt;br /&gt;</w:t>
        <w:br/>
        <w:t>Це аж ніяк не назви до картин,&lt;br /&gt;</w:t>
        <w:br/>
        <w:t>Не сцени, а — розряди матер'ялів,&lt;br /&gt;</w:t>
        <w:br/>
        <w:t>Що в них є шум, й вага сипучих тіл,&lt;br /&gt;</w:t>
        <w:br/>
        <w:t>І сутінь всіх букетів москательні.&lt;br /&gt;</w:t>
        <w:br/>
        <w:t>Що мумією зображають кров,&lt;br /&gt;</w:t>
        <w:br/>
        <w:t>Та іній можна креслити сангвіном,&lt;br /&gt;</w:t>
        <w:br/>
        <w:t>І що в душі, в далекій глибині,&lt;br /&gt;</w:t>
        <w:br/>
        <w:t>Сидить такий запеклий малювальник&lt;br /&gt;</w:t>
        <w:br/>
        <w:t>І деколи малює lune de miel[1]&lt;br /&gt;</w:t>
        <w:br/>
        <w:t>Шматком біди, що кришиться між пальців,&lt;br /&gt;</w:t>
        <w:br/>
        <w:t>Шматком здоров'я — лютий шал кошмару,&lt;br /&gt;</w:t>
        <w:br/>
        <w:t>Ввижань уламком — світле раювання.&lt;br /&gt;</w:t>
        <w:br/>
        <w:t>Під сонцем він у синім картузі,&lt;br /&gt;</w:t>
        <w:br/>
        <w:t>Обсмикнувшись, од вікон став подалі.&lt;br /&gt;</w:t>
        <w:br/>
        <w:t>Він продавав бляшаних саламандр.&lt;br /&gt;</w:t>
        <w:br/>
        <w:t>Він торгував уламками блакиті,&lt;br /&gt;</w:t>
        <w:br/>
        <w:t>Яскріли на яскравому піску&lt;br /&gt;</w:t>
        <w:br/>
        <w:t>І сновигали ящірки вздовж ринв,&lt;br /&gt;</w:t>
        <w:br/>
        <w:t>І щебетали птиці. Люд ішов,&lt;br /&gt;</w:t>
        <w:br/>
        <w:t>І діти задивлялися на диво.&lt;br /&gt;</w:t>
        <w:br/>
        <w:t>І мамка, як цариця, пропливла.&lt;br /&gt;</w:t>
        <w:br/>
        <w:t>Намисто в квітень з березня просилось,&lt;br /&gt;</w:t>
        <w:br/>
        <w:t>Перлини, очі,— кров із молоком&lt;br /&gt;</w:t>
        <w:br/>
        <w:t>Обличчя й рук, пацьорок й сарафана.</w:t>
      </w:r>
    </w:p>
    <w:p>
      <w:r>
        <w:br/>
        <w:t>Ще їздив сніг дахами, ще весна&lt;br /&gt;</w:t>
        <w:br/>
        <w:t>Сміялась, зшумувавши сніг і сонце.&lt;br /&gt;</w:t>
        <w:br/>
        <w:t>Десяток теплякових огірків&lt;br /&gt;</w:t>
        <w:br/>
        <w:t>Був заслабким, щоб якось пояснити&lt;br /&gt;</w:t>
        <w:br/>
        <w:t>Про зелень. Березіль це розумів —&lt;br /&gt;</w:t>
        <w:br/>
        <w:t>Сурмив до всіх про молодощі, свіжість.</w:t>
      </w:r>
    </w:p>
    <w:p>
      <w:r>
        <w:br/>
        <w:t>З усіх картин, що пам'ять зберегла,&lt;br /&gt;</w:t>
        <w:br/>
        <w:t>Одна на думку спала: ніч і поле.&lt;br /&gt;</w:t>
        <w:br/>
        <w:t>Здавалось, в зорі, ніби за панчоху,&lt;br /&gt;</w:t>
        <w:br/>
        <w:t>Полова забивається і коле.&lt;br /&gt;</w:t>
        <w:br/>
        <w:t>Мов Шлях Чумацький очі порошить.&lt;br /&gt;</w:t>
        <w:br/>
        <w:t>Здавалось, ніч знеможена встає&lt;br /&gt;</w:t>
        <w:br/>
        <w:t>Зі скирти і мете одвійки зір. А безкрай&lt;br /&gt;</w:t>
        <w:br/>
        <w:t>Степу, як ріка, летить до моря,&lt;br /&gt;</w:t>
        <w:br/>
        <w:t>Зі степом — ожеред, а з ними — ніч.&lt;br /&gt;</w:t>
        <w:br/>
        <w:t>Великий хропіт станцію стеріг,&lt;br /&gt;</w:t>
        <w:br/>
        <w:t>Як злежаний роками шар на жерсті.&lt;br /&gt;</w:t>
        <w:br/>
        <w:t>На станції ревіли мухи. Дощ&lt;br /&gt;</w:t>
        <w:br/>
        <w:t>Дзвенів об зимзу, ніби об дійницю.&lt;br /&gt;</w:t>
        <w:br/>
        <w:t>Із чотирьох безмежних літніх днів&lt;br /&gt;</w:t>
        <w:br/>
        <w:t>Складало серце пам'ять правді.&lt;br /&gt;</w:t>
        <w:br/>
        <w:t>Пливли по рейках, краячи імлу,&lt;br /&gt;</w:t>
        <w:br/>
        <w:t>Стовпи сигналів, калатали в хмари&lt;br /&gt;</w:t>
        <w:br/>
        <w:t>І очі різали. Безсонний мозок&lt;br /&gt;</w:t>
        <w:br/>
        <w:t>У степ тягло, за шпали і вартівні.</w:t>
      </w:r>
    </w:p>
    <w:p>
      <w:r>
        <w:br/>
        <w:t>На станції хропіння чергувало,&lt;br /&gt;</w:t>
        <w:br/>
        <w:t>Зітхав у листі дощ.— Мій ангеле,&lt;br /&gt;</w:t>
        <w:br/>
        <w:t>Ти спатимеш: так обіцяла ніч!&lt;br /&gt;</w:t>
        <w:br/>
        <w:t>— Мій друже дощ, нам квапитись нема де.&lt;br /&gt;</w:t>
        <w:br/>
        <w:t>У нас є час. У мене ось горіхи,&lt;br /&gt;</w:t>
        <w:br/>
        <w:t>Нам є за чим півночі у степу&lt;br /&gt;</w:t>
        <w:br/>
        <w:t>З тобою скоротати. Бачив? Тямиш?&lt;br /&gt;</w:t>
        <w:br/>
        <w:t>Так? Ти збагнув? Так правда, це — оте?&lt;br /&gt;</w:t>
        <w:br/>
        <w:t>Та нескінченність? Та обітованість?&lt;br /&gt;</w:t>
        <w:br/>
        <w:t>І варто все ж рости, страждати, ждати.&lt;br /&gt;</w:t>
        <w:br/>
        <w:t>І народитись — то не є помилка?&lt;br /&gt;</w:t>
        <w:br/>
        <w:t>Великий хропіт станцію стеріг.</w:t>
      </w:r>
    </w:p>
    <w:p>
      <w:r>
        <w:br/>
        <w:t>Чому ж таке скорботне опадання&lt;br /&gt;</w:t>
        <w:br/>
        <w:t>Безумних знань оцих? І що за сум&lt;br /&gt;</w:t>
        <w:br/>
        <w:t>Так ронить поцілунки, ніби серпень,&lt;br /&gt;</w:t>
        <w:br/>
        <w:t>Якого від модрини анічим&lt;br /&gt;</w:t>
        <w:br/>
        <w:t>Не відірвати? Спечними вустами&lt;br /&gt;</w:t>
        <w:br/>
        <w:t>Припав до неї. Він, вона — в сльозах,&lt;br /&gt;</w:t>
        <w:br/>
        <w:t>Він мокрий зовсім, глиця мокра теж...</w:t>
      </w:r>
    </w:p>
    <w:p>
      <w:r>
        <w:br/>
        <w:t>1918</w:t>
      </w:r>
    </w:p>
    <w:p>
      <w:r>
        <w:br/>
        <w:t>[1] Медовий місяць (фр.).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