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Битва</w:t>
      </w:r>
    </w:p>
    <w:p>
      <w:r>
        <w:br/>
        <w:t xml:space="preserve"> &lt;p&gt;Верховний головнокомандувач Фетерер рішучим кроком увійшов до приміщення стратегічного командного пункту й кинув:</w:t>
      </w:r>
    </w:p>
    <w:p>
      <w:r>
        <w:br/>
        <w:t>— Вільно!</w:t>
      </w:r>
    </w:p>
    <w:p>
      <w:r>
        <w:br/>
        <w:t>Три його генерали слухняно стали вільно.</w:t>
      </w:r>
    </w:p>
    <w:p>
      <w:r>
        <w:br/>
        <w:t>— У нас обмаль часу, — сказав Фетерер, поглянувши на годинник. — Розгляньмо ще раз попередній план операції.</w:t>
      </w:r>
    </w:p>
    <w:p>
      <w:r>
        <w:br/>
        <w:t>Він підійшов до стіни й розгорнув гігантську карту пустелі Сахара.</w:t>
      </w:r>
    </w:p>
    <w:p>
      <w:r>
        <w:br/>
        <w:t>— За найдостовірнішою теологічною інформацією, отриманою нами, Сатана має намір розгорнути свої сили в пункті з такими координатами. — Він ткнув у карту тупим вказівним пальцем. — У першому ешелоні виступатимуть дияволи, демони, сукуби, інкуби й решта сил того ж класу. Правим флангом командує Ваал, лівим — Вельзевул. Його Сатанинська Величність очолить центр.</w:t>
      </w:r>
    </w:p>
    <w:p>
      <w:r>
        <w:br/>
        <w:t>— Відгонить середньовіччям, — пробурмотів генерал Дел.</w:t>
      </w:r>
    </w:p>
    <w:p>
      <w:r>
        <w:br/>
        <w:t>Увійшов ад'ютант генерала Фетерера. Його обличчя випромінювало щастя й радість від думки про Пришестя.</w:t>
      </w:r>
    </w:p>
    <w:p>
      <w:r>
        <w:br/>
        <w:t>— Сер, — сказав він, — до вас знову священик.</w:t>
      </w:r>
    </w:p>
    <w:p>
      <w:r>
        <w:br/>
        <w:t>— Струнко, солдате, — строго сказав Фетерер. — Операцію ще належить провести й перемогти.</w:t>
      </w:r>
    </w:p>
    <w:p>
      <w:r>
        <w:br/>
        <w:t>— Так, сер, — відповів ад'ютант і виструнчився. Радість на його обличчі трохи згасла.</w:t>
      </w:r>
    </w:p>
    <w:p>
      <w:r>
        <w:br/>
        <w:t>-Священик, кажеш? — Верховний головнокомандувач замислено ворухнув пальцями. Одразу після Пришестя, коли стало відомо про неминучу Останню Битву, служителі релігії з усього світу стали для них сущим покаранням. Вони перестали сваритися між собою, що саме по собі було непогано. Але вони намагалися прибрати до своїх рук військову справу.</w:t>
      </w:r>
    </w:p>
    <w:p>
      <w:r>
        <w:br/>
        <w:t>— Женіть його, — наказав Фетерер. — Він знає, що ми розробляємо план Армагедону.</w:t>
      </w:r>
    </w:p>
    <w:p>
      <w:r>
        <w:br/>
        <w:t>— Так, сер, — сказав ад'ютант, віддав честь, чітко повернувся на підборах і вийшов стройовим кроком.</w:t>
      </w:r>
    </w:p>
    <w:p>
      <w:r>
        <w:br/>
        <w:t>— Продовжимо, — сказав верховний головнокомандувач Фетерер. — Позаду першої лінії оборони Сатани розташуються воскреслі грішники та різні стихійні сили зла. Роль його бомбардувальної авіації виконуватимуть грішні ангели. їх зустрінуть роботи-винищувачі генерала Дела.</w:t>
      </w:r>
    </w:p>
    <w:p>
      <w:r>
        <w:br/>
        <w:t>Генерал Дел похмуро посміхнувся.</w:t>
      </w:r>
    </w:p>
    <w:p>
      <w:r>
        <w:br/>
        <w:t>— Після встановлення контакту із супротивником автоматичні танкові корпуси генерала Мак-Фі за підтримки роботопіхоти генерала Онгіна нанесуть удар по його центру, — продовжував Фетерер. — Дел керуватиме водневим бомбардуванням тилів, яке слід провести максимально масовано. Я наноситиму удари тут і тут силами механізованої кавалерії.</w:t>
      </w:r>
    </w:p>
    <w:p>
      <w:r>
        <w:br/>
        <w:t>Повернувся ад'ютант і став струнко.</w:t>
      </w:r>
    </w:p>
    <w:p>
      <w:r>
        <w:br/>
        <w:t>— Сер, — промовив він, — священик відмовився піти. Він заявляє, що повинен неодмінно поговорити з вами.</w:t>
      </w:r>
    </w:p>
    <w:p>
      <w:r>
        <w:br/>
        <w:t>Верховний головнокомандувач Фетерер збирався сказати "ні", але в останній момент завагався. Він згадав, що це — Остання Битва і представники всіх релігійних конфесій справді певною мірою до неї причетні. Він вирішив приділити священикові п'ять хвилин.</w:t>
      </w:r>
    </w:p>
    <w:p>
      <w:r>
        <w:br/>
        <w:t>— Запросіть його сюди, — сказав генерал.</w:t>
      </w:r>
    </w:p>
    <w:p>
      <w:r>
        <w:br/>
        <w:t>Священик був одягнений у звичайний діловий костюм. Це мало підкреслити, що він прибув сюди не як представник якоїсь конкретної релігії. Його обличчя видавалося втомленим, але рішучим.</w:t>
      </w:r>
    </w:p>
    <w:p>
      <w:r>
        <w:br/>
        <w:t>— Генерале, — сказав він, — я прийшов як представник усіх релігійних працівників світу — патерів, рабинів, муллів, пасторів та інших. Ми просимо вашого дозволу, генерале, взяти участь у Битві Господній.</w:t>
      </w:r>
    </w:p>
    <w:p>
      <w:r>
        <w:br/>
        <w:t>Верховний головнокомандувач Фетерер нервово забарабанив пальцями по стегну. Він не хотів би псувати стосунків з цими людьми. Що не кажи, а навіть йому, верховному головнокомандувачу, не зашкодить добре слово, коли все буде сказано й зроблено...</w:t>
      </w:r>
    </w:p>
    <w:p>
      <w:r>
        <w:br/>
        <w:t>— Зрозумійте моє становище, — сумно промовив Фетерер. — Я генерал, і мені випало керувати Битвою...</w:t>
      </w:r>
    </w:p>
    <w:p>
      <w:r>
        <w:br/>
        <w:t>— Але ж це Остання Битва, — сказав священик. — Це має бути битва з участю людей.</w:t>
      </w:r>
    </w:p>
    <w:p>
      <w:r>
        <w:br/>
        <w:t>-Саме так, — відповів Фетерер, — люди братимуть у ній участь через своїх представників-військових. Священик дивився на нього із сумнівом. Фетерер продовжив:</w:t>
      </w:r>
    </w:p>
    <w:p>
      <w:r>
        <w:br/>
        <w:t>— Ви ж не хочете, щоб цю Битву було програно, чи не так? Щоб переміг Сатана?</w:t>
      </w:r>
    </w:p>
    <w:p>
      <w:r>
        <w:br/>
        <w:t>— Звісно, ні, — пробурмотів священик.</w:t>
      </w:r>
    </w:p>
    <w:p>
      <w:r>
        <w:br/>
        <w:t>— У такому разі ми не маємо права ризикувати, — заявив Фетерер. — Всі уряди погодилися з цим, чи не так?</w:t>
      </w:r>
    </w:p>
    <w:p>
      <w:r>
        <w:br/>
        <w:t>Певна річ, було б добре перемогти в Армагедоні силами людства. Можна б сказати — символічно. Але чи можемо ми в цьому разі бути впевненими у перемозі?</w:t>
      </w:r>
    </w:p>
    <w:p>
      <w:r>
        <w:br/>
        <w:t>Священик спробував щось заперечити, але Фетерер квапливо продовжив:</w:t>
      </w:r>
    </w:p>
    <w:p>
      <w:r>
        <w:br/>
        <w:t>— Звідки ми можемо знати силу війська Сатани. Ми просто зобов'язані ввести в бій найкращі сили, кажучи військовою мовою. А це означає — автоматичні армії, роботів-винищувачів, танки та водневі бомби.</w:t>
      </w:r>
    </w:p>
    <w:p>
      <w:r>
        <w:br/>
        <w:t>Вигляд у священика був дуже засмучений.</w:t>
      </w:r>
    </w:p>
    <w:p>
      <w:r>
        <w:br/>
        <w:t>— Але це неправильно, — сказав він. — Невже не можна зарезервувати у ваших планах певне місце і для людей?</w:t>
      </w:r>
    </w:p>
    <w:p>
      <w:r>
        <w:br/>
        <w:t>Фетерер думав над цим. Але виконати це прохання було</w:t>
      </w:r>
    </w:p>
    <w:p>
      <w:r>
        <w:br/>
        <w:t>неможливо.</w:t>
      </w:r>
    </w:p>
    <w:p>
      <w:r>
        <w:br/>
        <w:t>Ретельно розроблений план операції був досконалий і забезпечував високу ймовірність перемоги. Впровадження істотного людського елементу могло б усе лише зіпсувати. Ніяка жива плоть не витримала б гуркоту цієї атаки механізмів, високих енергетичних потенціалів, що пронизують повітря, усепоглинаючої сили вогню. Будь-яка людина, що опинилася б у ста милях від лінії фронту, загинула б, так і не побачивши ворога.</w:t>
      </w:r>
    </w:p>
    <w:p>
      <w:r>
        <w:br/>
        <w:t>— Боюсь, це неможливо, — сказав Фетерер.</w:t>
      </w:r>
    </w:p>
    <w:p>
      <w:r>
        <w:br/>
        <w:t>— Багато хто, — суворо мовив священик, — вважає, що доручити Останню Битву військовим було помилкою.</w:t>
      </w:r>
    </w:p>
    <w:p>
      <w:r>
        <w:br/>
        <w:t>— Вибачте, — бадьоро заперечив Фетерер, — це балачки, від яких один крок до поразки. З вашого дозволу...</w:t>
      </w:r>
    </w:p>
    <w:p>
      <w:r>
        <w:br/>
        <w:t>Він указав на двері. Священик втомлено вийшов.</w:t>
      </w:r>
    </w:p>
    <w:p>
      <w:r>
        <w:br/>
        <w:t>— Ох, ці цивільні, — зітхнув Фетерер. — Отже, панове, ваші війська готові?</w:t>
      </w:r>
    </w:p>
    <w:p>
      <w:r>
        <w:br/>
        <w:t>— Ми готові битися за Нього, — патетично вигукнув генерал Мак-Фі. — Я можу поручитися за кожного автоматичного солдата під моїм командуванням. їхній метал блищить, усі реле оновлено, акумулятори повністю заряджені. Сер, вони буквально рвуться в бій. Генерал Онгін стрепенувся.</w:t>
      </w:r>
    </w:p>
    <w:p>
      <w:r>
        <w:br/>
        <w:t>— Наземні війська готові, сер.</w:t>
      </w:r>
    </w:p>
    <w:p>
      <w:r>
        <w:br/>
        <w:t>— Повітряні сили готові, — сказав генерал Дел.</w:t>
      </w:r>
    </w:p>
    <w:p>
      <w:r>
        <w:br/>
        <w:t>— Чудово, — підбив підсумок Фетерер. — Усі інші приготування закінчено. Телевізійна трансляція для населення всієї планети забезпечена. Ніхто — ні багаті, ні бідні — не буде позбавлений видовища Останньої Битви.</w:t>
      </w:r>
    </w:p>
    <w:p>
      <w:r>
        <w:br/>
        <w:t>— А після Битви... — почав генерал Онгін і замовк, поглянувши на Фетерера.</w:t>
      </w:r>
    </w:p>
    <w:p>
      <w:r>
        <w:br/>
        <w:t>Той насупився. Він не знав, що буде після Битви. Цим, очевидно, займуться релігійні установи.</w:t>
      </w:r>
    </w:p>
    <w:p>
      <w:r>
        <w:br/>
        <w:t>— Гадаю, буде влаштований урочистий парад або щось подібне, — відповів він невпевнено.</w:t>
      </w:r>
    </w:p>
    <w:p>
      <w:r>
        <w:br/>
        <w:t>— Ви хочете сказати, ми будемо представлені... Йому? —запитав генерал Дел.</w:t>
      </w:r>
    </w:p>
    <w:p>
      <w:r>
        <w:br/>
        <w:t>— Точно не знаю, — відповів Фетерер, — але, гадаю, так. Зрештою... Ви розумієте, що я хочу сказати.</w:t>
      </w:r>
    </w:p>
    <w:p>
      <w:r>
        <w:br/>
        <w:t>— Але як нам одягнутися? — розгублено запитав генерал Мак-Фі. — Яка на такий випадок передбачена форма одягу?</w:t>
      </w:r>
    </w:p>
    <w:p>
      <w:r>
        <w:br/>
        <w:t>— Як одягнені ангели? — запитав Фетерер в Онгіна.</w:t>
      </w:r>
    </w:p>
    <w:p>
      <w:r>
        <w:br/>
        <w:t>— Не знаю, — відповів той.</w:t>
      </w:r>
    </w:p>
    <w:p>
      <w:r>
        <w:br/>
        <w:t>— Білі одежі? — припустив генерал Дел.</w:t>
      </w:r>
    </w:p>
    <w:p>
      <w:r>
        <w:br/>
        <w:t>-Ні, — твердо відповів Фетерер. — Одягнемо парадну форму, але без орденів.</w:t>
      </w:r>
    </w:p>
    <w:p>
      <w:r>
        <w:br/>
        <w:t>Генерали кивнули. Це відповідало ситуації. І от настав час.</w:t>
      </w:r>
    </w:p>
    <w:p>
      <w:r>
        <w:br/>
        <w:t>У чудовому бойовому строю сили Пекла рухалися пустелею.</w:t>
      </w:r>
    </w:p>
    <w:p>
      <w:r>
        <w:br/>
        <w:t>Вищали пекельні флейти, бухали порожні барабани, спрямовуючи вперед примарне воїнство. Здіймаючи сліпучі хмари піску, автоматичні танки генерала Мак-Фі виступили проти сатанинського ворога. Одразу в небі з ревом пронеслися автоматичні бомбардувальники генерала Дела, скидаючи бомби на легіони пропащих душ. Фетерер мужньо ввів у бій свою механічну кавалерію.</w:t>
      </w:r>
    </w:p>
    <w:p>
      <w:r>
        <w:br/>
        <w:t>У центр цього хаосу рушила роботопіхота Онгіна, і зробила все, що здатен зробити метал.</w:t>
      </w:r>
    </w:p>
    <w:p>
      <w:r>
        <w:br/>
        <w:t>Орди проклятих заповнили фронт, роздираючи на частини танки й роботів. Автоматичні механізми гинули, мужньо захищаючи кожну п'ядь піску. Бомбардувальники Дела падали з небес під ударами грішних ангелів, керованих Мархозієм, кожний помах драконячих крил якого створював у повітрі торнадо.</w:t>
      </w:r>
    </w:p>
    <w:p>
      <w:r>
        <w:br/>
        <w:t>Тонка поріділа шеренга роботів стримувала натиск гігантських злих духів, які трощили їх, сповнюючи жахом серця мільйонів людей у всьому світі, які не відводили зачарованого погляду від екранів телевізорів. Роботи билися мужньо, як герої, намагаючись відбити атаку сил зла.</w:t>
      </w:r>
    </w:p>
    <w:p>
      <w:r>
        <w:br/>
        <w:t>Астарот вигукнув наказ, і Бегемот важко рушив в атаку. Ваал на чолі клина дияволів ударив у лівий фланг генерала Фетерера, який, не витримуючи натиску, захитався. Метал стогнав, електрони вищали в агонії.</w:t>
      </w:r>
    </w:p>
    <w:p>
      <w:r>
        <w:br/>
        <w:t>За тисячу миль від лінії фронту генерал Фетерер витер тремтячою рукою спітніле чоло, але так само спокійно й виважено віддавав розпорядження, які кнопки натиснути і які важелі повернути.</w:t>
      </w:r>
    </w:p>
    <w:p>
      <w:r>
        <w:br/>
        <w:t>Чудові армії його не розчарували. Смертельно ушкоджені роботи підводилися на ноги й продовжували битися. Розбиті, розтрощені, рознесені вщент виючими дияволами, вони спромоглися утримати свої позиції. І тут в контратаку було кинуто П'ятий корпус ветеранів, і ворожий фронт був прорваний.</w:t>
      </w:r>
    </w:p>
    <w:p>
      <w:r>
        <w:br/>
        <w:t>За тисячу миль від лінії фронту генерали керували операцією переслідування.</w:t>
      </w:r>
    </w:p>
    <w:p>
      <w:r>
        <w:br/>
        <w:t>— Битву виграно, — прошепотів верховний головнокомандувач Фетерер, відриваючись від екрана монітора. —Вітаю, панове.</w:t>
      </w:r>
    </w:p>
    <w:p>
      <w:r>
        <w:br/>
        <w:t>Генерали втомлено посміхнулися.</w:t>
      </w:r>
    </w:p>
    <w:p>
      <w:r>
        <w:br/>
        <w:t>Вони поглянули один на одного, тріумфальний вигук вирвався з їхніх грудей. Армагедон виграно, сили Сатани переможено.</w:t>
      </w:r>
    </w:p>
    <w:p>
      <w:r>
        <w:br/>
        <w:t>Але на їхніх телевізійних екранах щось відбувалося.</w:t>
      </w:r>
    </w:p>
    <w:p>
      <w:r>
        <w:br/>
        <w:t>— Як це! Що це... — почав генерал Мак-Фі й замовк. Полем битви поміж купами покрученого, роздробленого металу прямувала Благодать.</w:t>
      </w:r>
    </w:p>
    <w:p>
      <w:r>
        <w:br/>
        <w:t>Генерали мовчали.</w:t>
      </w:r>
    </w:p>
    <w:p>
      <w:r>
        <w:br/>
        <w:t>Благодать торкнулася знівеченого шматка металу. По всій випаленій пустелі заворушилися роботи. Покручені, обгорілі, оплавлені, вони випростовувалися.</w:t>
      </w:r>
    </w:p>
    <w:p>
      <w:r>
        <w:br/>
        <w:t>Ось роботи встали на ноги.</w:t>
      </w:r>
    </w:p>
    <w:p>
      <w:r>
        <w:br/>
        <w:t>-Мак-Фі, — прошепотів верховний головнокомандувач Фетерер, — зробіть що-небудь — нехай вони хоч на коліна опустяться.</w:t>
      </w:r>
    </w:p>
    <w:p>
      <w:r>
        <w:br/>
        <w:t>Генерал спробував дати команду, але дистанційне керування не працювало.</w:t>
      </w:r>
    </w:p>
    <w:p>
      <w:r>
        <w:br/>
        <w:t>А роботи уже здіймалися в небеса, їх оточували ангели Господні. Танки, роботопіхота та автоматичні бомбардувальники підносилися все вище й вище.</w:t>
      </w:r>
    </w:p>
    <w:p>
      <w:r>
        <w:br/>
        <w:t>— Він спасає їх! — істерично вигукнув Онгін. — Він забирає в рай роботів!</w:t>
      </w:r>
    </w:p>
    <w:p>
      <w:r>
        <w:br/>
        <w:t>— Це помилка, — сказав Фетерер. — Швидше! Відрядіть кур'єра... Ні, ми поїдемо самі.</w:t>
      </w:r>
    </w:p>
    <w:p>
      <w:r>
        <w:br/>
        <w:t>Миттєво подали літак, і вони полетіли до поля битви. Але було запізно: Армагедон скінчився і роботи зникли, а разом із ними відбув і Господь зі своєю свитою.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