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Борг Україні</w:t>
      </w:r>
    </w:p>
    <w:p>
      <w:r>
        <w:br/>
        <w:t xml:space="preserve"> Чи знаєте ви&lt;br /&gt;</w:t>
        <w:br/>
        <w:t>українську ніч?&lt;br /&gt;</w:t>
        <w:br/>
        <w:t>Ні,&lt;br /&gt;</w:t>
        <w:br/>
        <w:t>ви не знаєте української ночі!&lt;br /&gt;</w:t>
        <w:br/>
        <w:t>Тут&lt;br /&gt;</w:t>
        <w:br/>
        <w:t>небо&lt;br /&gt;</w:t>
        <w:br/>
        <w:t>від диму&lt;br /&gt;</w:t>
        <w:br/>
        <w:t>дедалі чорніш&lt;br /&gt;</w:t>
        <w:br/>
        <w:t>і герб&lt;br /&gt;</w:t>
        <w:br/>
        <w:t>зорею п'ятикутною&lt;br /&gt;</w:t>
        <w:br/>
        <w:t>блискоче.&lt;br /&gt;</w:t>
        <w:br/>
        <w:t>Де горілкою,&lt;br /&gt;</w:t>
        <w:br/>
        <w:t>відвагою&lt;br /&gt;</w:t>
        <w:br/>
        <w:t>і кров'ю&lt;br /&gt;</w:t>
        <w:br/>
        <w:t>Запорозька&lt;br /&gt;</w:t>
        <w:br/>
        <w:t>вирувала Січ,&lt;br /&gt;</w:t>
        <w:br/>
        <w:t>загнуздавши&lt;br /&gt;</w:t>
        <w:br/>
        <w:t>у дроти Дніпров'я,&lt;br /&gt;</w:t>
        <w:br/>
        <w:t>скажуть:&lt;br /&gt;</w:t>
        <w:br/>
        <w:t>— Дніпре,&lt;br /&gt;</w:t>
        <w:br/>
        <w:t>сили нам позич! —&lt;br /&gt;</w:t>
        <w:br/>
        <w:t>І Дніпро&lt;br /&gt;</w:t>
        <w:br/>
        <w:t>по вусах дроту,&lt;br /&gt;</w:t>
        <w:br/>
        <w:t>по пасах&lt;br /&gt;</w:t>
        <w:br/>
        <w:t>електричний струм&lt;br /&gt;</w:t>
        <w:br/>
        <w:t>несе&lt;br /&gt;</w:t>
        <w:br/>
        <w:t>по корпусах.&lt;br /&gt;</w:t>
        <w:br/>
        <w:t>Либонь, рафінаду&lt;br /&gt;</w:t>
        <w:br/>
        <w:t>і Гоголь радий!&lt;br /&gt;</w:t>
        <w:br/>
        <w:t>Ми знаєм,&lt;br /&gt;</w:t>
        <w:br/>
        <w:t>чи курить Чаплін,&lt;br /&gt;</w:t>
        <w:br/>
        <w:t>чи чарку хилить;&lt;br /&gt;</w:t>
        <w:br/>
        <w:t>ми знаєм&lt;br /&gt;</w:t>
        <w:br/>
        <w:t>Італії безрукі руїни;&lt;br /&gt;</w:t>
        <w:br/>
        <w:t>Ми Дугласів галстук&lt;br /&gt;</w:t>
        <w:br/>
        <w:t>напам'ять завчили...&lt;br /&gt;</w:t>
        <w:br/>
        <w:t>А що ми знаєм&lt;br /&gt;</w:t>
        <w:br/>
        <w:t>про лице України?&lt;br /&gt;</w:t>
        <w:br/>
        <w:t>Знань&lt;br /&gt;</w:t>
        <w:br/>
        <w:t>у росіянина&lt;br /&gt;</w:t>
        <w:br/>
        <w:t>не глибока товщ —&lt;br /&gt;</w:t>
        <w:br/>
        <w:t>тим, хто поруч,&lt;br /&gt;</w:t>
        <w:br/>
        <w:t>пошани мало.&lt;br /&gt;</w:t>
        <w:br/>
        <w:t>Знаємо лиш&lt;br /&gt;</w:t>
        <w:br/>
        <w:t>український борщ,&lt;br /&gt;</w:t>
        <w:br/>
        <w:t>знаємо ще&lt;br /&gt;</w:t>
        <w:br/>
        <w:t>українське сало.&lt;br /&gt;</w:t>
        <w:br/>
        <w:t>І з культури&lt;br /&gt;</w:t>
        <w:br/>
        <w:t>знань не широченько:&lt;br /&gt;</w:t>
        <w:br/>
        <w:t>окрім двох&lt;br /&gt;</w:t>
        <w:br/>
        <w:t>уславлених Тарасів —&lt;br /&gt;</w:t>
        <w:br/>
        <w:t>Бульби&lt;br /&gt;</w:t>
        <w:br/>
        <w:t>та відомого Шевченка, —&lt;br /&gt;</w:t>
        <w:br/>
        <w:t>ані з місця руш,&lt;br /&gt;</w:t>
        <w:br/>
        <w:t>як не старайся.&lt;br /&gt;</w:t>
        <w:br/>
        <w:t>Притиснеш його —&lt;br /&gt;</w:t>
        <w:br/>
        <w:t>дурницю зморозить,&lt;br /&gt;</w:t>
        <w:br/>
        <w:t>викладе весь&lt;br /&gt;</w:t>
        <w:br/>
        <w:t>вантаж розумовий:&lt;br /&gt;</w:t>
        <w:br/>
        <w:t>візьме й розповість&lt;br /&gt;</w:t>
        <w:br/>
        <w:t>зо двоє курйозів,&lt;br /&gt;</w:t>
        <w:br/>
        <w:t>анекдотів&lt;br /&gt;</w:t>
        <w:br/>
        <w:t>української мови.&lt;br /&gt;</w:t>
        <w:br/>
        <w:t>Я кажу собі:&lt;br /&gt;</w:t>
        <w:br/>
        <w:t>товаришу москаль,&lt;br /&gt;</w:t>
        <w:br/>
        <w:t>на Україну&lt;br /&gt;</w:t>
        <w:br/>
        <w:t>жартів не скаль.&lt;br /&gt;</w:t>
        <w:br/>
        <w:t>Вивчіть мову цю&lt;br /&gt;</w:t>
        <w:br/>
        <w:t>зі стягів —&lt;br /&gt;</w:t>
        <w:br/>
        <w:t>лексиконів мас повсталих, —&lt;br /&gt;</w:t>
        <w:br/>
        <w:t>велич в мові цій&lt;br /&gt;</w:t>
        <w:br/>
        <w:t>і простота:&lt;br /&gt;</w:t>
        <w:br/>
        <w:t>"Чуєш, сурми заграли,&lt;br /&gt;</w:t>
        <w:br/>
        <w:t>час розплати настав..."&lt;br /&gt;</w:t>
        <w:br/>
        <w:t>Хіба є щось&lt;br /&gt;</w:t>
        <w:br/>
        <w:t>звичайніше&lt;br /&gt;</w:t>
        <w:br/>
        <w:t>й тихіше&lt;br /&gt;</w:t>
        <w:br/>
        <w:t>за слово,&lt;br /&gt;</w:t>
        <w:br/>
        <w:t>витерте від уживання, —&lt;br /&gt;</w:t>
        <w:br/>
        <w:t>"слышишь"?!&lt;br /&gt;</w:t>
        <w:br/>
        <w:t>Я&lt;br /&gt;</w:t>
        <w:br/>
        <w:t>немало слів придумав вам,&lt;br /&gt;</w:t>
        <w:br/>
        <w:t>важу їх,&lt;br /&gt;</w:t>
        <w:br/>
        <w:t>і хочу,&lt;br /&gt;</w:t>
        <w:br/>
        <w:t>аж розчуливсь,&lt;br /&gt;</w:t>
        <w:br/>
        <w:t>щоб зробились&lt;br /&gt;</w:t>
        <w:br/>
        <w:t>віршів&lt;br /&gt;</w:t>
        <w:br/>
        <w:t>всіх моїх&lt;br /&gt;</w:t>
        <w:br/>
        <w:t>слова&lt;br /&gt;</w:t>
        <w:br/>
        <w:t>важучими,&lt;br /&gt;</w:t>
        <w:br/>
        <w:t>як слово "чуєш".&lt;br /&gt;</w:t>
        <w:br/>
        <w:t>На один копил&lt;br /&gt;</w:t>
        <w:br/>
        <w:t>людей не ліч,&lt;br /&gt;</w:t>
        <w:br/>
        <w:t>щоб сором&lt;br /&gt;</w:t>
        <w:br/>
        <w:t>не виїв очі.&lt;br /&gt;</w:t>
        <w:br/>
        <w:t>Чи знаємо ми українську ніч?&lt;br /&gt;</w:t>
        <w:br/>
        <w:t>Ні,&lt;br /&gt;</w:t>
        <w:br/>
        <w:t>ми не знаємо української ночі.</w:t>
      </w:r>
    </w:p>
    <w:p>
      <w:r>
        <w:br/>
        <w:t>Переклад з російської Леоніда Первомайського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Борг Україні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