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Бронза</w:t>
      </w:r>
    </w:p>
    <w:p>
      <w:r>
        <w:br/>
        <w:t xml:space="preserve"> &lt;p&gt;— Мамо!</w:t>
      </w:r>
    </w:p>
    <w:p>
      <w:r>
        <w:br/>
        <w:t>— Донечко! Маріє!</w:t>
      </w:r>
    </w:p>
    <w:p>
      <w:r>
        <w:br/>
        <w:t>— Матінко!</w:t>
      </w:r>
    </w:p>
    <w:p>
      <w:r>
        <w:br/>
        <w:t>— Жива?! Чи се я сплю, Маріє?</w:t>
      </w:r>
    </w:p>
    <w:p>
      <w:r>
        <w:br/>
        <w:t>— Я. мамо, рідная моя!</w:t>
      </w:r>
    </w:p>
    <w:p>
      <w:r>
        <w:br/>
        <w:t>— Вернулась? Люди!</w:t>
      </w:r>
    </w:p>
    <w:p>
      <w:r>
        <w:br/>
        <w:t>— Драстуйте, мамо! А Павел? Не чули про Павла? Не вернувся Павел?</w:t>
      </w:r>
    </w:p>
    <w:p>
      <w:r>
        <w:br/>
        <w:t>— Дома.</w:t>
      </w:r>
    </w:p>
    <w:p>
      <w:r>
        <w:br/>
        <w:t>— Павел? Дома? Де він? Павел!!!</w:t>
      </w:r>
    </w:p>
    <w:p>
      <w:r>
        <w:br/>
        <w:t>— Стоїть на майдані.</w:t>
      </w:r>
    </w:p>
    <w:p>
      <w:r>
        <w:br/>
        <w:t>— На майдані? Що? Чого се?</w:t>
      </w:r>
    </w:p>
    <w:p>
      <w:r>
        <w:br/>
        <w:t>— Тебе виглядає. Хіба не бачила?</w:t>
      </w:r>
    </w:p>
    <w:p>
      <w:r>
        <w:br/>
        <w:t>— Не стрічала. Я йшла низом. Боже! Ну, як же він? Не ранений?</w:t>
      </w:r>
    </w:p>
    <w:p>
      <w:r>
        <w:br/>
        <w:t>— Цілий.</w:t>
      </w:r>
    </w:p>
    <w:p>
      <w:r>
        <w:br/>
        <w:t>— На війні був?</w:t>
      </w:r>
    </w:p>
    <w:p>
      <w:r>
        <w:br/>
        <w:t>— Бився, доню.</w:t>
      </w:r>
    </w:p>
    <w:p>
      <w:r>
        <w:br/>
        <w:t>— Ким був?</w:t>
      </w:r>
    </w:p>
    <w:p>
      <w:r>
        <w:br/>
        <w:t>— Генералом.</w:t>
      </w:r>
    </w:p>
    <w:p>
      <w:r>
        <w:br/>
        <w:t>— Генералом? Що ви, мамо?</w:t>
      </w:r>
    </w:p>
    <w:p>
      <w:r>
        <w:br/>
        <w:t>— Чи героєм. Щось казали. Хіба я те знаю.</w:t>
      </w:r>
    </w:p>
    <w:p>
      <w:r>
        <w:br/>
        <w:t>— Я побігла.</w:t>
      </w:r>
    </w:p>
    <w:p>
      <w:r>
        <w:br/>
        <w:t>— Іди тихо.</w:t>
      </w:r>
    </w:p>
    <w:p>
      <w:r>
        <w:br/>
        <w:t>— Не лякайте, мамо?!</w:t>
      </w:r>
    </w:p>
    <w:p>
      <w:r>
        <w:br/>
        <w:t>— Потихеньку йди, дитино. Набирайся сили.</w:t>
      </w:r>
    </w:p>
    <w:p>
      <w:r>
        <w:br/>
        <w:t>— Що ви, мамочко. Йду вже. Ой, як б'ється серце... Павел! Що з ним, говоріть-бо!</w:t>
      </w:r>
    </w:p>
    <w:p>
      <w:r>
        <w:br/>
        <w:t>— Мовчить він. Думає і все мовчить.</w:t>
      </w:r>
    </w:p>
    <w:p>
      <w:r>
        <w:br/>
        <w:t>— Ой рятуйте. Страшно мені, мамо!</w:t>
      </w:r>
    </w:p>
    <w:p>
      <w:r>
        <w:br/>
        <w:t>Не чуючи під собою землі, не бачачи нічого кругом, хутко, хутко пішла, потім побігла на сільський майдан і тяжко й тривожно зітхала вночі:</w:t>
      </w:r>
    </w:p>
    <w:p>
      <w:r>
        <w:br/>
        <w:t>Ой піду я не берегом-лугом.</w:t>
      </w:r>
    </w:p>
    <w:p>
      <w:r>
        <w:br/>
        <w:t>Ой піду я не берегом-лугом,</w:t>
      </w:r>
    </w:p>
    <w:p>
      <w:r>
        <w:br/>
        <w:t>Та чи не зустрінусь з несудженим другом.</w:t>
      </w:r>
    </w:p>
    <w:p>
      <w:r>
        <w:br/>
        <w:t>Здоров^ здоров, муже, несуджений друже!..</w:t>
      </w:r>
    </w:p>
    <w:p>
      <w:r>
        <w:br/>
        <w:t>— Ні, не так... Що се я? Ні... Ой піду я, молода, не бе-регомглугом... Ні. Іду я, молода, берегом-лугом... Ні, не берегом-лугом, низом-долиною..</w:t>
      </w:r>
    </w:p>
    <w:p>
      <w:r>
        <w:br/>
        <w:t>Ой іду я, молода, низом-долиною та чи не зустрінусь з мужем-дружиною. Здоров, здоров, муже, несуджений друже!.. Ай, ну, що я говорю! Се ж пісня. Се ж пісня. Нащо, нащо се?</w:t>
      </w:r>
    </w:p>
    <w:p>
      <w:r>
        <w:br/>
        <w:t>Я скажу свої слова. Таких слів, як у мене, нема ні в одній пісні. Про все не можна, сказати, знаю, та я все скажу, всю печаль, всю муку, всю свою книгу.</w:t>
      </w:r>
    </w:p>
    <w:p>
      <w:r>
        <w:br/>
        <w:t>Скажу: здоров, здоров, муже!..</w:t>
      </w:r>
    </w:p>
    <w:p>
      <w:r>
        <w:br/>
        <w:t>Та не муже ж бо, друже!</w:t>
      </w:r>
    </w:p>
    <w:p>
      <w:r>
        <w:br/>
        <w:t>Павло!.. Де ж се він? Чому я не бачу його?</w:t>
      </w:r>
    </w:p>
    <w:p>
      <w:r>
        <w:br/>
        <w:t>Павел! Озовися!</w:t>
      </w:r>
    </w:p>
    <w:p>
      <w:r>
        <w:br/>
        <w:t>Прийшла з неволі твоя нещаслива Марія-полонянка, дружина твоя. Принесла тобі сором і муку — дитину чужу невідомого батька. Убий нас обох чи пожалій, коли ти герой. Де ти, Павло? Чого мені так темно в очах!</w:t>
      </w:r>
    </w:p>
    <w:p>
      <w:r>
        <w:br/>
        <w:t>Здоров, здоров, муже, несуджений друже!.. Що зі мною? Де я? Па-вел?</w:t>
      </w:r>
    </w:p>
    <w:p>
      <w:r>
        <w:br/>
        <w:t>Не обізвався Павел, хоча був і близько. Коли вона, біла як крейда, підійшла до нього, він навіть на її не глянув.</w:t>
      </w:r>
    </w:p>
    <w:p>
      <w:r>
        <w:br/>
        <w:t>Він був пам'ятником з бронзи.</w:t>
      </w:r>
    </w:p>
    <w:p>
      <w:r>
        <w:br/>
        <w:t>Він належав уже не їй, а всьому світу, отсей Павел.</w:t>
      </w:r>
    </w:p>
    <w:p>
      <w:r>
        <w:br/>
        <w:t>Вона поклала у його підніжжя дитину, а сама обняла його, пригорнулась до бронзових холодних грудей і застигла, як бронза.</w:t>
      </w:r>
    </w:p>
    <w:p>
      <w:r>
        <w:br/>
        <w:t>— Де ти, смерть? Де ти, красавице, ластівко моя? Пожалій мене! Де ти гуляєш з другими, де бродиш, чорна моя сестро? Прийди, усміхнись до мене. Не хочу я жити. Павел, Павел! Що мені осталось на світі? Нащо мені жити?</w:t>
      </w:r>
    </w:p>
    <w:p>
      <w:r>
        <w:br/>
        <w:t>— Утішся, женщино. Поки є молодість, виконай закон. Хай плаче наді мною материна старість.</w:t>
      </w:r>
    </w:p>
    <w:p>
      <w:r>
        <w:br/>
        <w:t>— В чому закон мій? Чим утішусь?</w:t>
      </w:r>
    </w:p>
    <w:p>
      <w:r>
        <w:br/>
        <w:t>— В трудах, в любові, в дітях.</w:t>
      </w:r>
    </w:p>
    <w:p>
      <w:r>
        <w:br/>
        <w:t>— Де я найду?</w:t>
      </w:r>
    </w:p>
    <w:p>
      <w:r>
        <w:br/>
        <w:t>— В добрій течії добрих часів.</w:t>
      </w:r>
    </w:p>
    <w:p>
      <w:r>
        <w:br/>
        <w:t>— А як нема їх там для мене. Адже нас таке множество!</w:t>
      </w:r>
    </w:p>
    <w:p>
      <w:r>
        <w:br/>
        <w:t>— Тоді возвелич себе в стражданні.</w:t>
      </w:r>
    </w:p>
    <w:p>
      <w:r>
        <w:br/>
        <w:t>— Ні. Не хочу. Не можу. Не зумію. Я немічна й мала для страждання. Я не вмію думати про велике. Я родилась для звичайного життя. Поможи мені, скажи мені, милий, як побороти страждання? Якою зброєю?</w:t>
      </w:r>
    </w:p>
    <w:p>
      <w:r>
        <w:br/>
        <w:t>— Трудами.</w:t>
      </w:r>
    </w:p>
    <w:p>
      <w:r>
        <w:br/>
        <w:t>— А ще чим?</w:t>
      </w:r>
    </w:p>
    <w:p>
      <w:r>
        <w:br/>
        <w:t>— Не знаю. Других шляхів не знаю. їх, може, й нема.</w:t>
      </w:r>
    </w:p>
    <w:p>
      <w:r>
        <w:br/>
        <w:t>— Чи правду кажеш ти, великий мій рідний герою?</w:t>
      </w:r>
    </w:p>
    <w:p>
      <w:r>
        <w:br/>
        <w:t>— Я не великий і не герой, хоча товариші мене і запевняли. Та я трудився для Вітчизни в великий час з великими людьми і тому частину їх безсмертя прийняв на себе, і став я, моя мила, бронзовий, холодний, на сторожі поколінь. Ти пам'ятаєш, ти добре пам'ятаєш, сам я мало думав про велике, і говорив я некрасиво, і часом жартував нерозумно.</w:t>
      </w:r>
    </w:p>
    <w:p>
      <w:r>
        <w:br/>
        <w:t>— Ти завжди над усім сміявся.</w:t>
      </w:r>
    </w:p>
    <w:p>
      <w:r>
        <w:br/>
        <w:t>— Я діяв. Був я весь час зайнятий. Було мені ніколи до самого кінця.</w:t>
      </w:r>
    </w:p>
    <w:p>
      <w:r>
        <w:br/>
        <w:t>— Було тобі ніколи. Знаю.</w:t>
      </w:r>
    </w:p>
    <w:p>
      <w:r>
        <w:br/>
        <w:t>— Не долюбив тебе.</w:t>
      </w:r>
    </w:p>
    <w:p>
      <w:r>
        <w:br/>
        <w:t>— Так.</w:t>
      </w:r>
    </w:p>
    <w:p>
      <w:r>
        <w:br/>
        <w:t>— Не доцілував.</w:t>
      </w:r>
    </w:p>
    <w:p>
      <w:r>
        <w:br/>
        <w:t>— Так.</w:t>
      </w:r>
    </w:p>
    <w:p>
      <w:r>
        <w:br/>
        <w:t>— Часом і зовсім забував. В походах пив і жалість гнав. Був я суворий, і злий, і часто грубий, щоб не розслабляти себе серед огню, прокльонів, криків про пощаду, труднощів і таке інше. Клятвений був мій час, і я виконував свою клятву серед грому й скреготу заліза, поки не розлетівся одного разу в кривавеє шмаття.</w:t>
      </w:r>
    </w:p>
    <w:p>
      <w:r>
        <w:br/>
        <w:t>— Павел! Мученик.</w:t>
      </w:r>
    </w:p>
    <w:p>
      <w:r>
        <w:br/>
        <w:t>— Ні. Моє страждання було одна мить. Ти хочеш знати: я полюбив її.</w:t>
      </w:r>
    </w:p>
    <w:p>
      <w:r>
        <w:br/>
        <w:t>— Війну?</w:t>
      </w:r>
    </w:p>
    <w:p>
      <w:r>
        <w:br/>
        <w:t>— Війну. Я їй належав. Я знав захоплення й натхнення свого ремества, і помер я в момент захоплення. Я наступав тоді, і ворог передо мною біг як проклятий, я був щасливий. Так і передай своїм дітям — був щасливий.</w:t>
      </w:r>
    </w:p>
    <w:p>
      <w:r>
        <w:br/>
        <w:t>Підійшла стара мати і взяла на руки дитину.</w:t>
      </w:r>
    </w:p>
    <w:p>
      <w:r>
        <w:br/>
        <w:t>— Маріє.</w:t>
      </w:r>
    </w:p>
    <w:p>
      <w:r>
        <w:br/>
        <w:t>— Мамо. Як я страждаю! — простогнала Марія, одриваючись од бронзового мужа.</w:t>
      </w:r>
    </w:p>
    <w:p>
      <w:r>
        <w:br/>
        <w:t>— Страждай, голубко. Єдина достовірність серед усіх химер і пристрастей людських — страждання. Високії закони, моя доню, любов, чесноти, вірність, і геройство, і доброта людська, і людська слава, і всякий талант, і всі дороги до щастя і втіхи. Все через нього. Ходім, дитино. На добраніч, синку.</w:t>
      </w:r>
    </w:p>
    <w:p>
      <w:r>
        <w:br/>
        <w:t>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Бронза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