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Чаадаєву</w:t>
      </w:r>
    </w:p>
    <w:p>
      <w:r>
        <w:br/>
        <w:t xml:space="preserve"> Перекладач: Микола Бажан</w:t>
      </w:r>
    </w:p>
    <w:p>
      <w:r>
        <w:br/>
        <w:t>В краю, де я позбувсь тривог минулих літ,&lt;br /&gt;</w:t>
        <w:br/>
        <w:t>Де я Овідія1 самотній бачу слід,&lt;br /&gt;</w:t>
        <w:br/>
        <w:t>Де слави прагнення мене вже не турбує,&lt;br /&gt;</w:t>
        <w:br/>
        <w:t>Душі моїй смутній лише тебе бракує.&lt;br /&gt;</w:t>
        <w:br/>
        <w:t>Я, ворог світських пут і життьових тенет,&lt;br /&gt;</w:t>
        <w:br/>
        <w:t>Без труднощів забув про той гучний бенкет,&lt;br /&gt;</w:t>
        <w:br/>
        <w:t>Де грає марний ум, але душа дрімає&lt;br /&gt;</w:t>
        <w:br/>
        <w:t>І правду запальну пристойність загашає.&lt;br /&gt;</w:t>
        <w:br/>
        <w:t>Покинувши гурток шаленців молодих,&lt;br /&gt;</w:t>
        <w:br/>
        <w:t>В вигнанні дальньому не потребую їх;&lt;br /&gt;</w:t>
        <w:br/>
        <w:t>Та й інших помилок, зітхнувши, я позбувся,&lt;br /&gt;</w:t>
        <w:br/>
        <w:t>З прокльоном забуття до ворогів звернувся&lt;br /&gt;</w:t>
        <w:br/>
        <w:t>І пута скинувши, в яких я знемагав,&lt;br /&gt;</w:t>
        <w:br/>
        <w:t>Нової тишини всім серцем тут зазнав.&lt;br /&gt;</w:t>
        <w:br/>
        <w:t>Один, на самоті мій норовливий геній&lt;br /&gt;</w:t>
        <w:br/>
        <w:t>Пізнав і тихий труд, і роздуми натхненні.&lt;br /&gt;</w:t>
        <w:br/>
        <w:t>Владую днем своїм; панує в мислях лад,&lt;br /&gt;</w:t>
        <w:br/>
        <w:t>Навчаюсь пильнувать думок поважних ряд,&lt;br /&gt;</w:t>
        <w:br/>
        <w:t>Шукаю, щоб знайти тепер, в обіймах волі,&lt;br /&gt;</w:t>
        <w:br/>
        <w:t>Літа, розгублені у молодій сваволі,&lt;br /&gt;</w:t>
        <w:br/>
        <w:t>І з віком нарівні в освіченості стать:&lt;br /&gt;</w:t>
        <w:br/>
        <w:t>Богині-музи знов прийшли мене втішать&lt;br /&gt;</w:t>
        <w:br/>
        <w:t>І незалежному дозвіллю посміхнулись.&lt;br /&gt;</w:t>
        <w:br/>
        <w:t>Сопілки давньої уста мої торкнулись,&lt;br /&gt;</w:t>
        <w:br/>
        <w:t>Забутий звук мене порадував,— і знов&lt;br /&gt;</w:t>
        <w:br/>
        <w:t>Оспівую чуття, природу і любов,&lt;br /&gt;</w:t>
        <w:br/>
        <w:t>І дружбу звірену, і милі серцю речі,&lt;br /&gt;</w:t>
        <w:br/>
        <w:t>Що їх я полюбив у роки молодечі,&lt;br /&gt;</w:t>
        <w:br/>
        <w:t>У дні, коли не встиг ще визнання сягти,&lt;br /&gt;</w:t>
        <w:br/>
        <w:t>Не знавши ні систем, ні болів, ні мети,&lt;br /&gt;</w:t>
        <w:br/>
        <w:t>І співом сповнював притулок ліні й втіхи&lt;br /&gt;</w:t>
        <w:br/>
        <w:t>І царськосільський дім — юнацтва захист тихий.&lt;br /&gt;</w:t>
        <w:br/>
        <w:t>Та дружби тут нема! Тому мене смутить&lt;br /&gt;</w:t>
        <w:br/>
        <w:t>Південний край оцей, чужих небес блакить;&lt;br /&gt;</w:t>
        <w:br/>
        <w:t>Ні музи, ні труди, ні радості хвилини&lt;br /&gt;</w:t>
        <w:br/>
        <w:t>За друга милого не можуть дать заміни.&lt;br /&gt;</w:t>
        <w:br/>
        <w:t>Ти був цілителем душевних сил моїх;&lt;br /&gt;</w:t>
        <w:br/>
        <w:t>Тобі, о друже мій, я присвятити зміг&lt;br /&gt;</w:t>
        <w:br/>
        <w:t>І свій короткий вік, знайомий вже з журбою,&lt;br /&gt;</w:t>
        <w:br/>
        <w:t>І почуття, либонь, врятовані тобою!&lt;br /&gt;</w:t>
        <w:br/>
        <w:t>Ти серця знав мого цвітіння весняне&lt;br /&gt;</w:t>
        <w:br/>
        <w:t>І згодом бачив ти, як змучили мене&lt;br /&gt;</w:t>
        <w:br/>
        <w:t>Бентежні прагнення і пристрасті жагучі,&lt;br /&gt;</w:t>
        <w:br/>
        <w:t>І в мить загибелі, над стромовинням кручі,&lt;br /&gt;</w:t>
        <w:br/>
        <w:t>Рукою чуйною мене підтримав ти&lt;br /&gt;</w:t>
        <w:br/>
        <w:t>І другу допоміг надію знов найти;&lt;br /&gt;</w:t>
        <w:br/>
        <w:t>Вдивлявся в глиб душі ти поглядом суворим,&lt;br /&gt;</w:t>
        <w:br/>
        <w:t>Втішав порадою чи оживляв докором;&lt;br /&gt;</w:t>
        <w:br/>
        <w:t>Твій запал надихав до кращого любов;&lt;br /&gt;</w:t>
        <w:br/>
        <w:t>З'являлася в мені терплячість мужня знов,&lt;br /&gt;</w:t>
        <w:br/>
        <w:t>Мене вже не могли образить, наклеп звівши;&lt;br /&gt;</w:t>
        <w:br/>
        <w:t>Умів я зневажать, ненавидіти вмівши.&lt;br /&gt;</w:t>
        <w:br/>
        <w:t>Потреби не було мені в бучних судах&lt;br /&gt;</w:t>
        <w:br/>
        <w:t>Холопа знатного, невігласа в чинах&lt;br /&gt;</w:t>
        <w:br/>
        <w:t>Або філософа, що хіть несамовиту&lt;br /&gt;</w:t>
        <w:br/>
        <w:t>В минулі дні являв усім частинам світу,&lt;br /&gt;</w:t>
        <w:br/>
        <w:t>Та, по науці, зняв ганьби тяжкий ярем,&lt;br /&gt;</w:t>
        <w:br/>
        <w:t>Покинув пить і став картіжним махлярем.&lt;br /&gt;</w:t>
        <w:br/>
        <w:t>Оратор Лужников, незнаний і нездарний,&lt;br /&gt;</w:t>
        <w:br/>
        <w:t>Мені не докучав, здійнявши гавкіт марний.&lt;br /&gt;</w:t>
        <w:br/>
        <w:t>Чи надавать ваги порожнім балачкам&lt;br /&gt;</w:t>
        <w:br/>
        <w:t>Зоїлів, лобурів та белькотливих дам,&lt;br /&gt;</w:t>
        <w:br/>
        <w:t>Чи варт цікавитись наклепників брехнею,&lt;br /&gt;</w:t>
        <w:br/>
        <w:t>Коли гордитись міг я дружбою твоєю?&lt;br /&gt;</w:t>
        <w:br/>
        <w:t>Я, дякувать богам, похмуру путь минув;&lt;br /&gt;</w:t>
        <w:br/>
        <w:t>Заранні болещі в душі своїй одчув,&lt;br /&gt;</w:t>
        <w:br/>
        <w:t>Та звик до болещів, оддав належне долі,—&lt;br /&gt;</w:t>
        <w:br/>
        <w:t>І стоїком пройду по життьовій юдолі.</w:t>
      </w:r>
    </w:p>
    <w:p>
      <w:r>
        <w:br/>
        <w:t>Одне бажання є: зі мною ти лишись!&lt;br /&gt;</w:t>
        <w:br/>
        <w:t>Лиш цим благанням я томив небесну вись.&lt;br /&gt;</w:t>
        <w:br/>
        <w:t>Чи скоро, друже мій, кінчиться час розлуки?&lt;br /&gt;</w:t>
        <w:br/>
        <w:t>Коли з'єднаємо слова любові й руки?&lt;br /&gt;</w:t>
        <w:br/>
        <w:t>Коли мені навстріч ти кинешся вперед?..&lt;br /&gt;</w:t>
        <w:br/>
        <w:t>Як обійму тебе! Побачу кабінет,&lt;br /&gt;</w:t>
        <w:br/>
        <w:t>Де ти сидиш, мудрець, а то й бесідник мрійний,&lt;br /&gt;</w:t>
        <w:br/>
        <w:t>Бездумної юрби спостерігач спокійний;&lt;br /&gt;</w:t>
        <w:br/>
        <w:t>До тебе я прийду, мій домосиде, знов&lt;br /&gt;</w:t>
        <w:br/>
        <w:t>Згадать минулі дні, час вдумливих розмов,&lt;br /&gt;</w:t>
        <w:br/>
        <w:t>Юнацькі вечори, пророчих мислів помах&lt;br /&gt;</w:t>
        <w:br/>
        <w:t>І вислови живі із уст мерців знайомих:&lt;br /&gt;</w:t>
        <w:br/>
        <w:t>Читати, лаяти, гадати почнемо&lt;br /&gt;</w:t>
        <w:br/>
        <w:t>І волелюбних мрій огонь оживимо,—&lt;br /&gt;</w:t>
        <w:br/>
        <w:t>Щасливий буду я, та тільки, ради бога,&lt;br /&gt;</w:t>
        <w:br/>
        <w:t>Жени ти Шепінга від нашого порога.</w:t>
      </w:r>
    </w:p>
    <w:p>
      <w:r>
        <w:br/>
        <w:t>--------------&lt;br /&gt;</w:t>
        <w:br/>
        <w:t>1 Овідій — латинський поет І віку, був засланий римським імператором з Риму&lt;br /&gt;</w:t>
        <w:br/>
        <w:t>на Чорноморське побережжя, де й вмер.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Чаадаєву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