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Чекаю дня, коли собі скажу...</w:t>
      </w:r>
    </w:p>
    <w:p>
      <w:r>
        <w:br/>
        <w:t xml:space="preserve"> Чекаю дня, коли собі скажу:&lt;br /&gt;</w:t>
        <w:br/>
        <w:t>оця строфа, нарешті, досконала.&lt;br /&gt;</w:t>
        <w:br/>
        <w:t>О, як тоді, мабуть, я затужу!&lt;br /&gt;</w:t>
        <w:br/>
        <w:t>І як захочу, щоб вона сконала.&lt;br /&gt;</w:t>
        <w:br/>
        <w:t>І як злякаюсь: а куди ж тепер?!&lt;br /&gt;</w:t>
        <w:br/>
        <w:t>Уже вершина, де ж мої дороги?&lt;br /&gt;</w:t>
        <w:br/>
        <w:t>...Він був старий. Старий він був. Помер.&lt;br /&gt;</w:t>
        <w:br/>
        <w:t>Йому лизали руки епілоги.&lt;br /&gt;</w:t>
        <w:br/>
        <w:t>Йому приснився жилавий граніт.&lt;br /&gt;</w:t>
        <w:br/>
        <w:t>Смертельна туга плакала органно,&lt;br /&gt;</w:t>
        <w:br/>
        <w:t>Він Богом був. І він створив свій світ.&lt;br /&gt;</w:t>
        <w:br/>
        <w:t>І одвернувся: все було погано.&lt;br /&gt;</w:t>
        <w:br/>
        <w:t>Блукали руки десь на манівцях,&lt;br /&gt;</w:t>
        <w:br/>
        <w:t>тьмяніли фрески і пручались брили.&lt;br /&gt;</w:t>
        <w:br/>
        <w:t>Були ті руки в саднах і в рубцях —&lt;br /&gt;</w:t>
        <w:br/>
        <w:t>усе життя з камінням говорили.&lt;br /&gt;</w:t>
        <w:br/>
        <w:t>Вже й небо є. А стелі все нема.&lt;br /&gt;</w:t>
        <w:br/>
        <w:t>Пішли дощі. Хитались риштування.&lt;br /&gt;</w:t>
        <w:br/>
        <w:t>Внизу ревла і тюкала юрма.&lt;br /&gt;</w:t>
        <w:br/>
        <w:t>Вагою пензля металися вагання.&lt;br /&gt;</w:t>
        <w:br/>
        <w:t>А він боявся впасти на юрму.&lt;br /&gt;</w:t>
        <w:br/>
        <w:t>Сміялись в спину скіфи і етруски.&lt;br /&gt;</w:t>
        <w:br/>
        <w:t>І він зірвавсь. Не боляче йому,&lt;br /&gt;</w:t>
        <w:br/>
        <w:t>бо він розбився на камінні друзки.&lt;br /&gt;</w:t>
        <w:br/>
        <w:t>І ось лежить. Нема кому стулить&lt;br /&gt;</w:t>
        <w:br/>
        <w:t>його в одне на плитах базиліки...&lt;br /&gt;</w:t>
        <w:br/>
        <w:t>Прокинувся. Нічого не болить.&lt;br /&gt;</w:t>
        <w:br/>
        <w:t>Все віднялось. І це уже навіки,&lt;br /&gt;</w:t>
        <w:br/>
        <w:t>Нажився він. І недругів нажив.&lt;br /&gt;</w:t>
        <w:br/>
        <w:t>Було йому без року дев'яносто.&lt;br /&gt;</w:t>
        <w:br/>
        <w:t>Життя стужив і друзів пережив,&lt;br /&gt;</w:t>
        <w:br/>
        <w:t>і умирав зажурено і просто.&lt;br /&gt;</w:t>
        <w:br/>
        <w:t>Важкі повіки... стежечка сльози...&lt;br /&gt;</w:t>
        <w:br/>
        <w:t>і жаль безмірний однієї втрати:&lt;br /&gt;</w:t>
        <w:br/>
        <w:t>"В мистецтві я пізнав лише ази.&lt;br /&gt;</w:t>
        <w:br/>
        <w:t>Лише ази! Як шкода умирати..."&lt;br /&gt;</w:t>
        <w:br/>
        <w:t>Земля пером. Чудний був чоловік.&lt;br /&gt;</w:t>
        <w:br/>
        <w:t>Душа понад межею витривалості.&lt;br /&gt;</w:t>
        <w:br/>
        <w:t>Щоб так шукати, і за цілий вік —&lt;br /&gt;</w:t>
        <w:br/>
        <w:t>лише ази! — ні грана досконалості.</w:t>
      </w:r>
    </w:p>
    <w:p>
      <w:r>
        <w:br/>
        <w:t>Ти, незглибима совісте майстрів,&lt;br /&gt;</w:t>
        <w:br/>
        <w:t>тобі не страшно навігацій Лети!&lt;br /&gt;</w:t>
        <w:br/>
        <w:t>Тяжкий був час. Тепер кого не стрів, —&lt;br /&gt;</w:t>
        <w:br/>
        <w:t>усі митці, художники й поети.&lt;br /&gt;</w:t>
        <w:br/>
        <w:t>Всі генії.&lt;br /&gt;</w:t>
        <w:br/>
        <w:t>На вічні терези&lt;br /&gt;</w:t>
        <w:br/>
        <w:t>кладуть шедеври у своїй щедроті.&lt;br /&gt;</w:t>
        <w:br/>
        <w:t>Той, хто пізнав в мистецтві лиш ази,&lt;br /&gt;</w:t>
        <w:br/>
        <w:t>був Мікеланджело Буонарроті.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Чекаю дня, коли собі скажу...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