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Чин білої людини</w:t>
      </w:r>
    </w:p>
    <w:p>
      <w:r>
        <w:br/>
        <w:t xml:space="preserve"> Чин Білої Людини&lt;br /&gt;</w:t>
        <w:br/>
        <w:t>Без сумніву прийміть,&lt;br /&gt;</w:t>
        <w:br/>
        <w:t>Навчайте тому чину&lt;br /&gt;</w:t>
        <w:br/>
        <w:t>Синів з дитячих літ.&lt;br /&gt;</w:t>
        <w:br/>
        <w:t>Нехай ідуть служити&lt;br /&gt;</w:t>
        <w:br/>
        <w:t>Своїм рабам вони,&lt;br /&gt;</w:t>
        <w:br/>
        <w:t>Бо ті й самі, мов діти,&lt;br /&gt;</w:t>
        <w:br/>
        <w:t>Хоч зовні – дикуни.</w:t>
      </w:r>
    </w:p>
    <w:p>
      <w:r>
        <w:br/>
        <w:t>Чин Білої Людини&lt;br /&gt;</w:t>
        <w:br/>
        <w:t>Важким, насправді, є...&lt;br /&gt;</w:t>
        <w:br/>
        <w:t>Нехай лунають кпини,&lt;br /&gt;</w:t>
        <w:br/>
        <w:t>А ви робіть своє.&lt;br /&gt;</w:t>
        <w:br/>
        <w:t>Просте і добре слово&lt;br /&gt;</w:t>
        <w:br/>
        <w:t>Несіть у кожен дім&lt;br /&gt;</w:t>
        <w:br/>
        <w:t>І будьте наготові&lt;br /&gt;</w:t>
        <w:br/>
        <w:t>Себе віддати їм.</w:t>
      </w:r>
    </w:p>
    <w:p>
      <w:r>
        <w:br/>
        <w:t>Прийміть його сьогодні –&lt;br /&gt;</w:t>
        <w:br/>
        <w:t>Цього чекає світ,&lt;br /&gt;</w:t>
        <w:br/>
        <w:t>І дайте хліб голодним,&lt;br /&gt;</w:t>
        <w:br/>
        <w:t>І немічних зціліть.&lt;br /&gt;</w:t>
        <w:br/>
        <w:t>Коли ж настануть зміни&lt;br /&gt;</w:t>
        <w:br/>
        <w:t>Пильнуйте до кінця –&lt;br /&gt;</w:t>
        <w:br/>
        <w:t>Не пропускайте тліну&lt;br /&gt;</w:t>
        <w:br/>
        <w:t>У душі та серця.</w:t>
      </w:r>
    </w:p>
    <w:p>
      <w:r>
        <w:br/>
        <w:t>Чин Білої Людини&lt;br /&gt;</w:t>
        <w:br/>
        <w:t>І працю разом з ним&lt;br /&gt;</w:t>
        <w:br/>
        <w:t>Прийміть; і будьте сильні,&lt;br /&gt;</w:t>
        <w:br/>
        <w:t>Бо поруч дикуни.&lt;br /&gt;</w:t>
        <w:br/>
        <w:t>Поступливі і вперті,&lt;br /&gt;</w:t>
        <w:br/>
        <w:t>Та з вірою в серцях&lt;br /&gt;</w:t>
        <w:br/>
        <w:t>Своїм життям і смертю&lt;br /&gt;</w:t>
        <w:br/>
        <w:t>Вкажіть їм правий шлях.</w:t>
      </w:r>
    </w:p>
    <w:p>
      <w:r>
        <w:br/>
        <w:t>Чин Білої Людини...&lt;br /&gt;</w:t>
        <w:br/>
        <w:t>І хто його прийняв,&lt;br /&gt;</w:t>
        <w:br/>
        <w:t>Прокляття собі в спину&lt;br /&gt;</w:t>
        <w:br/>
        <w:t>Вважає визнанням.&lt;br /&gt;</w:t>
        <w:br/>
        <w:t>Хай ідоли ридають,&lt;br /&gt;</w:t>
        <w:br/>
        <w:t>Вони усі такі –&lt;br /&gt;</w:t>
        <w:br/>
        <w:t>Для них немає раю.&lt;br /&gt;</w:t>
        <w:br/>
        <w:t>Над темряву віків...</w:t>
      </w:r>
    </w:p>
    <w:p>
      <w:r>
        <w:br/>
        <w:t>Чин Білої Людини&lt;br /&gt;</w:t>
        <w:br/>
        <w:t>Нехай вас поведе.&lt;br /&gt;</w:t>
        <w:br/>
        <w:t>Ніщо не є засильно,&lt;br /&gt;</w:t>
        <w:br/>
        <w:t>Коли про правду йде.&lt;br /&gt;</w:t>
        <w:br/>
        <w:t>Нехай вам тяжко буде,&lt;br /&gt;</w:t>
        <w:br/>
        <w:t>Але надійде час&lt;br /&gt;</w:t>
        <w:br/>
        <w:t>І хмурі дикі люди&lt;br /&gt;</w:t>
        <w:br/>
        <w:t>Своїми приймуть вас.</w:t>
      </w:r>
    </w:p>
    <w:p>
      <w:r>
        <w:br/>
        <w:t>Чин Білої Людини,&lt;br /&gt;</w:t>
        <w:br/>
        <w:t>Затямте ці слова,&lt;br /&gt;</w:t>
        <w:br/>
        <w:t>Дає замало вина&lt;br /&gt;</w:t>
        <w:br/>
        <w:t>І мало переваг.&lt;br /&gt;</w:t>
        <w:br/>
        <w:t>Але почніте зараз&lt;br /&gt;</w:t>
        <w:br/>
        <w:t>З невдячності й пітьми&lt;br /&gt;</w:t>
        <w:br/>
        <w:t>Крізь зло, крізь ніч, крізь чвари&lt;br /&gt;</w:t>
        <w:br/>
        <w:t>Їх теж зробіть Людьми!</w:t>
      </w:r>
    </w:p>
    <w:p>
      <w:r>
        <w:br/>
        <w:t>Переклад В. Чернишенка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Чин білої людини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