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Чорна кішка, або магічне число "сім"</w:t>
      </w:r>
    </w:p>
    <w:p>
      <w:r>
        <w:br/>
        <w:t xml:space="preserve"> &lt;p&gt;Відтоді, як у дворі з'явилася Пума — так звали чорну кішку з третьої квартири,— Василькові Моргайлу перестало щастить. Та воно й не дивно; адже ще колись бабуся застерігала: перебіжить дорогу чорна кішка — чекай невдачі!</w:t>
      </w:r>
    </w:p>
    <w:p>
      <w:r>
        <w:br/>
        <w:t>І точно. Збирається оце Василько до школи, вигляне у вікно — не видно Пуми. Ага! Моргайло за портфеля — і бігом! Та тільки-но з під'їзду вискочить, аж тут і Пума... Ніби навмисно підстерігає хлопця. Чорну шерсть наїжачить, хвоста задере і перебіжить дорогу. Все! Невдача. А яка невдача може бути в учня? Звісно яка — погана оцінка!</w:t>
      </w:r>
    </w:p>
    <w:p>
      <w:r>
        <w:br/>
        <w:t>— Знову ти, Моргайле, не вивчив відмінки іменників,— докірливо каже Олена Михайлівна.</w:t>
      </w:r>
    </w:p>
    <w:p>
      <w:r>
        <w:br/>
        <w:t>— Та вчи-ив...— тягне Василько.— Тільки мені чорна кішка дорогу перебігла... От і не пощастило.</w:t>
      </w:r>
    </w:p>
    <w:p>
      <w:r>
        <w:br/>
        <w:t>У класі — сміх, а Васильку, звісно, не до сміху. Якось він, повертаючись додому, взяв та подзвонив у третю квартиру. Двері йому відчинила незнайома жінка — висока, сувора на вигляд, в отакезних окулярах.</w:t>
      </w:r>
    </w:p>
    <w:p>
      <w:r>
        <w:br/>
        <w:t>— Чого тобі, хлопчику?</w:t>
      </w:r>
    </w:p>
    <w:p>
      <w:r>
        <w:br/>
        <w:t>Василько посопів і каже:</w:t>
      </w:r>
    </w:p>
    <w:p>
      <w:r>
        <w:br/>
        <w:t>— Тьотю, не пускайте свою чорну кішку, коли я до школи йду, бо вона мені дорогу перебігає.</w:t>
      </w:r>
    </w:p>
    <w:p>
      <w:r>
        <w:br/>
        <w:t>Сувора жінка уважно подивилася на Моргайла і головою похитала:</w:t>
      </w:r>
    </w:p>
    <w:p>
      <w:r>
        <w:br/>
        <w:t>— Не щастить, мабуть? Двійки хапаєш?</w:t>
      </w:r>
    </w:p>
    <w:p>
      <w:r>
        <w:br/>
        <w:t>— Ага, за правила.</w:t>
      </w:r>
    </w:p>
    <w:p>
      <w:r>
        <w:br/>
        <w:t>Жінка подумала якусь мить, а тоді з сумнівом запитала:</w:t>
      </w:r>
    </w:p>
    <w:p>
      <w:r>
        <w:br/>
        <w:t>— А ти хоч правила вчиш?</w:t>
      </w:r>
    </w:p>
    <w:p>
      <w:r>
        <w:br/>
        <w:t>— Та вчу, вчу,— квапливо запевнив Василько.— Але ваша кішка як перебіжить мені дорогу, так я і забуваю правила. І родовий відмінок з називним плутаю.</w:t>
      </w:r>
    </w:p>
    <w:p>
      <w:r>
        <w:br/>
        <w:t>— Твоїй біді можна зарадити.</w:t>
      </w:r>
    </w:p>
    <w:p>
      <w:r>
        <w:br/>
        <w:t>Жінка запросила Василька до кімнати, всадовила на стілець, а тоді запитала: — А скільки разів ти правила повторюєш?</w:t>
      </w:r>
    </w:p>
    <w:p>
      <w:r>
        <w:br/>
        <w:t>— Ну... ну... раз...</w:t>
      </w:r>
    </w:p>
    <w:p>
      <w:r>
        <w:br/>
        <w:t>— Я так і знала!— сплеснула жінка руками.— Слухай мене, хлопчику, уважно. Чорна кішка і справді може наврочити, якщо правила повторювати лише один раз. Бо число "один" зовсім просте. А ось коли ти знатимеш магічне число, то хай хоч і всі чорні коти нашого міста перебіжать тобі дорогу — відмінну оцінку одержиш.</w:t>
      </w:r>
    </w:p>
    <w:p>
      <w:r>
        <w:br/>
        <w:t>— А яке маг... магічне число? Скажіть, будь ласка.</w:t>
      </w:r>
    </w:p>
    <w:p>
      <w:r>
        <w:br/>
        <w:t>— Тс-с-с... — Жінка приклала палець до вуст і, озирнувшись, зашепотіла: — Скажу, але тільки для тебе, ти ж — нікому анічичирк! Добре? Бо це — велика таємниця. Слухай мене уважно. Як тільки чорна кішка перебіжить дорогу, треба відразу ж тричі підстрибнути на правій нозі, потім — тричі на лівій. Запам'ятав?</w:t>
      </w:r>
    </w:p>
    <w:p>
      <w:r>
        <w:br/>
        <w:t>— Ага,— прошепотів Василько.— Тричі на правій і тричі — на лівій. А далі?</w:t>
      </w:r>
    </w:p>
    <w:p>
      <w:r>
        <w:br/>
        <w:t>— А далі треба швидко проказати:</w:t>
      </w:r>
    </w:p>
    <w:p>
      <w:r>
        <w:br/>
        <w:t>Щоб чорна кішка не зурочила і голови мені не заморочила, повторюю правила разів сім — назовсім!</w:t>
      </w:r>
    </w:p>
    <w:p>
      <w:r>
        <w:br/>
        <w:t>Тьху, тьху, тьху, щоб мені допомогло "сім" — магічне число!</w:t>
      </w:r>
    </w:p>
    <w:p>
      <w:r>
        <w:br/>
        <w:t>— І все? — зрадів Василько.</w:t>
      </w:r>
    </w:p>
    <w:p>
      <w:r>
        <w:br/>
        <w:t>— Все, хлопчику. Тільки не забудь: сім разів треба повторювати правила, адже сім — магічне число, і чорні коти перед ним безсилі.</w:t>
      </w:r>
    </w:p>
    <w:p>
      <w:r>
        <w:br/>
        <w:t>Василько так і зробив. Тільки Пума перебігла йому дорогу (а це сталося наступного ранку), Василько відразу ж підстрибнув тричі на правій нозі, потім — тричі на лівій, швидко проказав усі слова і сім разів повторив правило.</w:t>
      </w:r>
    </w:p>
    <w:p>
      <w:r>
        <w:br/>
        <w:t>І що б ви думали: найвищу оцінку одержав!</w:t>
      </w:r>
    </w:p>
    <w:p>
      <w:r>
        <w:br/>
        <w:t>— Молодець, Моргайле! — сказала Олена Михайлівна. — Сьогодні тобі, я бачу, не перебігала дорогу чорна кішкаї</w:t>
      </w:r>
    </w:p>
    <w:p>
      <w:r>
        <w:br/>
        <w:t>А Василько мовчить. Таємниця ж! "От воно що! Виходить, число "сім" і справді магічне! Сім разів повторив правило, і навіть чорнюща Пума не зурочила".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Чорна кішка, або магічне число "сім"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