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Чорнобильська дівчина Калина</w:t>
      </w:r>
    </w:p>
    <w:p>
      <w:r>
        <w:br/>
        <w:t xml:space="preserve"> &lt;p&gt;— Як тебе звати?</w:t>
      </w:r>
    </w:p>
    <w:p>
      <w:r>
        <w:br/>
        <w:t>— Калина.</w:t>
      </w:r>
    </w:p>
    <w:p>
      <w:r>
        <w:br/>
        <w:t>Любомир здивовано зводить брови й перепитує:</w:t>
      </w:r>
    </w:p>
    <w:p>
      <w:r>
        <w:br/>
        <w:t>— Може, Килина?</w:t>
      </w:r>
    </w:p>
    <w:p>
      <w:r>
        <w:br/>
        <w:t>Усміх сонячним зайчиком спалахує на губах у дівчини:</w:t>
      </w:r>
    </w:p>
    <w:p>
      <w:r>
        <w:br/>
        <w:t>— Ні, Калина... Хіба не чув такого імені?</w:t>
      </w:r>
    </w:p>
    <w:p>
      <w:r>
        <w:br/>
        <w:t>— Хто тебе так назвав?</w:t>
      </w:r>
    </w:p>
    <w:p>
      <w:r>
        <w:br/>
        <w:t>— А батько з матір'ю. — Та й, поспішаючи вибалакатися, так і сипле лункими словами-дзвониками. — Я була маленька, то не пам'ятаю, як вони мене називали. Ми сюди приїхали з Чорнобиля, я тепер живу у баби Явдохи, а батьки десь поїхали на заробітки, бо в цьому селі для них немає роботи. А ти Любомир, правда? Мені баба Явдоха казала, що ти Любомир, я й не чула такого імені.</w:t>
      </w:r>
    </w:p>
    <w:p>
      <w:r>
        <w:br/>
        <w:t>— А ти Калина, о!</w:t>
      </w:r>
    </w:p>
    <w:p>
      <w:r>
        <w:br/>
        <w:t>— Ти Любомир, о!</w:t>
      </w:r>
    </w:p>
    <w:p>
      <w:r>
        <w:br/>
        <w:t>Й вони радісно регочуть: дівчина регоче з того, що хлопець — Любомир, а хлопець регоче з того, що дівчина — Калина. Обом цієї миті здається, що це справді смішно, а тому й сміються, не ображаючись одне на одного...</w:t>
      </w:r>
    </w:p>
    <w:p>
      <w:r>
        <w:br/>
        <w:t>Того пам'ятного дня їхнього знайомства Любомир через луги біжить до своєї хати — й несподівано зупиняється перед кущем калини у кетягах зелених ягід. З якимось оторопінням дивиться, наче вперше бачить, навіть обачно торкає пальцями різьблені листки, й кетяг ягід торкає.</w:t>
      </w:r>
    </w:p>
    <w:p>
      <w:r>
        <w:br/>
        <w:t>— Гм, Калина...</w:t>
      </w:r>
    </w:p>
    <w:p>
      <w:r>
        <w:br/>
        <w:t>Після розмови з чорнобильською дівчиною Калиною йому чогось так чудно, що цей кущ — також калина.</w:t>
      </w:r>
    </w:p>
    <w:p>
      <w:r>
        <w:br/>
        <w:t>Мовби цей кущ — також дівчина.</w:t>
      </w:r>
    </w:p>
    <w:p>
      <w:r>
        <w:br/>
        <w:t>Але яка це дівчина? Кущ — і годі... От якби цей кущ одягнути так, немов дівчину, — і в спідницю, і в кофтину, і хусткою запнути... Й Любомир сам сміється зі своєї вигадки...</w:t>
      </w:r>
    </w:p>
    <w:p>
      <w:r>
        <w:br/>
        <w:t>Відтепер йому варто побачити десь у селі калину, як у нього мимоволі злітає з язика:</w:t>
      </w:r>
    </w:p>
    <w:p>
      <w:r>
        <w:br/>
        <w:t>— О, калина!</w:t>
      </w:r>
    </w:p>
    <w:p>
      <w:r>
        <w:br/>
        <w:t>Бо весь час чомусь думається про чорнобильську переселенку Калину. Або злітає з уст:</w:t>
      </w:r>
    </w:p>
    <w:p>
      <w:r>
        <w:br/>
        <w:t>— О, зозуля сіла на калину. Або:</w:t>
      </w:r>
    </w:p>
    <w:p>
      <w:r>
        <w:br/>
        <w:t>— О, як вітрисько гне калину. Або:</w:t>
      </w:r>
    </w:p>
    <w:p>
      <w:r>
        <w:br/>
        <w:t>— О, ще зелені ягоди на калині, й коли доспіють?..</w:t>
      </w:r>
    </w:p>
    <w:p>
      <w:r>
        <w:br/>
        <w:t>І на їхньому обійсті росте калина, біля воріт. Прокинеться вранці Любомир — у вікно видно калину. Квапиться куди з подвір'я, то калина проводжає, повертається додому, то калина зустрічає. І до чого додумався Любомир? Знайшов у скрині, в прискринку, материну червону бинду (колись у дівоцтві чорне волосся собі перев'язувала, тепер не перев'язує) — й пов'язав угорі на калиновому стовбурі! Якось мати питає в нього:</w:t>
      </w:r>
    </w:p>
    <w:p>
      <w:r>
        <w:br/>
        <w:t>— Ти моєю биндою перев'язав калину? Мовчить Любомир.</w:t>
      </w:r>
    </w:p>
    <w:p>
      <w:r>
        <w:br/>
        <w:t>— А нащо ти материну бинду — і на калину?</w:t>
      </w:r>
    </w:p>
    <w:p>
      <w:r>
        <w:br/>
        <w:t>— Стара бинда... Хіба негарно? — зрештою озивається.</w:t>
      </w:r>
    </w:p>
    <w:p>
      <w:r>
        <w:br/>
        <w:t>— Та гарно, — задумавшись, каже мати. — Наче молода дівчина стоїть надворі.</w:t>
      </w:r>
    </w:p>
    <w:p>
      <w:r>
        <w:br/>
        <w:t>— Еге! — регоче Любомир.</w:t>
      </w:r>
    </w:p>
    <w:p>
      <w:r>
        <w:br/>
        <w:t>— Стоїть і стоїть... Жде когось... Хай стоїть у бинді, може, когось і дочекається... А ти, синку, з отією переселенською товаришуєш? То занеси їй оцю голубу косинку, я в райцентрі купила для неї. Може, невісточка для мене виросте.</w:t>
      </w:r>
    </w:p>
    <w:p>
      <w:r>
        <w:br/>
        <w:t>— Що? — аж пашать щоки в сина.</w:t>
      </w:r>
    </w:p>
    <w:p>
      <w:r>
        <w:br/>
        <w:t>— Тільки не додумайся запнути нашу калину біля воріт, а їй таки занеси.</w:t>
      </w:r>
    </w:p>
    <w:p>
      <w:r>
        <w:br/>
        <w:t>— Що?! Й набалакаєте ото... Косинка... І як я понесу?</w:t>
      </w:r>
    </w:p>
    <w:p>
      <w:r>
        <w:br/>
        <w:t>— Ногами, ногами...</w:t>
      </w:r>
    </w:p>
    <w:p>
      <w:r>
        <w:br/>
        <w:t>Любомир бере косинку, вже б і біг віднести, а ноги чомусь не несуть. Бо як віддасть, бо що скаже? Зрештою, зважується, прибігає до Калини, що під хатою поміж мальв годує курчат.</w:t>
      </w:r>
    </w:p>
    <w:p>
      <w:r>
        <w:br/>
        <w:t>— Ось, візьми!</w:t>
      </w:r>
    </w:p>
    <w:p>
      <w:r>
        <w:br/>
        <w:t>— Що це таке?</w:t>
      </w:r>
    </w:p>
    <w:p>
      <w:r>
        <w:br/>
        <w:t>— Хіба я знаю? Мати моя дала тобі.</w:t>
      </w:r>
    </w:p>
    <w:p>
      <w:r>
        <w:br/>
        <w:t>— Ой, косинка голуба! Славна яка...</w:t>
      </w:r>
    </w:p>
    <w:p>
      <w:r>
        <w:br/>
        <w:t>— Вам усе славне, аби тільки обновка, — бурчить Любомир так, як іноді бурчить батько на матір... — Ану запнися.</w:t>
      </w:r>
    </w:p>
    <w:p>
      <w:r>
        <w:br/>
        <w:t>Здається, ще не встиг сказати, а вже косинка в неї на голові, а вже вона в голубій косинці — як волошка польова.</w:t>
      </w:r>
    </w:p>
    <w:p>
      <w:r>
        <w:br/>
        <w:t>— Гарно? — питає, пританцьовуючи.</w:t>
      </w:r>
    </w:p>
    <w:p>
      <w:r>
        <w:br/>
        <w:t>— Вам в усьому гарно, — бурчить.</w:t>
      </w:r>
    </w:p>
    <w:p>
      <w:r>
        <w:br/>
        <w:t>А вже через кілька днів мати посилає Любомира до Калини — віднеси та віднеси їй слоїчок меду. Хлопець спершу й слухати не хоче — то занеси їй голубу косинку, а це вже мед? Хай росте невісточка, еге? Не хоче він мед нести, й не хоче невісточки, от!</w:t>
      </w:r>
    </w:p>
    <w:p>
      <w:r>
        <w:br/>
        <w:t>— Ти не бачиш, як вона змарніла? — мати йому. — їй треба мед їсти, бо вона чорнобильська. Хай щодня закроплюється.</w:t>
      </w:r>
    </w:p>
    <w:p>
      <w:r>
        <w:br/>
        <w:t>Любомир жартує:</w:t>
      </w:r>
    </w:p>
    <w:p>
      <w:r>
        <w:br/>
        <w:t>— Ви що за косинку говорили? Аби я на нашу калину під ворітьми не запнув? То я нашій калині оцей мед згодую!</w:t>
      </w:r>
    </w:p>
    <w:p>
      <w:r>
        <w:br/>
        <w:t>Але бере слоїчок меду — і повз їхню калину йде в хату під кручею, де в рідної баби Яв дохи живе чорнобильська дівчина Калина.</w:t>
      </w:r>
    </w:p>
    <w:p>
      <w:r>
        <w:br/>
        <w:t>— Ти вишиваєш? — питає, побачивши її поміж мальв за вишиванням. — Тобі мати передала меду, щоб закропилася.</w:t>
      </w:r>
    </w:p>
    <w:p>
      <w:r>
        <w:br/>
        <w:t>А Калина, взявши мед та поставивши під мальвою, і так головою крутне, й так крутне, аби Любомир побачив, що вона — в голубій косинці. Він вдає, що не розуміє, чого вона головою крутить.</w:t>
      </w:r>
    </w:p>
    <w:p>
      <w:r>
        <w:br/>
        <w:t>— Чого ти весь час сидиш у квітнику? — питає Любомир. — Давай побігаємо по нашому селу, я тобі покажу щось.</w:t>
      </w:r>
    </w:p>
    <w:p>
      <w:r>
        <w:br/>
        <w:t>— Хіба у вашому селі є щось цікаве?</w:t>
      </w:r>
    </w:p>
    <w:p>
      <w:r>
        <w:br/>
        <w:t>— О! Ходімо на річку, я тобі покажу качині гнізда в очеретах.</w:t>
      </w:r>
    </w:p>
    <w:p>
      <w:r>
        <w:br/>
        <w:t>— А що в тих качиних гніздах?</w:t>
      </w:r>
    </w:p>
    <w:p>
      <w:r>
        <w:br/>
        <w:t>— Ну... Качки там сиділи, каченят висиджували!</w:t>
      </w:r>
    </w:p>
    <w:p>
      <w:r>
        <w:br/>
        <w:t>Калина водить голкою з ниткою, вишиває на шматині білого полотна, туди-сюди крутить головою в голубій косинці.</w:t>
      </w:r>
    </w:p>
    <w:p>
      <w:r>
        <w:br/>
        <w:t>— Сам піди подивися, а мені розкажеш.</w:t>
      </w:r>
    </w:p>
    <w:p>
      <w:r>
        <w:br/>
        <w:t>— Як я тобі розкажу? Це треба самій дивитися... Я тебе посаджу на човен, попливемо на човні!</w:t>
      </w:r>
    </w:p>
    <w:p>
      <w:r>
        <w:br/>
        <w:t>— А ти не вмієш розказувати? Подивишся — й розкажеш. Бо мені чомусь не хочеться. І нецікаво дивитися на качині гнізда. Отак би сиділа й сиділа під бабиною хатою й нікуди не йшла.</w:t>
      </w:r>
    </w:p>
    <w:p>
      <w:r>
        <w:br/>
        <w:t>— Ти що, стара баба, щоб сидіти сиднем під хатою?..</w:t>
      </w:r>
    </w:p>
    <w:p>
      <w:r>
        <w:br/>
        <w:t>І, розгнівавшись, тікає від неї. Бо ж так хотілося піти з Калиною до річки, сісти в човен, пошукати в очеретах качині гнізда. Бо як можна розповісти про них? Качині гнізда треба самому дивитися своїми очима.</w:t>
      </w:r>
    </w:p>
    <w:p>
      <w:r>
        <w:br/>
        <w:t>Гм, а що б таке нагледіти, щоб потім їй розказати? Бо Калині чомусь не ходиться, а лиш сидиться під хатою, й справді змарніла з лиця, і в очах її прозорий сум. Ото й бачить стільки літа, скільки літа в баби Яв дохи під хатою...</w:t>
      </w:r>
    </w:p>
    <w:p>
      <w:r>
        <w:br/>
        <w:t>Либонь, не так давно подався Любомир гасати по селу, не так багато минуло часу, як дивиться Калина — він уже вихором летить назад:</w:t>
      </w:r>
    </w:p>
    <w:p>
      <w:r>
        <w:br/>
        <w:t>— Гайда, побігли!</w:t>
      </w:r>
    </w:p>
    <w:p>
      <w:r>
        <w:br/>
        <w:t>— Куди?</w:t>
      </w:r>
    </w:p>
    <w:p>
      <w:r>
        <w:br/>
        <w:t>— Кидай своє вишивання, ще вишиєш. Бо полетять!</w:t>
      </w:r>
    </w:p>
    <w:p>
      <w:r>
        <w:br/>
        <w:t>— Хто полетить? Куди полетить?</w:t>
      </w:r>
    </w:p>
    <w:p>
      <w:r>
        <w:br/>
        <w:t>— Та хутчій, хутчій! — нетерпеливиться йому. — Я прибіг до річки, а там гуси й качки, а отако віддалік, на плесі, двоє лебедів! То побігли дивитися лебедів, ти ж іще ніколи не бачила!</w:t>
      </w:r>
    </w:p>
    <w:p>
      <w:r>
        <w:br/>
        <w:t>Калина поволі зводиться з ослінчика, нарешті ладна бігти з Любомиром до річки, бо ж кому не закортить подивитись на лебедів. Але скоро в'яне з лиця — і вже їй нікуди не хочеться.</w:t>
      </w:r>
    </w:p>
    <w:p>
      <w:r>
        <w:br/>
        <w:t>— То й що з того, що лебеді? — каясе.</w:t>
      </w:r>
    </w:p>
    <w:p>
      <w:r>
        <w:br/>
        <w:t>— Подивишся, дуже славні, я сам ще не бачив.</w:t>
      </w:r>
    </w:p>
    <w:p>
      <w:r>
        <w:br/>
        <w:t>— Може, вони вже полетіли, я тільки марно подамся до річки.</w:t>
      </w:r>
    </w:p>
    <w:p>
      <w:r>
        <w:br/>
        <w:t>— Але ж це лебеді! — аж витріщається Любомир. — Чогось вони залетіли до нас, ходімо.</w:t>
      </w:r>
    </w:p>
    <w:p>
      <w:r>
        <w:br/>
        <w:t>— Вони вже полетіли.</w:t>
      </w:r>
    </w:p>
    <w:p>
      <w:r>
        <w:br/>
        <w:t>— Ех, ти! — Ніяк не годен второпати, чому їй не хочеться до річки, щоб поглянути на білосніжних лебедів. — Більше до нас не прилетять, а ти...</w:t>
      </w:r>
    </w:p>
    <w:p>
      <w:r>
        <w:br/>
        <w:t>Усмішка на її тихому лиці тане так, наче торішній сніг...</w:t>
      </w:r>
    </w:p>
    <w:p>
      <w:r>
        <w:br/>
        <w:t>А то якось улітку збирається на грозу, хмари клубочаться в небі, за селом потемніли поля, птиці над землею не летять — пружкий вітер несе їх, як листя, і грім у грозових високос-тях прокочується. Задиханий, із мокрим чубом, убігає Любомир у хату до баби Явдохи — так і є, сидить Калина в голубій косинці за столом, щось малює в зошиті.</w:t>
      </w:r>
    </w:p>
    <w:p>
      <w:r>
        <w:br/>
        <w:t>— Гроза!</w:t>
      </w:r>
    </w:p>
    <w:p>
      <w:r>
        <w:br/>
        <w:t>А вона, малюючи, мовби не чує.</w:t>
      </w:r>
    </w:p>
    <w:p>
      <w:r>
        <w:br/>
        <w:t>— Гроза! Послухай-но, як гримить грім! Калина зводить очі над зошитом, спокійно</w:t>
      </w:r>
    </w:p>
    <w:p>
      <w:r>
        <w:br/>
        <w:t>дивиться у вікно. І, стенувши плечем, знову малює. Удари грому розлягаються над хатою, аж тонко деренчить склянка на підвіконні. Обличчя в Любомира спалахує рум'янцями — цвітом дикої ружі.</w:t>
      </w:r>
    </w:p>
    <w:p>
      <w:r>
        <w:br/>
        <w:t>— Чуєш грім? То колісниця гуркоче в небі!</w:t>
      </w:r>
    </w:p>
    <w:p>
      <w:r>
        <w:br/>
        <w:t>— Яка колісниця?..</w:t>
      </w:r>
    </w:p>
    <w:p>
      <w:r>
        <w:br/>
        <w:t>— Пророк Ілля їде на колісниці, чуєш? І так гримить, бо сердиться.</w:t>
      </w:r>
    </w:p>
    <w:p>
      <w:r>
        <w:br/>
        <w:t>— На кого сердиться? За віщо? Ти звідки знаєш?</w:t>
      </w:r>
    </w:p>
    <w:p>
      <w:r>
        <w:br/>
        <w:t>— Мені розказувала моя баба Фросина... Пророк Ілля сердиться на всіх людей, що вони отакі от...</w:t>
      </w:r>
    </w:p>
    <w:p>
      <w:r>
        <w:br/>
        <w:t>— Які?</w:t>
      </w:r>
    </w:p>
    <w:p>
      <w:r>
        <w:br/>
        <w:t>— Ну, погані... Злі, брешуть одне одному, обманюють... І на землі так роблять, що земля не родить... Я вчора бачив, як дядько Задоя бив пужалном колгоспного коня. А тітці Степа-ниді хтось кинув у криницю дохлого кота — вона тепер по воду ходить до сусідів... Пророк Ілля сердиться на всіх, бо всі завинили.</w:t>
      </w:r>
    </w:p>
    <w:p>
      <w:r>
        <w:br/>
        <w:t>— І на мене сердиться? — раптом питає Калина.</w:t>
      </w:r>
    </w:p>
    <w:p>
      <w:r>
        <w:br/>
        <w:t>Від несподіваного запитання хлопець торопіє.</w:t>
      </w:r>
    </w:p>
    <w:p>
      <w:r>
        <w:br/>
        <w:t>— Не знаю.</w:t>
      </w:r>
    </w:p>
    <w:p>
      <w:r>
        <w:br/>
        <w:t>— А що я таке зробила, що пророк Ілля сердиться й на мене?</w:t>
      </w:r>
    </w:p>
    <w:p>
      <w:r>
        <w:br/>
        <w:t>— Я не знаю, — нітиться Любомир. — Мабуть, ти не винувата ні в чому.</w:t>
      </w:r>
    </w:p>
    <w:p>
      <w:r>
        <w:br/>
        <w:t>— Не винувата? — з надією питає Калина.</w:t>
      </w:r>
    </w:p>
    <w:p>
      <w:r>
        <w:br/>
        <w:t>— Ага, не винувата! — каже він, бо справді, хіба вона могла в чомусь завинити? Знову розлягається грім надворі, блискає — і Любомир жвавішає, радий, що можна говорити про інше. — Побігли! То пророк Ілля їде на колісниці. Моя баба Фросина каже, що до нього можна підсісти в колісницю.</w:t>
      </w:r>
    </w:p>
    <w:p>
      <w:r>
        <w:br/>
        <w:t>— Як? Де?</w:t>
      </w:r>
    </w:p>
    <w:p>
      <w:r>
        <w:br/>
        <w:t>— Там, де небо сходиться з землею. Там колісниця торкається землі, треба тільки хутко вскочити в колісницю. І потім проїхати разом з ним у небі там, де грім та блискавки.</w:t>
      </w:r>
    </w:p>
    <w:p>
      <w:r>
        <w:br/>
        <w:t>— Пророк Ілля може всіх узяти?</w:t>
      </w:r>
    </w:p>
    <w:p>
      <w:r>
        <w:br/>
        <w:t>— Ні, не всіх. Баба Фросина каже — тільки дітей, тільки невинуватих. Щоб вони в небі про-їхалися на колісниці. Ти ж невинувата, побігли!</w:t>
      </w:r>
    </w:p>
    <w:p>
      <w:r>
        <w:br/>
        <w:t>— Аж у поле? Де небо сходиться з землею?</w:t>
      </w:r>
    </w:p>
    <w:p>
      <w:r>
        <w:br/>
        <w:t>— На обрії, на пружку.</w:t>
      </w:r>
    </w:p>
    <w:p>
      <w:r>
        <w:br/>
        <w:t>— І ти побіжиш доганяти колісницю?</w:t>
      </w:r>
    </w:p>
    <w:p>
      <w:r>
        <w:br/>
        <w:t>— Побіжу! З тобою.</w:t>
      </w:r>
    </w:p>
    <w:p>
      <w:r>
        <w:br/>
        <w:t>— То біжи... — Калина схиляється над малюванням — і через якусь мить зводить на нього сумні очі. — То чого ж ти не біжиш?</w:t>
      </w:r>
    </w:p>
    <w:p>
      <w:r>
        <w:br/>
        <w:t>— А ти? Не хочеш?</w:t>
      </w:r>
    </w:p>
    <w:p>
      <w:r>
        <w:br/>
        <w:t>Вона заперечливо хитає головою в голубій косинці.</w:t>
      </w:r>
    </w:p>
    <w:p>
      <w:r>
        <w:br/>
        <w:t>— Не хочу. Не можу...</w:t>
      </w:r>
    </w:p>
    <w:p>
      <w:r>
        <w:br/>
        <w:t>Коли, досадливо кусаючи губи, Любомир виходить надвір, то в небі розлягається протяжний грім. Вуркітливий, грім котиться над селом, котиться над полем, котиться над обрієм, — здається, не квапиться зумисне, щоб устигнути добігти до обрію, щоб ускочити до колісниці, яка там землю черкає, — й полинути в небесах разом із пророком Іллею.</w:t>
      </w:r>
    </w:p>
    <w:p>
      <w:r>
        <w:br/>
        <w:t>Хлопець оглядається на сіни: може, одумається Калина, зараз вискочить, аби ще вспіти добігти до обрію, сісти в колісницю. От би проїхати в небесах у грозу!</w:t>
      </w:r>
    </w:p>
    <w:p>
      <w:r>
        <w:br/>
        <w:t>Але Калини в голубій косинці немає й немає.</w:t>
      </w:r>
    </w:p>
    <w:p>
      <w:r>
        <w:br/>
        <w:t>І він, мов у воду опущений, іде з чужого подвір'я, не помічаючи дощу. Ех, Калино, й чому ти така чудна? Й що з тобою коїться? І що б таке придумати, аби ти захотіла, аби не відмовилась?</w:t>
      </w:r>
    </w:p>
    <w:p>
      <w:r>
        <w:br/>
        <w:t>Й так йому шкода, що скоро літо мине, вже минає, а вона так нічого й не побачить, бо її годі витягнути з хати.</w:t>
      </w:r>
    </w:p>
    <w:p>
      <w:r>
        <w:br/>
        <w:t>— Ще занеси горнятко меду своїй чорнобильській невісточці, — якось каже мати, — бо марніє й марніє. Треба їй лікуватись, батьки її десь подалися на заробітки, досі нема додому, а баба Явдоха нездужає сама завезти онуку в лікарню. Скоро дозріє наша калина, то наламаємо, занесеш їй спілих ягід.</w:t>
      </w:r>
    </w:p>
    <w:p>
      <w:r>
        <w:br/>
        <w:t>Принісши горнятко меду, Любомир каже дівчині:</w:t>
      </w:r>
    </w:p>
    <w:p>
      <w:r>
        <w:br/>
        <w:t>— А над яром каштан зацвів!</w:t>
      </w:r>
    </w:p>
    <w:p>
      <w:r>
        <w:br/>
        <w:t>— Бреши! — спокійно заперечує. — Каштани цвітуть весною, а скоро осінь.</w:t>
      </w:r>
    </w:p>
    <w:p>
      <w:r>
        <w:br/>
        <w:t>— Весною цвів, а це вдруге. Не віриш — ходімо подивишся.</w:t>
      </w:r>
    </w:p>
    <w:p>
      <w:r>
        <w:br/>
        <w:t>— Так я тобі й повірила — це ти мене хочеш виманити.</w:t>
      </w:r>
    </w:p>
    <w:p>
      <w:r>
        <w:br/>
        <w:t>— Ось зараз візьму на руки — й понесу.</w:t>
      </w:r>
    </w:p>
    <w:p>
      <w:r>
        <w:br/>
        <w:t>— Куди?</w:t>
      </w:r>
    </w:p>
    <w:p>
      <w:r>
        <w:br/>
        <w:t>— А до каштана. Щоб ти подивилася — цвіте. Й несподівано Калина починає плакати.</w:t>
      </w:r>
    </w:p>
    <w:p>
      <w:r>
        <w:br/>
        <w:t>— Чого ти плачеш? — сторопівши, питає Любомир.</w:t>
      </w:r>
    </w:p>
    <w:p>
      <w:r>
        <w:br/>
        <w:t>— Не знаю. Сльози: самі течуть...</w:t>
      </w:r>
    </w:p>
    <w:p>
      <w:r>
        <w:br/>
        <w:t>Чому ж вона йти не хоче й не може? Він би справді взяв її на руки — й поніс. До отого каштана, що вдруге цього року зацвів над яром.</w:t>
      </w:r>
    </w:p>
    <w:p>
      <w:r>
        <w:br/>
        <w:t>— А в нас під хатою дозріває калина, — каже він. — Поможеш ламати кетяги?</w:t>
      </w:r>
    </w:p>
    <w:p>
      <w:r>
        <w:br/>
        <w:t>— Поможу...</w:t>
      </w:r>
    </w:p>
    <w:p>
      <w:r>
        <w:br/>
        <w:t>Чудне коїться з Любомиром: увесь час думає чомусь про неї, стоїть перед його очима — як жива, в голубій косинці. І хоч би де був, а по думки розмовляє з нею. Вже багато наслухався балачок і про Чорнобиль, і про чорнобильських людей, то знає про це велике горе. І Калина така хоровита — з тієї самої причини. Кажуть мати з бабою, що то в неї кров порчена стала, а коли порчена кров, то й світ білий не милий, то й жити не хочеться. Кажуть мати з бабою, що якби їй усю кров поміняти — полегшало б, як удруге б на світ народилася. Ото їй харчі всякі здорові треба — і мед, і молоко, і ягоди. А хіба у них молоко здорове чи ягоди здорові? Все тепер перевелося, боїшся їсти з городу картоплю чи буряк, боїшся пити воду з криниці, бо й з дужої людини станеш недужою, а хворій мало чим пособиш.</w:t>
      </w:r>
    </w:p>
    <w:p>
      <w:r>
        <w:br/>
        <w:t>— А ягоди нашої калини поможуть їй? — питає Любомир. — 3 неї здорові ягоди?</w:t>
      </w:r>
    </w:p>
    <w:p>
      <w:r>
        <w:br/>
        <w:t>— Мають помогти, калина завжди помічна...</w:t>
      </w:r>
    </w:p>
    <w:p>
      <w:r>
        <w:br/>
        <w:t>Думається й думається про неї, і хоч би куди пішов чи щось побачив — розмовляє з нею, розказує їй.</w:t>
      </w:r>
    </w:p>
    <w:p>
      <w:r>
        <w:br/>
        <w:t>У старому, забур'яненому колгоспному садку бачить лисицю, виходить лисиця з-за горіха, принюхується, а як угледіла Любомира, що надумав зірвати яблуко-циганку, то завмирає. Потім неквапливо обертається — і біжить за горіх кудись у бур'яни. Спершу його морозцем ошпарює страх, а далі стає такий сміливий, що біг би слідом за лисицею.</w:t>
      </w:r>
    </w:p>
    <w:p>
      <w:r>
        <w:br/>
        <w:t>І шкодує, що поряд немає Калини.</w:t>
      </w:r>
    </w:p>
    <w:p>
      <w:r>
        <w:br/>
        <w:t>Вони удвох не побоялися б побігти за лисицею.</w:t>
      </w:r>
    </w:p>
    <w:p>
      <w:r>
        <w:br/>
        <w:t>— Правда, Калино? — озивається вголос так, наче вона має чути його.</w:t>
      </w:r>
    </w:p>
    <w:p>
      <w:r>
        <w:br/>
        <w:t>Дихає осінню, то й весілля грають у селі, й сурми горять у руках музик такі сліпучі, наче виплавлені з сонця. Любомир як почує весілля — вже він там, ніяк не годен наслухатися музики й ніяк не годен втямити, звідки береться музика — чи з блискучих інструментів, чи з грудей музик, і чому вона ллється й ллється, ллється й ллється така, що, здається, ти вже танцюєш у буйному гурті з танцюристами, танцюєш не сам, а з Калиною в голубій косинці. Й коли музика втихне в дворі під хатою, то йому так — наче натанцювався, ось тільки десь немає Калини...</w:t>
      </w:r>
    </w:p>
    <w:p>
      <w:r>
        <w:br/>
        <w:t>— Де ти? — мовчки питає.</w:t>
      </w:r>
    </w:p>
    <w:p>
      <w:r>
        <w:br/>
        <w:t>І так жаль, що її немає на весіллі.</w:t>
      </w:r>
    </w:p>
    <w:p>
      <w:r>
        <w:br/>
        <w:t>Через село їдуть коні весільні, заквітчані квітами, сиплють люди під ноги молодій та молодому всяку пашницю, мідні гроші, цукерки. Пишний коровай прикрашено рушниками й калиною. Півні горлають у срібні голосисті сурми. Поворозками бабиного літа пливуть пісні.</w:t>
      </w:r>
    </w:p>
    <w:p>
      <w:r>
        <w:br/>
        <w:t>І Любомир біжить до Калини, бо де вона, де? Замкнено замшілі двері — ні баби Явдохи, ні Калини. Стукає в сіни, заглядає у вікна, в городі нишпорить, раз у раз поглядає на дорогу попід вишнями — нема.</w:t>
      </w:r>
    </w:p>
    <w:p>
      <w:r>
        <w:br/>
        <w:t>Де ж вона?</w:t>
      </w:r>
    </w:p>
    <w:p>
      <w:r>
        <w:br/>
        <w:t>Сідає на ослінчику поміж мальв, сидить і сидить. Усе здається, що вони ось-ось стануть перед ворітьми з дороги.</w:t>
      </w:r>
    </w:p>
    <w:p>
      <w:r>
        <w:br/>
        <w:t>І весь час мимоволі перебирає в руках намисто. Цей червоний разок знайшов на узбіччі дороги, хотів віддати Калині, як же тепер?..</w:t>
      </w:r>
    </w:p>
    <w:p>
      <w:r>
        <w:br/>
        <w:t>І чіпляє намисто на деревцяті біля воріт, на своєму обійсті.</w:t>
      </w:r>
    </w:p>
    <w:p>
      <w:r>
        <w:br/>
        <w:t>І висить разок на деревцяті так, як висів би на шиї в дівчини.</w:t>
      </w:r>
    </w:p>
    <w:p>
      <w:r>
        <w:br/>
        <w:t>Йде Любомир мимо деревцяти — мовби Калина проводжає його чи зустрічає.</w:t>
      </w:r>
    </w:p>
    <w:p>
      <w:r>
        <w:br/>
        <w:t>Тільки де ж вона справді вже котрий день бариться, що не видно додому?</w:t>
      </w:r>
    </w:p>
    <w:p>
      <w:r>
        <w:br/>
        <w:t>А мати якось туманного ранку, по-осінньому студеного:</w:t>
      </w:r>
    </w:p>
    <w:p>
      <w:r>
        <w:br/>
        <w:t>— Любомире, сьогодні обламуватимемо нашу калину, чуєш? Немає моєї чорнобильської невісточки, а то вона помогла б нам.</w:t>
      </w:r>
    </w:p>
    <w:p>
      <w:r>
        <w:br/>
        <w:t>— А де вона?</w:t>
      </w:r>
    </w:p>
    <w:p>
      <w:r>
        <w:br/>
        <w:t>— Хіба не знаєш? Занедужала, кров у неї хвора, то баба Явдоха повезла онуку в лікарню до Києва. Вже з тиждень, як повезла. Ой, горе наше велике...</w:t>
      </w:r>
    </w:p>
    <w:p>
      <w:r>
        <w:br/>
        <w:t>В Любомира терпне душа: от чому хата в баби Явдохи на замку, от чому нікого не видно там!</w:t>
      </w:r>
    </w:p>
    <w:p>
      <w:r>
        <w:br/>
        <w:t>Ховаючи від матері зажурені очі, біжить надвір, ховається в малиннику. Заплющується, затуляє долонею очі, а коли розплющується — бачить матір, що з великим лозовим кошем іде до калини обламувати червоні кетяги. Не тя-млячись, вискакує з малинника, стає з розчепіреними руками перед кущем, узореним червоними ягодами.</w:t>
      </w:r>
    </w:p>
    <w:p>
      <w:r>
        <w:br/>
        <w:t>— Не ламайте!</w:t>
      </w:r>
    </w:p>
    <w:p>
      <w:r>
        <w:br/>
        <w:t>Мати здивовано дивиться на розпашілого сина, що не підпускає її до калинового куща.</w:t>
      </w:r>
    </w:p>
    <w:p>
      <w:r>
        <w:br/>
        <w:t>— А що це з тобою, дитино?</w:t>
      </w:r>
    </w:p>
    <w:p>
      <w:r>
        <w:br/>
        <w:t>— Мамо, не ламайте, не треба!</w:t>
      </w:r>
    </w:p>
    <w:p>
      <w:r>
        <w:br/>
        <w:t>— Та що з тобою? Дозріли ягоди, пора обламувати... Це ти намисто почепив на дерево? — приглядається до разка на стовбурі.</w:t>
      </w:r>
    </w:p>
    <w:p>
      <w:r>
        <w:br/>
        <w:t>— Я почепив! Я почепив...</w:t>
      </w:r>
    </w:p>
    <w:p>
      <w:r>
        <w:br/>
        <w:t>— Як дівчині?</w:t>
      </w:r>
    </w:p>
    <w:p>
      <w:r>
        <w:br/>
        <w:t>— Як дівчині! Як дівчині, — аж захлинається Любомир.</w:t>
      </w:r>
    </w:p>
    <w:p>
      <w:r>
        <w:br/>
        <w:t>— Як невісточці?</w:t>
      </w:r>
    </w:p>
    <w:p>
      <w:r>
        <w:br/>
        <w:t>— Як невісточці! Як невісточці...</w:t>
      </w:r>
    </w:p>
    <w:p>
      <w:r>
        <w:br/>
        <w:t>— А я й не бачила досі.</w:t>
      </w:r>
    </w:p>
    <w:p>
      <w:r>
        <w:br/>
        <w:t>— Почекаймо Калину з лікарні, тоді обламаємо. Хай видужує, авжеж, тоді обламаємо.</w:t>
      </w:r>
    </w:p>
    <w:p>
      <w:r>
        <w:br/>
        <w:t>— Це така в тебе калина? Дорога така?</w:t>
      </w:r>
    </w:p>
    <w:p>
      <w:r>
        <w:br/>
        <w:t>— Дорога така...</w:t>
      </w:r>
    </w:p>
    <w:p>
      <w:r>
        <w:br/>
        <w:t>Журно зітхнувши, мати йде собі, а Любомир, схлипуючи, сідає під калиною, що сяє червоними ягодами та разком червоного намиста.</w:t>
      </w:r>
    </w:p>
    <w:p>
      <w:r>
        <w:br/>
        <w:t>Наче дівчина.</w:t>
      </w:r>
    </w:p>
    <w:p>
      <w:r>
        <w:br/>
        <w:t>Чорнобильська дівчина Калина.</w:t>
      </w:r>
    </w:p>
    <w:p>
      <w:r>
        <w:br/>
        <w:t>Мати ставить лозового коша в сінях, дивиться в хатнє вікно. Й зітхає ще журливіше.</w:t>
      </w:r>
    </w:p>
    <w:p>
      <w:r>
        <w:br/>
        <w:t>Бо, похнюпивши голову, сидить її Любомир на землі, під деревом, а те дерево в ягодах та в намисті — як дівчина.</w:t>
      </w:r>
    </w:p>
    <w:p>
      <w:r>
        <w:br/>
        <w:t>Як чорнобильська дівчина Калина.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Чорнобильська дівчина Калина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