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Чорнобильська Мадонна</w:t>
      </w:r>
    </w:p>
    <w:p>
      <w:r>
        <w:br/>
        <w:t xml:space="preserve"> &lt;blockquote class="cita" style='text-align:left'&gt;Поема&lt;/blockquote&gt;&lt;br /&gt;</w:t>
        <w:br/>
        <w:t>ПРОЛОГ&lt;br /&gt;</w:t>
        <w:br/>
        <w:t>Все упованіє моє&lt;br /&gt;</w:t>
        <w:br/>
        <w:t>На тебе, мій пресвітлий раю,&lt;br /&gt;</w:t>
        <w:br/>
        <w:t>На мидосердіє твоє,&lt;br /&gt;</w:t>
        <w:br/>
        <w:t>Все упованіє моє&lt;br /&gt;</w:t>
        <w:br/>
        <w:t>На тебе, мати, возлагаю,&lt;br /&gt;</w:t>
        <w:br/>
        <w:t>Святая сило всіх святих,&lt;br /&gt;</w:t>
        <w:br/>
        <w:t>Пренепорочная, благая!&lt;br /&gt;</w:t>
        <w:br/>
        <w:t>Т. Шевченко, "Марія"&lt;br /&gt;</w:t>
        <w:br/>
        <w:t>"Гей, то в святу неділеньку,&lt;br /&gt;</w:t>
        <w:br/>
        <w:t>То рано-пораненько,&lt;br /&gt;</w:t>
        <w:br/>
        <w:t>То не в усі то дзвони дзвонять,&lt;br /&gt;</w:t>
        <w:br/>
        <w:t>А то сини свою неньку,&lt;br /&gt;</w:t>
        <w:br/>
        <w:t>Удову стареньку,&lt;br /&gt;</w:t>
        <w:br/>
        <w:t>А з свого подвір'я то ізгонять.&lt;br /&gt;</w:t>
        <w:br/>
        <w:t>Що старший за руку веде,&lt;br /&gt;</w:t>
        <w:br/>
        <w:t>Середульший у плечі випихає;&lt;br /&gt;</w:t>
        <w:br/>
        <w:t>А найменший ворота одчиняє,&lt;br /&gt;</w:t>
        <w:br/>
        <w:t>Її, бідну, клене й проклинає:&lt;br /&gt;</w:t>
        <w:br/>
        <w:t>"Ой іди ж ти, мати,&lt;br /&gt;</w:t>
        <w:br/>
        <w:t>Куди-небудь собі проживати,&lt;br /&gt;</w:t>
        <w:br/>
        <w:t>Бо ти нам не вдобна,&lt;br /&gt;</w:t>
        <w:br/>
        <w:t>Проти діла не способна.&lt;br /&gt;</w:t>
        <w:br/>
        <w:t>Отеє ж тобі шлях — дорога&lt;br /&gt;</w:t>
        <w:br/>
        <w:t>Широкая й довга!"&lt;br /&gt;</w:t>
        <w:br/>
        <w:t>Українська народна дума "Бідна вдова і три сини"&lt;br /&gt;</w:t>
        <w:br/>
        <w:t>Тяжко пишу, зболено розмірковую,&lt;br /&gt;</w:t>
        <w:br/>
        <w:t>Словами гіркими наповнюю аркуш,&lt;br /&gt;</w:t>
        <w:br/>
        <w:t>Хай і гарячими, хай і пекучими —&lt;br /&gt;</w:t>
        <w:br/>
        <w:t>Це одна даність.&lt;br /&gt;</w:t>
        <w:br/>
        <w:t>Ставлю хапливо мольберт і чекаю на неї.&lt;br /&gt;</w:t>
        <w:br/>
        <w:t>Чищу свій пензель,&lt;br /&gt;</w:t>
        <w:br/>
        <w:t>витискую тюбик&lt;br /&gt;</w:t>
        <w:br/>
        <w:t>І пензель наповнюю лютим вогнем —&lt;br /&gt;</w:t>
        <w:br/>
        <w:t>Це одна даність.&lt;br /&gt;</w:t>
        <w:br/>
        <w:t>Жезл диригента беру у руку&lt;br /&gt;</w:t>
        <w:br/>
        <w:t>І скрипки слухняні з валторнами дикими&lt;br /&gt;</w:t>
        <w:br/>
        <w:t>Скоряю, звіряю, рівняю, розбурхую —&lt;br /&gt;</w:t>
        <w:br/>
        <w:t>Це одна даність.</w:t>
      </w:r>
    </w:p>
    <w:p>
      <w:r>
        <w:br/>
        <w:t>Це одна даність — створити її таку,&lt;br /&gt;</w:t>
        <w:br/>
        <w:t>Якою зуміє пізнати моє перо,&lt;br /&gt;</w:t>
        <w:br/>
        <w:t>Якою знайде її пензель мій всюдисущий,&lt;br /&gt;</w:t>
        <w:br/>
        <w:t>Якою пізнав її мій оркестр потойбічний,&lt;br /&gt;</w:t>
        <w:br/>
        <w:t>Це одна даність — здобути її із мармуру,&lt;br /&gt;</w:t>
        <w:br/>
        <w:t>У сполохах кінострічки, в ритмі гравюри,&lt;br /&gt;</w:t>
        <w:br/>
        <w:t>В розломищах кіноварі, в розхльостаності життя,&lt;br /&gt;</w:t>
        <w:br/>
        <w:t>Це одна даність — намалювати її таку,&lt;br /&gt;</w:t>
        <w:br/>
        <w:t>Як малювали на задану тему богове мистецтва,&lt;br /&gt;</w:t>
        <w:br/>
        <w:t>Протягом тисячоліть — від Рубльова до Леонардо да Вінчі,&lt;br /&gt;</w:t>
        <w:br/>
        <w:t>Від Вишгородської Мадонни і до Сікстинської,&lt;br /&gt;</w:t>
        <w:br/>
        <w:t>Від Марії Оранти і до Атомної Японки...</w:t>
      </w:r>
    </w:p>
    <w:p>
      <w:r>
        <w:br/>
        <w:t>Чи не лячно тобі виходити із етюдником&lt;br /&gt;</w:t>
        <w:br/>
        <w:t>На цю космічну дорогу, де майстрове сидять у віках&lt;br /&gt;</w:t>
        <w:br/>
        <w:t>І в кожного — Мадонна своя, і сія на століття,&lt;br /&gt;</w:t>
        <w:br/>
        <w:t>Чи не жахно тобі брати пензель у руки&lt;br /&gt;</w:t>
        <w:br/>
        <w:t>І мимоволі ставати у той довжелезний ряд?&lt;br /&gt;</w:t>
        <w:br/>
        <w:t>Може, хтось пчихне із них, і вітром тебе понесе&lt;br /&gt;</w:t>
        <w:br/>
        <w:t>В зоряну вітродуйну трубу і памороки заб'є?!</w:t>
      </w:r>
    </w:p>
    <w:p>
      <w:r>
        <w:br/>
        <w:t>Що з того, що лячно? Хто не ламався в колінах,&lt;br /&gt;</w:t>
        <w:br/>
        <w:t>Коли смикав лева за вуса і здоров'я йому бажав,&lt;br /&gt;</w:t>
        <w:br/>
        <w:t>Коли той пчихав занадто оптимістично.&lt;br /&gt;</w:t>
        <w:br/>
        <w:t>Але тут вже про інше йдеться...</w:t>
      </w:r>
    </w:p>
    <w:p>
      <w:r>
        <w:br/>
        <w:t>Коли Вона приходять і робить з тебе перо.&lt;br /&gt;</w:t>
        <w:br/>
        <w:t>Коли Вона нахиляється і перетворює тебе&lt;br /&gt;</w:t>
        <w:br/>
        <w:t>в пензель, наповнений жахом,&lt;br /&gt;</w:t>
        <w:br/>
        <w:t>Коли Вона бере тебе в руку як жезл&lt;br /&gt;</w:t>
        <w:br/>
        <w:t>І творить твоє життя оркестрове,&lt;br /&gt;</w:t>
        <w:br/>
        <w:t>І не знаєш ти, коли вирине скрипка&lt;br /&gt;</w:t>
        <w:br/>
        <w:t>Дитячим святим джерелом плюскотливим,&lt;br /&gt;</w:t>
        <w:br/>
        <w:t>А коли захлинуться шаленою міддю&lt;br /&gt;</w:t>
        <w:br/>
        <w:t>Нестримні й повстримливі тарілки облуди.</w:t>
      </w:r>
    </w:p>
    <w:p>
      <w:r>
        <w:br/>
        <w:t>Ти намагався писати про Неї — Вона пише тобою,&lt;br /&gt;</w:t>
        <w:br/>
        <w:t>Як недолугою ручкою, як нікчемним пером, як олівцем&lt;br /&gt;</w:t>
        <w:br/>
        <w:t>хапливим і ошалілим, покручем — олівцем...&lt;br /&gt;</w:t>
        <w:br/>
        <w:t>Ти намагався Її змалювати — вона вмочила тебе&lt;br /&gt;</w:t>
        <w:br/>
        <w:t>в сльози і пекло, в кров і жахіття: фарби такі&lt;br /&gt;</w:t>
        <w:br/>
        <w:t>ти подужаєш? Розпачу вистачить? Віри достане?&lt;br /&gt;</w:t>
        <w:br/>
        <w:t>А безнадії? А проституйованого лахміття достатку?&lt;br /&gt;</w:t>
        <w:br/>
        <w:t>А розпачу з того, як ти колег своїх — вішальників&lt;br /&gt;</w:t>
        <w:br/>
        <w:t>збивав мовчанням своїм?</w:t>
      </w:r>
    </w:p>
    <w:p>
      <w:r>
        <w:br/>
        <w:t>Ти намагався диригувати — Плачем будь, стань Голосінням,&lt;br /&gt;</w:t>
        <w:br/>
        <w:t>вирви над Прип'яттю паморозь сиву бузку посивілого і&lt;br /&gt;</w:t>
        <w:br/>
        <w:t>порадій у Рудому лісі, що сонця рудіший,—&lt;br /&gt;</w:t>
        <w:br/>
        <w:t>Прокляттям будеш,&lt;br /&gt;</w:t>
        <w:br/>
        <w:t>Родом і Плодом поганьбленим будеш, коли зламаєшся&lt;br /&gt;</w:t>
        <w:br/>
        <w:t>як Перо, коли злякаєшся як Пензель, коли вирвешся&lt;br /&gt;</w:t>
        <w:br/>
        <w:t>од страху як Диригентський жезл...</w:t>
      </w:r>
    </w:p>
    <w:p>
      <w:r>
        <w:br/>
        <w:t>* * *&lt;br /&gt;</w:t>
        <w:br/>
        <w:t>Я заздрю всім, у кого є слова.&lt;br /&gt;</w:t>
        <w:br/>
        <w:t>Немає в мене слів. Розстріляні до слова.&lt;br /&gt;</w:t>
        <w:br/>
        <w:t>Мовчання тяжко душу залива.&lt;br /&gt;</w:t>
        <w:br/>
        <w:t>Ословленість — дурна і випадкова.</w:t>
      </w:r>
    </w:p>
    <w:p>
      <w:r>
        <w:br/>
        <w:t>Я заздрю всім, у кого фарби є —&lt;br /&gt;</w:t>
        <w:br/>
        <w:t>Жагучі коні з дикого мольберту.&lt;br /&gt;</w:t>
        <w:br/>
        <w:t>До мене жодна фарба не встає,&lt;br /&gt;</w:t>
        <w:br/>
        <w:t>Сховавши в сіре суть свою роздерту.</w:t>
      </w:r>
    </w:p>
    <w:p>
      <w:r>
        <w:br/>
        <w:t>Я заздрю всім, до кого лине звук,—&lt;br /&gt;</w:t>
        <w:br/>
        <w:t>Лічильник Гейгера пищить так потойбічне.&lt;br /&gt;</w:t>
        <w:br/>
        <w:t>На кожній арфі чистить дзьоба крук&lt;br /&gt;</w:t>
        <w:br/>
        <w:t>Й "Never more" кує мені стоїчно.</w:t>
      </w:r>
    </w:p>
    <w:p>
      <w:r>
        <w:br/>
        <w:t>Я випалив до чорноти жури&lt;br /&gt;</w:t>
        <w:br/>
        <w:t>Свою прокляту одчайдушну душу&lt;br /&gt;</w:t>
        <w:br/>
        <w:t>І жестами, німий, возговорив...&lt;br /&gt;</w:t>
        <w:br/>
        <w:t>Хай жестами. Але сказати мушу.</w:t>
      </w:r>
    </w:p>
    <w:p>
      <w:r>
        <w:br/>
        <w:t>* * *&lt;br /&gt;</w:t>
        <w:br/>
        <w:t>Начеб хто по душі моїй&lt;br /&gt;</w:t>
        <w:br/>
        <w:t>Так таємно-непрошено ходить,&lt;br /&gt;</w:t>
        <w:br/>
        <w:t>І ще нас налякало —&lt;br /&gt;</w:t>
        <w:br/>
        <w:t>Не по-людськи якось виходить.</w:t>
      </w:r>
    </w:p>
    <w:p>
      <w:r>
        <w:br/>
        <w:t>Нас привозять у зону.&lt;br /&gt;</w:t>
        <w:br/>
        <w:t>Тут немає нікого-нікого.&lt;br /&gt;</w:t>
        <w:br/>
        <w:t>Та засни ти нарешті,&lt;br /&gt;</w:t>
        <w:br/>
        <w:t>Моя нерозумна тривого.&lt;br /&gt;</w:t>
        <w:br/>
        <w:t>Але знову уранці&lt;br /&gt;</w:t>
        <w:br/>
        <w:t>Босий слід той веде в саркофаг.&lt;br /&gt;</w:t>
        <w:br/>
        <w:t>От спитай генерала.&lt;br /&gt;</w:t>
        <w:br/>
        <w:t>Генерал каже: — Факт!</w:t>
      </w:r>
    </w:p>
    <w:p>
      <w:r>
        <w:br/>
        <w:t>Ми пускали вівчарку.&lt;br /&gt;</w:t>
        <w:br/>
        <w:t>Не бере вона босий той слід.&lt;br /&gt;</w:t>
        <w:br/>
        <w:t>Ми вночі пильнували,&lt;br /&gt;</w:t>
        <w:br/>
        <w:t>Ми уже не поспали як слід,&lt;br /&gt;</w:t>
        <w:br/>
        <w:t>Та нікого не вистежили.&lt;br /&gt;</w:t>
        <w:br/>
        <w:t>Тільки босий хапливий слідок&lt;br /&gt;</w:t>
        <w:br/>
        <w:t>Був тоді, коли сніг був&lt;br /&gt;</w:t>
        <w:br/>
        <w:t>І коли був зелений льодок.</w:t>
      </w:r>
    </w:p>
    <w:p>
      <w:r>
        <w:br/>
        <w:t>Генерал сповідається:&lt;br /&gt;</w:t>
        <w:br/>
        <w:t>Матір я взяв із села.&lt;br /&gt;</w:t>
        <w:br/>
        <w:t>А вона мені з Києва&lt;br /&gt;</w:t>
        <w:br/>
        <w:t>Третій раз уже боса втекла.&lt;br /&gt;</w:t>
        <w:br/>
        <w:t>Хоч би взулась та взута&lt;br /&gt;</w:t>
        <w:br/>
        <w:t>Тікала сюди, у цей світ,&lt;br /&gt;</w:t>
        <w:br/>
        <w:t>А то босий, однаковий,&lt;br /&gt;</w:t>
        <w:br/>
        <w:t>Дуже босий вже слід.</w:t>
      </w:r>
    </w:p>
    <w:p>
      <w:r>
        <w:br/>
        <w:t>І замовк він, знетямлений,&lt;br /&gt;</w:t>
        <w:br/>
        <w:t>Бо якраз по сипкому піску&lt;br /&gt;</w:t>
        <w:br/>
        <w:t>Йшли невидимі ноги&lt;br /&gt;</w:t>
        <w:br/>
        <w:t>І вервечку чітку і легку&lt;br /&gt;</w:t>
        <w:br/>
        <w:t>Своїх босих слідів&lt;br /&gt;</w:t>
        <w:br/>
        <w:t>Пропечатували перед нами,&lt;br /&gt;</w:t>
        <w:br/>
        <w:t>Перед юними й сивими,&lt;br /&gt;</w:t>
        <w:br/>
        <w:t>А дурними справіку синами.</w:t>
      </w:r>
    </w:p>
    <w:p>
      <w:r>
        <w:br/>
        <w:t>Бігли босі сліди,&lt;br /&gt;</w:t>
        <w:br/>
        <w:t>А пісок тільки спалено вився,&lt;br /&gt;</w:t>
        <w:br/>
        <w:t>Шепотів, шурхотів,&lt;br /&gt;</w:t>
        <w:br/>
        <w:t>В стежку шлейфом світився,&lt;br /&gt;</w:t>
        <w:br/>
        <w:t>А ми німо дивилися —&lt;br /&gt;</w:t>
        <w:br/>
        <w:t>От проява непевна яка!&lt;br /&gt;</w:t>
        <w:br/>
        <w:t>Може, мати ішла в саркофаг&lt;br /&gt;</w:t>
        <w:br/>
        <w:t>До Валерія Ходемчука?</w:t>
      </w:r>
    </w:p>
    <w:p>
      <w:r>
        <w:br/>
        <w:t>* * *&lt;br /&gt;</w:t>
        <w:br/>
        <w:t>Як з моторошшя сну,&lt;br /&gt;</w:t>
        <w:br/>
        <w:t>Душа моя встає,&lt;br /&gt;</w:t>
        <w:br/>
        <w:t>Як тяжко їй&lt;br /&gt;</w:t>
        <w:br/>
        <w:t>Вставати і німіти,&lt;br /&gt;</w:t>
        <w:br/>
        <w:t>Питаю душу я:&lt;br /&gt;</w:t>
        <w:br/>
        <w:t>Душе моя, Ви є?&lt;br /&gt;</w:t>
        <w:br/>
        <w:t>Вона мовчить і є —&lt;br /&gt;</w:t>
        <w:br/>
        <w:t>Лиш годі зрозуміти.</w:t>
      </w:r>
    </w:p>
    <w:p>
      <w:r>
        <w:br/>
        <w:t>Чому мовчиш, кажу,&lt;br /&gt;</w:t>
        <w:br/>
        <w:t>Чи ти вже не моя,&lt;br /&gt;</w:t>
        <w:br/>
        <w:t>Чи тобі душно,&lt;br /&gt;</w:t>
        <w:br/>
        <w:t>Душе, до знемоги?&lt;br /&gt;</w:t>
        <w:br/>
        <w:t>Чи так тебе,&lt;br /&gt;</w:t>
        <w:br/>
        <w:t>Душе, кайданить крутія&lt;br /&gt;</w:t>
        <w:br/>
        <w:t>Крута мого життя&lt;br /&gt;</w:t>
        <w:br/>
        <w:t>І хист мій преубогий?</w:t>
      </w:r>
    </w:p>
    <w:p>
      <w:r>
        <w:br/>
        <w:t>Мовчить душа з душі.&lt;br /&gt;</w:t>
        <w:br/>
        <w:t>Мовчить мій цілий світ,&lt;br /&gt;</w:t>
        <w:br/>
        <w:t>Загорнутий в лихі&lt;br /&gt;</w:t>
        <w:br/>
        <w:t>В словесні целофани...&lt;br /&gt;</w:t>
        <w:br/>
        <w:t>Пучками голими&lt;br /&gt;</w:t>
        <w:br/>
        <w:t>З душі здираю лід...&lt;br /&gt;</w:t>
        <w:br/>
        <w:t>Як ранить пучки ті...&lt;br /&gt;</w:t>
        <w:br/>
        <w:t>Як душу тяжко ранить...</w:t>
      </w:r>
    </w:p>
    <w:p>
      <w:r>
        <w:br/>
        <w:t>ВАРІАЦІЯ НА БАНАЛЬНИЙ КИЇВСЬКИЙ СЮЖЕТ,&lt;br /&gt;</w:t>
        <w:br/>
        <w:t>або ж&lt;br /&gt;</w:t>
        <w:br/>
        <w:t>БАБА В ЦЕЛОФАНІ — НАША МАТИ&lt;br /&gt;</w:t>
        <w:br/>
        <w:t>...Корова — в багатьох старовинних і архаїчних&lt;br /&gt;</w:t>
        <w:br/>
        <w:t>релігіях символ плодючості, достатку і благоденства...&lt;br /&gt;</w:t>
        <w:br/>
        <w:t>Міфи народів світу&lt;br /&gt;</w:t>
        <w:br/>
        <w:t>Баба Христина, звісно, не має рації,&lt;br /&gt;</w:t>
        <w:br/>
        <w:t>Рветься у зону, що ти їй не кажи!&lt;br /&gt;</w:t>
        <w:br/>
        <w:t>С. Йовенко, "Вибух"&lt;br /&gt;</w:t>
        <w:br/>
        <w:t>...Мавра поривається напитися води з річки,&lt;br /&gt;</w:t>
        <w:br/>
        <w:t>але Марія тримає її за роги...&lt;br /&gt;</w:t>
        <w:br/>
        <w:t>В. Яворівський, "Марія з полином у кінці століття"&lt;br /&gt;</w:t>
        <w:br/>
        <w:t>1&lt;br /&gt;</w:t>
        <w:br/>
        <w:t>З вертольота її запримітили,&lt;br /&gt;</w:t>
        <w:br/>
        <w:t>Не одразу означиш словами,&lt;br /&gt;</w:t>
        <w:br/>
        <w:t>Де тополі іржаві, як мітли,&lt;br /&gt;</w:t>
        <w:br/>
        <w:t>Скрушно небо метуть головами</w:t>
      </w:r>
    </w:p>
    <w:p>
      <w:r>
        <w:br/>
        <w:t>І де сосни, дощами спалені,&lt;br /&gt;</w:t>
        <w:br/>
        <w:t>Лізуть в очі лихою іржею —&lt;br /&gt;</w:t>
        <w:br/>
        <w:t>У якійсь несусвітній окалині&lt;br /&gt;</w:t>
        <w:br/>
        <w:t>Денно й нощно блукають душею.</w:t>
      </w:r>
    </w:p>
    <w:p>
      <w:r>
        <w:br/>
        <w:t>Коло хати її запримітили,&lt;br /&gt;</w:t>
        <w:br/>
        <w:t>Догадались, коли вже сідали,&lt;br /&gt;</w:t>
        <w:br/>
        <w:t>Перестали тополі — як мітли...&lt;br /&gt;</w:t>
        <w:br/>
        <w:t>Лиш листками іржаво ридали...&lt;br /&gt;</w:t>
        <w:br/>
        <w:t>2&lt;br /&gt;</w:t>
        <w:br/>
        <w:t>Таж виселили все село...&lt;br /&gt;</w:t>
        <w:br/>
        <w:t>— Бо ж тут насипало такого було.&lt;br /&gt;</w:t>
        <w:br/>
        <w:t>— А це що таке, я тебе питаю?&lt;br /&gt;</w:t>
        <w:br/>
        <w:t>— Видно, з космосу щось занесло.&lt;br /&gt;</w:t>
        <w:br/>
        <w:t>— Целофан — як скафандр, метляється скраю...—&lt;br /&gt;</w:t>
        <w:br/>
        <w:t>Недобре в кабіні, сердито гуло.&lt;br /&gt;</w:t>
        <w:br/>
        <w:t>— Два пришельці із космосу або, може, із НАТО?&lt;br /&gt;</w:t>
        <w:br/>
        <w:t>— Курс на тополю іржаву. Тримайсь, стара хато!..&lt;br /&gt;</w:t>
        <w:br/>
        <w:t>3&lt;br /&gt;</w:t>
        <w:br/>
        <w:t>Вийшли й регочуть. Регочуть до чаду.&lt;br /&gt;</w:t>
        <w:br/>
        <w:t>Гвинтом вертоліт ріже досаду.&lt;br /&gt;</w:t>
        <w:br/>
        <w:t>Один космонавт — це стара в целофані,&lt;br /&gt;</w:t>
        <w:br/>
        <w:t>А другий — корова на задньому плані.&lt;br /&gt;</w:t>
        <w:br/>
        <w:t>Обкуталась баба, обтушкувалась,&lt;br /&gt;</w:t>
        <w:br/>
        <w:t>Скрізь, де амбразури, позапиналась,&lt;br /&gt;</w:t>
        <w:br/>
        <w:t>Лиш гола і біла її палюга&lt;br /&gt;</w:t>
        <w:br/>
        <w:t>Летить полином — баба ледве встига&lt;br /&gt;</w:t>
        <w:br/>
        <w:t>Чорнобилем бігти за тою здоровою&lt;br /&gt;</w:t>
        <w:br/>
        <w:t>Тяжкою, як туча, старою коровою,&lt;br /&gt;</w:t>
        <w:br/>
        <w:t>А що вже корова — та теж в целофані,&lt;br /&gt;</w:t>
        <w:br/>
        <w:t>Як диво космічне суне в тумані,&lt;br /&gt;</w:t>
        <w:br/>
        <w:t>Лиш роги пробились з накидки таки,&lt;br /&gt;</w:t>
        <w:br/>
        <w:t>Сердиті й невкриті її гостряки,&lt;br /&gt;</w:t>
        <w:br/>
        <w:t>І очі в накидці — якраз там, де очі,&lt;br /&gt;</w:t>
        <w:br/>
        <w:t>І отвір, щоб пастись, старій поторочі.&lt;br /&gt;</w:t>
        <w:br/>
        <w:t>А взута корова в старі кирзаки...&lt;br /&gt;</w:t>
        <w:br/>
        <w:t>Ти смійсь чи ридай, а послухай-таки...&lt;br /&gt;</w:t>
        <w:br/>
        <w:t>4&lt;br /&gt;</w:t>
        <w:br/>
        <w:t>— Чого це Ви, бабо, корову узули?&lt;br /&gt;</w:t>
        <w:br/>
        <w:t>— А що радіація, Ви, мабуть, не чули?!&lt;br /&gt;</w:t>
        <w:br/>
        <w:t>— В синових чоботах взута корова —&lt;br /&gt;</w:t>
        <w:br/>
        <w:t>Нехай же пасеться і буде здорова,&lt;br /&gt;</w:t>
        <w:br/>
        <w:t>І бабі ще дасть до відра молока,&lt;br /&gt;</w:t>
        <w:br/>
        <w:t>Така замашна і молочна така.&lt;br /&gt;</w:t>
        <w:br/>
        <w:t>— Чого це Ви, бабо, уся в целофані?&lt;br /&gt;</w:t>
        <w:br/>
        <w:t>— Хіба ж я газет не читаю, чи як?&lt;br /&gt;</w:t>
        <w:br/>
        <w:t>Корову видою на світанні,&lt;br /&gt;</w:t>
        <w:br/>
        <w:t>Взую, одягну й веду за рівчак...&lt;br /&gt;</w:t>
        <w:br/>
        <w:t>— Чого це Ви, бабо, з людьми не поїхали?&lt;br /&gt;</w:t>
        <w:br/>
        <w:t>Коли виселяли із зони село?&lt;br /&gt;</w:t>
        <w:br/>
        <w:t>— А я серед тої проклятої віхоли&lt;br /&gt;</w:t>
        <w:br/>
        <w:t>Взяла й зосталася — синам на зло!</w:t>
      </w:r>
    </w:p>
    <w:p>
      <w:r>
        <w:br/>
        <w:t>ВІЧНА МАТЕРИНСЬКА ЕЛЕГІЯ&lt;br /&gt;</w:t>
        <w:br/>
        <w:t>Проходила по полю —&lt;br /&gt;</w:t>
        <w:br/>
        <w:t>Зелене зеленіє...&lt;br /&gt;</w:t>
        <w:br/>
        <w:t>Назустріч Учні Сина:&lt;br /&gt;</w:t>
        <w:br/>
        <w:t>Возрадуйся, Маріє!&lt;br /&gt;</w:t>
        <w:br/>
        <w:t>П Тичина, "Скорбна мати"&lt;br /&gt;</w:t>
        <w:br/>
        <w:t>Назустріч Учні Сина,&lt;br /&gt;</w:t>
        <w:br/>
        <w:t>Під руки — та в кабіну.&lt;br /&gt;</w:t>
        <w:br/>
        <w:t>Знов дивна ця людина!&lt;br /&gt;</w:t>
        <w:br/>
        <w:t>— Мене пізнав ти, Сину?</w:t>
      </w:r>
    </w:p>
    <w:p>
      <w:r>
        <w:br/>
        <w:t>— Чого тікаєш, Мамо,&lt;br /&gt;</w:t>
        <w:br/>
        <w:t>Тож мусимо ловити,&lt;br /&gt;</w:t>
        <w:br/>
        <w:t>І скажу просто й прямо:&lt;br /&gt;</w:t>
        <w:br/>
        <w:t>Мене не обдурити!</w:t>
      </w:r>
    </w:p>
    <w:p>
      <w:r>
        <w:br/>
        <w:t>Тебе візьму я в Город&lt;br /&gt;</w:t>
        <w:br/>
        <w:t>До внуків помирати.—&lt;br /&gt;</w:t>
        <w:br/>
        <w:t>Сказала йому гордо:&lt;br /&gt;</w:t>
        <w:br/>
        <w:t>— Я — невмируща мати!</w:t>
      </w:r>
    </w:p>
    <w:p>
      <w:r>
        <w:br/>
        <w:t>Дивилися солдати,&lt;br /&gt;</w:t>
        <w:br/>
        <w:t>Як плачуть генерали,&lt;br /&gt;</w:t>
        <w:br/>
        <w:t>І знов стара до хати&lt;br /&gt;</w:t>
        <w:br/>
        <w:t>Чимдуж чимчикувала,</w:t>
      </w:r>
    </w:p>
    <w:p>
      <w:r>
        <w:br/>
        <w:t>Де бусол і криниця,&lt;br /&gt;</w:t>
        <w:br/>
        <w:t>Де кіт її й корова,&lt;br /&gt;</w:t>
        <w:br/>
        <w:t>І де усе, що сниться&lt;br /&gt;</w:t>
        <w:br/>
        <w:t>Без слова, лихослова.</w:t>
      </w:r>
    </w:p>
    <w:p>
      <w:r>
        <w:br/>
        <w:t>Пройшла усі сторожі,&lt;br /&gt;</w:t>
        <w:br/>
        <w:t>Минула всі обвали,&lt;br /&gt;</w:t>
        <w:br/>
        <w:t>Палали її рожі,&lt;br /&gt;</w:t>
        <w:br/>
        <w:t>Як півні-генерали.</w:t>
      </w:r>
    </w:p>
    <w:p>
      <w:r>
        <w:br/>
        <w:t>Було все мов на лезі,&lt;br /&gt;</w:t>
        <w:br/>
        <w:t>Якому все стинати —&lt;br /&gt;</w:t>
        <w:br/>
        <w:t>І квітку прямо в цезій&lt;br /&gt;</w:t>
        <w:br/>
        <w:t>Поцілувала Мати.</w:t>
      </w:r>
    </w:p>
    <w:p>
      <w:r>
        <w:br/>
        <w:t>Все плакало на сонці,&lt;br /&gt;</w:t>
        <w:br/>
        <w:t>Не хтіло помирати.&lt;br /&gt;</w:t>
        <w:br/>
        <w:t>І квітку прямо в стронцій&lt;br /&gt;</w:t>
        <w:br/>
        <w:t>Поцілувала Мати.</w:t>
      </w:r>
    </w:p>
    <w:p>
      <w:r>
        <w:br/>
        <w:t>ЗАПИТАННЯ БЕЗ ВІДПОВІДІ&lt;br /&gt;</w:t>
        <w:br/>
        <w:t>Всі криниці в целофанових капшуках,&lt;br /&gt;</w:t>
        <w:br/>
        <w:t>Всі колодязі затушковані&lt;br /&gt;</w:t>
        <w:br/>
        <w:t>Питали тоді одне-однісіньке:&lt;br /&gt;</w:t>
        <w:br/>
        <w:t>Де знайти кілометри целофану&lt;br /&gt;</w:t>
        <w:br/>
        <w:t>На рукотворне Київське море&lt;br /&gt;</w:t>
        <w:br/>
        <w:t>Чи бодай на Десну зачаровану,&lt;br /&gt;</w:t>
        <w:br/>
        <w:t>З якої Київ п'є воду?!</w:t>
      </w:r>
    </w:p>
    <w:p>
      <w:r>
        <w:br/>
        <w:t>СОЛОВЕЙ-РОЗБІЙНИК&lt;br /&gt;</w:t>
        <w:br/>
        <w:t>— Марія, Марія... Та Марія не та.&lt;br /&gt;</w:t>
        <w:br/>
        <w:t>Та зродила Христа,&lt;br /&gt;</w:t>
        <w:br/>
        <w:t>ця — анцихриста!..</w:t>
      </w:r>
    </w:p>
    <w:p>
      <w:r>
        <w:br/>
        <w:t>Як почула вона, то вся похолола,&lt;br /&gt;</w:t>
        <w:br/>
        <w:t>І треба ж таке почуть від людей...&lt;br /&gt;</w:t>
        <w:br/>
        <w:t>Світу не бачила вже довкола...&lt;br /&gt;</w:t>
        <w:br/>
        <w:t>Куди ж її доля тепер заведе?!</w:t>
      </w:r>
    </w:p>
    <w:p>
      <w:r>
        <w:br/>
        <w:t>Отож всі заслони вона обминула,&lt;br /&gt;</w:t>
        <w:br/>
        <w:t>Пішла по старих партизанських стежках,&lt;br /&gt;</w:t>
        <w:br/>
        <w:t>До хати вернула. І в хаті заснула.&lt;br /&gt;</w:t>
        <w:br/>
        <w:t>І снився найстарший їй син попервах.</w:t>
      </w:r>
    </w:p>
    <w:p>
      <w:r>
        <w:br/>
        <w:t>Він все оце вигадав. Станцію й атом.&lt;br /&gt;</w:t>
        <w:br/>
        <w:t>Вночі аж світилась його голова,&lt;br /&gt;</w:t>
        <w:br/>
        <w:t>Не був він на кучері завжди багатим —&lt;br /&gt;</w:t>
        <w:br/>
        <w:t>Багатим він був на нелюдські дива.</w:t>
      </w:r>
    </w:p>
    <w:p>
      <w:r>
        <w:br/>
        <w:t>Світилася лисина дуже вже лячно,&lt;br /&gt;</w:t>
        <w:br/>
        <w:t>Хоч син, та боялись його, мов біди:&lt;br /&gt;</w:t>
        <w:br/>
        <w:t>Дуже вже твердо він йшов і обачно,&lt;br /&gt;</w:t>
        <w:br/>
        <w:t>Аж страшно було від твердої ходи.</w:t>
      </w:r>
    </w:p>
    <w:p>
      <w:r>
        <w:br/>
        <w:t>Приїхав до матері якось на рибу&lt;br /&gt;</w:t>
        <w:br/>
        <w:t>(Тому й на корові його кирзаки!),&lt;br /&gt;</w:t>
        <w:br/>
        <w:t>І двері його впізнавали по рипу —&lt;br /&gt;</w:t>
        <w:br/>
        <w:t>Безсонний такий і затятий такий.</w:t>
      </w:r>
    </w:p>
    <w:p>
      <w:r>
        <w:br/>
        <w:t>— Зробимо, мамо, тут станцію чисту,&lt;br /&gt;</w:t>
        <w:br/>
        <w:t>Місто зведем, де полин та буркун.—&lt;br /&gt;</w:t>
        <w:br/>
        <w:t>Свистів як проклятий. І, мабуть, по свисту&lt;br /&gt;</w:t>
        <w:br/>
        <w:t>Сусіди прозвали: — Маріїн свистун...</w:t>
      </w:r>
    </w:p>
    <w:p>
      <w:r>
        <w:br/>
        <w:t>В Прип'яті порожній Соловей-Розбійник,&lt;br /&gt;</w:t>
        <w:br/>
        <w:t>Як вибійник ночі, сам-один живе.&lt;br /&gt;</w:t>
        <w:br/>
        <w:t>Він не мрець-покійник і не чародійник,&lt;br /&gt;</w:t>
        <w:br/>
        <w:t>Він живе, і тьохкає, і за душу рве.</w:t>
      </w:r>
    </w:p>
    <w:p>
      <w:r>
        <w:br/>
        <w:t>Ось дозиметристи сплять в наметі чуйному.&lt;br /&gt;</w:t>
        <w:br/>
        <w:t>Соловей-Розбійник раптом загримить —&lt;br /&gt;</w:t>
        <w:br/>
        <w:t>І у світі дивному, і у світі чулому&lt;br /&gt;</w:t>
        <w:br/>
        <w:t>Солов'єм розстріляна божевільна мить.</w:t>
      </w:r>
    </w:p>
    <w:p>
      <w:r>
        <w:br/>
        <w:t>Його ловить армія й лисі академіки,&lt;br /&gt;</w:t>
        <w:br/>
        <w:t>І японські роботи і япономать,&lt;br /&gt;</w:t>
        <w:br/>
        <w:t>Всі стратеги й тактики у вогні полеміки&lt;br /&gt;</w:t>
        <w:br/>
        <w:t>В саркофаг намірились Солов'я впіймать.</w:t>
      </w:r>
    </w:p>
    <w:p>
      <w:r>
        <w:br/>
        <w:t>Альфа, бета з гамою — невидимі промені,&lt;br /&gt;</w:t>
        <w:br/>
        <w:t>І він теж невидимий — Лисий Соловей,&lt;br /&gt;</w:t>
        <w:br/>
        <w:t>Ще в походах Ігоря його крила стомлені,&lt;br /&gt;</w:t>
        <w:br/>
        <w:t>Дивиться ж безоднями молодих очей.</w:t>
      </w:r>
    </w:p>
    <w:p>
      <w:r>
        <w:br/>
        <w:t>МАТИ І "ХРИСТОПРОДАВЦІ"&lt;br /&gt;</w:t>
        <w:br/>
        <w:t>...Тепер на зміну,&lt;br /&gt;</w:t>
        <w:br/>
        <w:t>нехай і поодинокого,&lt;br /&gt;</w:t>
        <w:br/>
        <w:t>мародерства звичайного&lt;br /&gt;</w:t>
        <w:br/>
        <w:t>прийшло вишукане, інтелектуальне:&lt;br /&gt;</w:t>
        <w:br/>
        <w:t>шукають предмети старовини,&lt;br /&gt;</w:t>
        <w:br/>
        <w:t>найчастіше — ікони...&lt;br /&gt;</w:t>
        <w:br/>
        <w:t>А. Михайленко, "Корені і пам'ять Зони..."&lt;br /&gt;</w:t>
        <w:br/>
        <w:t>Чогось її било, термосувало,&lt;br /&gt;</w:t>
        <w:br/>
        <w:t>Душу закутувало сльотою,&lt;br /&gt;</w:t>
        <w:br/>
        <w:t>А згодом мов підказало:&lt;br /&gt;</w:t>
        <w:br/>
        <w:t>— Змий ти голову дощовою водою,&lt;br /&gt;</w:t>
        <w:br/>
        <w:t>Воно тобі і полегшає,&lt;br /&gt;</w:t>
        <w:br/>
        <w:t>Коли голівонька буде змита&lt;br /&gt;</w:t>
        <w:br/>
        <w:t>Дощовою водою з-під ринви&lt;br /&gt;</w:t>
        <w:br/>
        <w:t>Цього пекельного літа!&lt;br /&gt;</w:t>
        <w:br/>
        <w:t>Отак вона і зробила:&lt;br /&gt;</w:t>
        <w:br/>
        <w:t>Набрала води в каструлю&lt;br /&gt;</w:t>
        <w:br/>
        <w:t>Із бочки,&lt;br /&gt;</w:t>
        <w:br/>
        <w:t>що тихо цідиться&lt;br /&gt;</w:t>
        <w:br/>
        <w:t>І поїть яблуню й грушу-дулю,&lt;br /&gt;</w:t>
        <w:br/>
        <w:t>Набрала води, нагріла,&lt;br /&gt;</w:t>
        <w:br/>
        <w:t>І голову змила, і вмилась,&lt;br /&gt;</w:t>
        <w:br/>
        <w:t>А потім лягла чистенька,&lt;br /&gt;</w:t>
        <w:br/>
        <w:t>Аж наче вся засвітилась!..&lt;br /&gt;</w:t>
        <w:br/>
        <w:t>І снилась їй дивовижа —&lt;br /&gt;</w:t>
        <w:br/>
        <w:t>Летить вона під небесами,&lt;br /&gt;</w:t>
        <w:br/>
        <w:t>Така молода-молодюсінька&lt;br /&gt;</w:t>
        <w:br/>
        <w:t>Ширяє понад лісами.&lt;br /&gt;</w:t>
        <w:br/>
        <w:t>Коса в неї вільно розплетена,&lt;br /&gt;</w:t>
        <w:br/>
        <w:t>Начеб у молодої,&lt;br /&gt;</w:t>
        <w:br/>
        <w:t>Тільки волосся сивого&lt;br /&gt;</w:t>
        <w:br/>
        <w:t>Багато в коси отої...&lt;br /&gt;</w:t>
        <w:br/>
        <w:t>І снилось — сини хапають&lt;br /&gt;</w:t>
        <w:br/>
        <w:t>І в матері рвуть волосся,&lt;br /&gt;</w:t>
        <w:br/>
        <w:t>І з нею летять у небі,&lt;br /&gt;</w:t>
        <w:br/>
        <w:t>І дітьми малими голосять,&lt;br /&gt;</w:t>
        <w:br/>
        <w:t>Схопили матір за коси&lt;br /&gt;</w:t>
        <w:br/>
        <w:t>І нумо їх виривати,&lt;br /&gt;</w:t>
        <w:br/>
        <w:t>А мати по небу навтьоки —&lt;br /&gt;</w:t>
        <w:br/>
        <w:t>Від синів утікає мати!..&lt;br /&gt;</w:t>
        <w:br/>
        <w:t>Аж раптом вона стрепенулась,&lt;br /&gt;</w:t>
        <w:br/>
        <w:t>Прокинулась: мотоцикли&lt;br /&gt;</w:t>
        <w:br/>
        <w:t>Під хатою захурчали,&lt;br /&gt;</w:t>
        <w:br/>
        <w:t>А потім раптово зникли.&lt;br /&gt;</w:t>
        <w:br/>
        <w:t>Подумала мати: міліція&lt;br /&gt;</w:t>
        <w:br/>
        <w:t>Знову примчала по мене.&lt;br /&gt;</w:t>
        <w:br/>
        <w:t>Та я затялась навіки —&lt;br /&gt;</w:t>
        <w:br/>
        <w:t>Тут збуду життя оглашенне!..&lt;br /&gt;</w:t>
        <w:br/>
        <w:t>Аж раптом рипнули двері,&lt;br /&gt;</w:t>
        <w:br/>
        <w:t>Щось сунуло вже до хати,&lt;br /&gt;</w:t>
        <w:br/>
        <w:t>Ліхтарем її шмагонуло,&lt;br /&gt;</w:t>
        <w:br/>
        <w:t>Матір Божу стало здіймати,&lt;br /&gt;</w:t>
        <w:br/>
        <w:t>Скриню стару одчинило,&lt;br /&gt;</w:t>
        <w:br/>
        <w:t>Сорочку взяло з поликами,&lt;br /&gt;</w:t>
        <w:br/>
        <w:t>Дихало перегаром,&lt;br /&gt;</w:t>
        <w:br/>
        <w:t>Збиткувалося над віками...&lt;br /&gt;</w:t>
        <w:br/>
        <w:t>Чом же її заціпило,&lt;br /&gt;</w:t>
        <w:br/>
        <w:t>Прийшли, бач, не пішодрала!&lt;br /&gt;</w:t>
        <w:br/>
        <w:t>— Господи, та це ж Вовка! —&lt;br /&gt;</w:t>
        <w:br/>
        <w:t>Онук її! Син генерала!&lt;br /&gt;</w:t>
        <w:br/>
        <w:t>Навів, бач, "христопродавців" —&lt;br /&gt;</w:t>
        <w:br/>
        <w:t>Хати вони чистять повсюди.&lt;br /&gt;</w:t>
        <w:br/>
        <w:t>Схопилася баба за серце —&lt;br /&gt;</w:t>
        <w:br/>
        <w:t>Схопила онука за груди.&lt;br /&gt;</w:t>
        <w:br/>
        <w:t>— Полундра! — він злякано вдарив&lt;br /&gt;</w:t>
        <w:br/>
        <w:t>І бабі вчепився в волосся,&lt;br /&gt;</w:t>
        <w:br/>
        <w:t>Думав, що баба з могили,&lt;br /&gt;</w:t>
        <w:br/>
        <w:t>Або щось лихе приверзлося.&lt;br /&gt;</w:t>
        <w:br/>
        <w:t>Втікали вони з переляку,&lt;br /&gt;</w:t>
        <w:br/>
        <w:t>Гримнули мотоцикли...&lt;br /&gt;</w:t>
        <w:br/>
        <w:t>Цвіркуни лише били в душу,&lt;br /&gt;</w:t>
        <w:br/>
        <w:t>А потім тихенько зникли...&lt;br /&gt;</w:t>
        <w:br/>
        <w:t>Коса лише вирвана долі&lt;br /&gt;</w:t>
        <w:br/>
        <w:t>Лежала на збитій іконі...&lt;br /&gt;</w:t>
        <w:br/>
        <w:t>Пропали, прогуркотіли&lt;br /&gt;</w:t>
        <w:br/>
        <w:t>І щезли бензинові коні...&lt;br /&gt;</w:t>
        <w:br/>
        <w:t>Коса лише, вирвана внуком,&lt;br /&gt;</w:t>
        <w:br/>
        <w:t>Світилася на долівці.&lt;br /&gt;</w:t>
        <w:br/>
        <w:t>Баба із ліжка звелася&lt;br /&gt;</w:t>
        <w:br/>
        <w:t>І нипала по долівці,&lt;br /&gt;</w:t>
        <w:br/>
        <w:t>Каганцем собі присвітила,&lt;br /&gt;</w:t>
        <w:br/>
        <w:t>Подивилась на себе на лису,&lt;br /&gt;</w:t>
        <w:br/>
        <w:t>Беззубо собі посміхнулась:&lt;br /&gt;</w:t>
        <w:br/>
        <w:t>— Ну й дівка, до пари бісу!..—&lt;br /&gt;</w:t>
        <w:br/>
        <w:t>Дивились безодні зоряні&lt;br /&gt;</w:t>
        <w:br/>
        <w:t>Услід дорогому онуку...&lt;br /&gt;</w:t>
        <w:br/>
        <w:t>— А сон таки справді справдився,&lt;br /&gt;</w:t>
        <w:br/>
        <w:t>А сон таки справді в руку!..</w:t>
      </w:r>
    </w:p>
    <w:p>
      <w:r>
        <w:br/>
        <w:t>МАТЕРИНСЬКА ПІСНЯ З ЧОЛОВІЧОЇ ДУШІ&lt;br /&gt;</w:t>
        <w:br/>
        <w:t>Не дітись, не дітись мені від вогню!&lt;br /&gt;</w:t>
        <w:br/>
        <w:t>О ноче, ночуй мене! Днюй мене, дню!&lt;br /&gt;</w:t>
        <w:br/>
        <w:t>Куди не піду я, мов кінь вороний,&lt;br /&gt;</w:t>
        <w:br/>
        <w:t>Мене здоганяє сам хрест вогняний.&lt;br /&gt;</w:t>
        <w:br/>
        <w:t>Пекучий, палючий — на всі небеса,&lt;br /&gt;</w:t>
        <w:br/>
        <w:t>І падає з нього вогненна роса,&lt;br /&gt;</w:t>
        <w:br/>
        <w:t>Бо небо роздерто, і думи роздерті,&lt;br /&gt;</w:t>
        <w:br/>
        <w:t>Три чисниці, може, лишилось до смерті,&lt;br /&gt;</w:t>
        <w:br/>
        <w:t>Той огненний хрест, а на ньому і в нім&lt;br /&gt;</w:t>
        <w:br/>
        <w:t>Палає мій син у кільці вогнянім,&lt;br /&gt;</w:t>
        <w:br/>
        <w:t>Бо атомні цвяхи засаджено в руки,&lt;br /&gt;</w:t>
        <w:br/>
        <w:t>Бо губи горять од пекельної муки...&lt;br /&gt;</w:t>
        <w:br/>
        <w:t>Лиш я намагаюсь до нього іти,&lt;br /&gt;</w:t>
        <w:br/>
        <w:t>Тікає він геть в несусвітні світи,&lt;br /&gt;</w:t>
        <w:br/>
        <w:t>Лиш я намагаюся вирвати сина,&lt;br /&gt;</w:t>
        <w:br/>
        <w:t>Де мучить його вогняна хуртовина,&lt;br /&gt;</w:t>
        <w:br/>
        <w:t>Я прагну до нього — він прагне від мене,&lt;br /&gt;</w:t>
        <w:br/>
        <w:t>І котиться німбом те коло вогненне...&lt;br /&gt;</w:t>
        <w:br/>
        <w:t>Тоді я тікаю від нього — і він&lt;br /&gt;</w:t>
        <w:br/>
        <w:t>За мною женеться хрестом навздогін.&lt;br /&gt;</w:t>
        <w:br/>
        <w:t>Куди не ступлю я, мов кінь вороний,&lt;br /&gt;</w:t>
        <w:br/>
        <w:t>Мене здоганяє сам хрест вогняний,&lt;br /&gt;</w:t>
        <w:br/>
        <w:t>Клекоче, стукоче у дивні копита,&lt;br /&gt;</w:t>
        <w:br/>
        <w:t>Дорога роз'юшена слізьми побита,&lt;br /&gt;</w:t>
        <w:br/>
        <w:t>Пробита, цвяхована тяжко слізьми...&lt;br /&gt;</w:t>
        <w:br/>
        <w:t>На вічній дорозі розіп'яті ми...</w:t>
      </w:r>
    </w:p>
    <w:p>
      <w:r>
        <w:br/>
        <w:t>ТРАКТОРИСТКА&lt;br /&gt;</w:t>
        <w:br/>
        <w:t>На горі горить реактор —&lt;br /&gt;</w:t>
        <w:br/>
        <w:t>Під горою оре трактор...&lt;br /&gt;</w:t>
        <w:br/>
        <w:t>З сучасного фольклору&lt;br /&gt;</w:t>
        <w:br/>
        <w:t>Не чіпайте мене.&lt;br /&gt;</w:t>
        <w:br/>
        <w:t>Я — трактористка.&lt;br /&gt;</w:t>
        <w:br/>
        <w:t>Якось — це було по війні —&lt;br /&gt;</w:t>
        <w:br/>
        <w:t>Голова матюкав тракториста,&lt;br /&gt;</w:t>
        <w:br/>
        <w:t>Вздовж і впоперек,&lt;br /&gt;</w:t>
        <w:br/>
        <w:t>Так і сяк його смужив,&lt;br /&gt;</w:t>
        <w:br/>
        <w:t>Півруки йому люто виважував,&lt;br /&gt;</w:t>
        <w:br/>
        <w:t>Плюнув&lt;br /&gt;</w:t>
        <w:br/>
        <w:t>І пішов у контору.</w:t>
      </w:r>
    </w:p>
    <w:p>
      <w:r>
        <w:br/>
        <w:t>Демобілізований тракторист&lt;br /&gt;</w:t>
        <w:br/>
        <w:t>Незворушно вернувся додому,&lt;br /&gt;</w:t>
        <w:br/>
        <w:t>Незворушно води напився,&lt;br /&gt;</w:t>
        <w:br/>
        <w:t>Незворушно у клуню зайшов.&lt;br /&gt;</w:t>
        <w:br/>
        <w:t>Розвернулася клуня —&lt;br /&gt;</w:t>
        <w:br/>
        <w:t>Вийшов танк.&lt;br /&gt;</w:t>
        <w:br/>
        <w:t>Звідки він взявся?&lt;br /&gt;</w:t>
        <w:br/>
        <w:t>Чого він чекав у клуні?&lt;br /&gt;</w:t>
        <w:br/>
        <w:t>Танк люто йшов на контору.&lt;br /&gt;</w:t>
        <w:br/>
        <w:t>Голова під місток сховався.&lt;br /&gt;</w:t>
        <w:br/>
        <w:t>Танк залишив від тої контори&lt;br /&gt;</w:t>
        <w:br/>
        <w:t>Купу нещасної глини —&lt;br /&gt;</w:t>
        <w:br/>
        <w:t>Трощив усе і патрошив,&lt;br /&gt;</w:t>
        <w:br/>
        <w:t>Доки нарешті ухекався.&lt;br /&gt;</w:t>
        <w:br/>
        <w:t>Тракторист тоді вийшов із танка&lt;br /&gt;</w:t>
        <w:br/>
        <w:t>І пішов у район... здаватись...</w:t>
      </w:r>
    </w:p>
    <w:p>
      <w:r>
        <w:br/>
        <w:t>Не чіпайте мене.&lt;br /&gt;</w:t>
        <w:br/>
        <w:t>Я — трактористка.&lt;br /&gt;</w:t>
        <w:br/>
        <w:t>Кабіна герметизована —&lt;br /&gt;</w:t>
        <w:br/>
        <w:t>Не для мене.&lt;br /&gt;</w:t>
        <w:br/>
        <w:t>Кожен день я ковтаю пилюку&lt;br /&gt;</w:t>
        <w:br/>
        <w:t>З чорнобильськими радіонуклідами,&lt;br /&gt;</w:t>
        <w:br/>
        <w:t>Вчені кажуть по телевізору,&lt;br /&gt;</w:t>
        <w:br/>
        <w:t>Що вони мінімальні.&lt;br /&gt;</w:t>
        <w:br/>
        <w:t>Ще раз вченим повіримо.&lt;br /&gt;</w:t>
        <w:br/>
        <w:t>Але не чіпайте мене.&lt;br /&gt;</w:t>
        <w:br/>
        <w:t>Не кажіть мені того,&lt;br /&gt;</w:t>
        <w:br/>
        <w:t>Про що можна бодай помовчати.&lt;br /&gt;</w:t>
        <w:br/>
        <w:t>Я ж не прошу у вас телевізора&lt;br /&gt;</w:t>
        <w:br/>
        <w:t>У свій трактор герметизований.&lt;br /&gt;</w:t>
        <w:br/>
        <w:t>Не прошу кондиціонера.&lt;br /&gt;</w:t>
        <w:br/>
        <w:t>Прошу єдине —&lt;br /&gt;</w:t>
        <w:br/>
        <w:t>Бодай не брешіть.</w:t>
      </w:r>
    </w:p>
    <w:p>
      <w:r>
        <w:br/>
        <w:t>Розумієте, трактористка я, трактористка.&lt;br /&gt;</w:t>
        <w:br/>
        <w:t>Чорнобильська трактористка.&lt;br /&gt;</w:t>
        <w:br/>
        <w:t>Мені ще треба родити.</w:t>
      </w:r>
    </w:p>
    <w:p>
      <w:r>
        <w:br/>
        <w:t>ПРИМІТИВНИЙ ПОРТРЕТ СКЛАДНОЇ ЛЮДИНИ&lt;br /&gt;</w:t>
        <w:br/>
        <w:t>Можна все на світі вибирати, сину...&lt;br /&gt;</w:t>
        <w:br/>
        <w:t>В. Симоненко&lt;br /&gt;</w:t>
        <w:br/>
        <w:t>Бард кучерявий, мов макітра,&lt;br /&gt;</w:t>
        <w:br/>
        <w:t>Все воював проти півлітра,&lt;br /&gt;</w:t>
        <w:br/>
        <w:t>Сказали б "за", то був би "за" —&lt;br /&gt;</w:t>
        <w:br/>
        <w:t>Сяйнула б перваком сльоза.&lt;br /&gt;</w:t>
        <w:br/>
        <w:t>Чи радіо, чи телевізор —&lt;br /&gt;</w:t>
        <w:br/>
        <w:t>Для нього менторський був мізер.&lt;br /&gt;</w:t>
        <w:br/>
        <w:t>Усе він справно осідлав —&lt;br /&gt;</w:t>
        <w:br/>
        <w:t>Усіх він вчив, всім славу слав.&lt;br /&gt;</w:t>
        <w:br/>
        <w:t>Бувало, й праску підключи —&lt;br /&gt;</w:t>
        <w:br/>
        <w:t>То заговорить і вночі&lt;br /&gt;</w:t>
        <w:br/>
        <w:t>Солодким голосом, будь ласка,&lt;br /&gt;</w:t>
        <w:br/>
        <w:t>Немов приймач, безсонна праска.&lt;br /&gt;</w:t>
        <w:br/>
        <w:t>Такий був славний славослов,&lt;br /&gt;</w:t>
        <w:br/>
        <w:t>Що як не стань — не лихослов!&lt;br /&gt;</w:t>
        <w:br/>
        <w:t>А як же Матір оспівав,&lt;br /&gt;</w:t>
        <w:br/>
        <w:t>Що попеліли всі слова.&lt;br /&gt;</w:t>
        <w:br/>
        <w:t>Фотографи спішили справно&lt;br /&gt;</w:t>
        <w:br/>
        <w:t>І парно вдвох їх — дуже славно&lt;br /&gt;</w:t>
        <w:br/>
        <w:t>Для всіх видань по саму Кубу&lt;br /&gt;</w:t>
        <w:br/>
        <w:t>Тиражували на всю губу!&lt;br /&gt;</w:t>
        <w:br/>
        <w:t>Він Матір ставив як трибуну&lt;br /&gt;</w:t>
        <w:br/>
        <w:t>І вергав річ свою трибунну,&lt;br /&gt;</w:t>
        <w:br/>
        <w:t>З Трибуни-Матері кричав —&lt;br /&gt;</w:t>
        <w:br/>
        <w:t>Світ дивувався... й величав...&lt;br /&gt;</w:t>
        <w:br/>
        <w:t>Та як здригнувся чорний атом,&lt;br /&gt;</w:t>
        <w:br/>
        <w:t>Він Матір згадує лиш матом,&lt;br /&gt;</w:t>
        <w:br/>
        <w:t>Він виїхав, а не утік,&lt;br /&gt;</w:t>
        <w:br/>
        <w:t>Як сам він в мікрофон прорік,&lt;br /&gt;</w:t>
        <w:br/>
        <w:t>Щоб перспективи вищі мати.&lt;br /&gt;</w:t>
        <w:br/>
        <w:t>Не вміла ж Мати шанувати,&lt;br /&gt;</w:t>
        <w:br/>
        <w:t>Не всі ж вінки приберегла&lt;br /&gt;</w:t>
        <w:br/>
        <w:t>Для кучерявого чола,&lt;br /&gt;</w:t>
        <w:br/>
        <w:t>Не підсадила на всі трони&lt;br /&gt;</w:t>
        <w:br/>
        <w:t>Зад войовничої персони,&lt;br /&gt;</w:t>
        <w:br/>
        <w:t>А примітивам треба знати,&lt;br /&gt;</w:t>
        <w:br/>
        <w:t>Що матір можна й вибирати!&lt;br /&gt;</w:t>
        <w:br/>
        <w:t>А гордий світ? Він не гордує.&lt;br /&gt;</w:t>
        <w:br/>
        <w:t>Він дивиться... і аплодує...</w:t>
      </w:r>
    </w:p>
    <w:p>
      <w:r>
        <w:br/>
        <w:t>ОДА МОЛОДОСТІ&lt;br /&gt;</w:t>
        <w:br/>
        <w:t>Лава вулканна нестерпного бітуму.&lt;br /&gt;</w:t>
        <w:br/>
        <w:t>Бурхає полум'я. Валує дим.&lt;br /&gt;</w:t>
        <w:br/>
        <w:t>І рвуться слова без жодного відома:&lt;br /&gt;</w:t>
        <w:br/>
        <w:t>— Коли помирати, то вже молодим!</w:t>
      </w:r>
    </w:p>
    <w:p>
      <w:r>
        <w:br/>
        <w:t>Соловейко сіяє, і витьохкує місяць.&lt;br /&gt;</w:t>
        <w:br/>
        <w:t>Стріляє вогонь навісним і твердим,&lt;br /&gt;</w:t>
        <w:br/>
        <w:t>І серце палає, не рушить із місця:&lt;br /&gt;</w:t>
        <w:br/>
        <w:t>— Коли помирати, то вже молодим!</w:t>
      </w:r>
    </w:p>
    <w:p>
      <w:r>
        <w:br/>
        <w:t>Жаб'ячі хори у прип'ятській тиші є —&lt;br /&gt;</w:t>
        <w:br/>
        <w:t>Чадіють в безумі лютих годин.&lt;br /&gt;</w:t>
        <w:br/>
        <w:t>Світ ідіотствує, хоч зверху мудрішає,&lt;br /&gt;</w:t>
        <w:br/>
        <w:t>Врятований ще раз життям молодим.</w:t>
      </w:r>
    </w:p>
    <w:p>
      <w:r>
        <w:br/>
        <w:t>За безладу безмір, за кар'єри і премії,&lt;br /&gt;</w:t>
        <w:br/>
        <w:t>Немов на війні, знову вихід один:&lt;br /&gt;</w:t>
        <w:br/>
        <w:t>За мудрість всесвітню дурних академій&lt;br /&gt;</w:t>
        <w:br/>
        <w:t>Платим безсмертям — життям молодим.</w:t>
      </w:r>
    </w:p>
    <w:p>
      <w:r>
        <w:br/>
        <w:t>* * *&lt;br /&gt;</w:t>
        <w:br/>
        <w:t>Стали в вікна бити шершні&lt;br /&gt;</w:t>
        <w:br/>
        <w:t>І джмелі густи,&lt;br /&gt;</w:t>
        <w:br/>
        <w:t>Стали душі, тяжко вмерші,&lt;br /&gt;</w:t>
        <w:br/>
        <w:t>Натовпом густим.&lt;br /&gt;</w:t>
        <w:br/>
        <w:t>І чого б мене питати,&lt;br /&gt;</w:t>
        <w:br/>
        <w:t>І нащо б я їм,&lt;br /&gt;</w:t>
        <w:br/>
        <w:t>Коли й сам не дам я ради&lt;br /&gt;</w:t>
        <w:br/>
        <w:t>Із життям своїм.&lt;br /&gt;</w:t>
        <w:br/>
        <w:t>А вони мене питають —&lt;br /&gt;</w:t>
        <w:br/>
        <w:t>Що воно й куди.&lt;br /&gt;</w:t>
        <w:br/>
        <w:t>І не дихають — ридають&lt;br /&gt;</w:t>
        <w:br/>
        <w:t>Голосом біди.&lt;br /&gt;</w:t>
        <w:br/>
        <w:t>Що мені собі сказати?&lt;br /&gt;</w:t>
        <w:br/>
        <w:t>Бо я більше в них,&lt;br /&gt;</w:t>
        <w:br/>
        <w:t>Більше в них питаю ради&lt;br /&gt;</w:t>
        <w:br/>
        <w:t>В сумнівах нічних...</w:t>
      </w:r>
    </w:p>
    <w:p>
      <w:r>
        <w:br/>
        <w:t>РОЗДУМИ ПІД ЧАС ВІДКРИТОГО ЧОРНОБИЛЬСЬКОГО&lt;br /&gt;</w:t>
        <w:br/>
        <w:t>СУДУ В ЗАКРИТІЙ ЗОНІ НА СТАРУ ТЕМУ:&lt;br /&gt;</w:t>
        <w:br/>
        <w:t>ІРОД І ПІЛАТ&lt;br /&gt;</w:t>
        <w:br/>
        <w:t>...В зв'язку з аварією в Чорнобилі різко&lt;br /&gt;</w:t>
        <w:br/>
        <w:t>піднялася гіркота і розчарування наукою...&lt;br /&gt;</w:t>
        <w:br/>
        <w:t>Ю. Щербак, "Чорнобиль"&lt;br /&gt;</w:t>
        <w:br/>
        <w:t>...І раніше у багатьох виникав сумнів&lt;br /&gt;</w:t>
        <w:br/>
        <w:t>у правильності вибраного для станції місця...&lt;br /&gt;</w:t>
        <w:br/>
        <w:t>В. Олійник, "Випробування Чорнобилем"&lt;br /&gt;</w:t>
        <w:br/>
        <w:t>Що нам цар Ірод! Сивий примітив!&lt;br /&gt;</w:t>
        <w:br/>
        <w:t>Його загнали два тисячоліття.&lt;br /&gt;</w:t>
        <w:br/>
        <w:t>А дні старі на іродський мотив&lt;br /&gt;</w:t>
        <w:br/>
        <w:t>Нам видаються старосвітським сміттям...</w:t>
      </w:r>
    </w:p>
    <w:p>
      <w:r>
        <w:br/>
        <w:t>В нас — Безіменність! Всіх вона поїсть,&lt;br /&gt;</w:t>
        <w:br/>
        <w:t>Та ще й закусить нами з іменами...&lt;br /&gt;</w:t>
        <w:br/>
        <w:t>Вона там сьома, де було їх шість,&lt;br /&gt;</w:t>
        <w:br/>
        <w:t>Сімдесят сьома, хитра до нестями.</w:t>
      </w:r>
    </w:p>
    <w:p>
      <w:r>
        <w:br/>
        <w:t>Чому їх — шість? А де ж це сьомий — Ти?!&lt;br /&gt;</w:t>
        <w:br/>
        <w:t>Чому ти не сидиш на лаві — перший?&lt;br /&gt;</w:t>
        <w:br/>
        <w:t>Ні! Ти зориш на нас із висоти,&lt;br /&gt;</w:t>
        <w:br/>
        <w:t>Науки длань над нами розпростерши.</w:t>
      </w:r>
    </w:p>
    <w:p>
      <w:r>
        <w:br/>
        <w:t>Все зекономив? Совість?! Честь?! Зумів&lt;br /&gt;</w:t>
        <w:br/>
        <w:t>Забалагурити самі Верховні Вуха.&lt;br /&gt;</w:t>
        <w:br/>
        <w:t>Колегіальний ум в мільйон умів —&lt;br /&gt;</w:t>
        <w:br/>
        <w:t>А лестощі лиш персональні слуха.</w:t>
      </w:r>
    </w:p>
    <w:p>
      <w:r>
        <w:br/>
        <w:t>Чому їх — шість? А де ж це перший — Ти?!&lt;br /&gt;</w:t>
        <w:br/>
        <w:t>Чому ти не сидиш на лаві — Перший?&lt;br /&gt;</w:t>
        <w:br/>
        <w:t>Ні! Ти зориш на нас із висоти,&lt;br /&gt;</w:t>
        <w:br/>
        <w:t>Длань керівну над нами розпростерши.</w:t>
      </w:r>
    </w:p>
    <w:p>
      <w:r>
        <w:br/>
        <w:t>Так, ти вгадав, знак Вирождення — Ти,&lt;br /&gt;</w:t>
        <w:br/>
        <w:t>А не Відродження, такий підлотний вирід...&lt;br /&gt;</w:t>
        <w:br/>
        <w:t>Історії підземної кроти&lt;br /&gt;</w:t>
        <w:br/>
        <w:t>Тебе знайдуть і вкажуть точно — Ірод.</w:t>
      </w:r>
    </w:p>
    <w:p>
      <w:r>
        <w:br/>
        <w:t>Хоч засторогу я несу гірку,&lt;br /&gt;</w:t>
        <w:br/>
        <w:t>Не каменую Чесний Храм Науки...&lt;br /&gt;</w:t>
        <w:br/>
        <w:t>А хто це там за ширмою в кутку?&lt;br /&gt;</w:t>
        <w:br/>
        <w:t>Од радіації Пілат вмиває руки...</w:t>
      </w:r>
    </w:p>
    <w:p>
      <w:r>
        <w:br/>
        <w:t>* * *&lt;br /&gt;</w:t>
        <w:br/>
        <w:t>Коли Змій чистить яблуко&lt;br /&gt;</w:t>
        <w:br/>
        <w:t>Перед тим, як Єві його віддати,&lt;br /&gt;</w:t>
        <w:br/>
        <w:t>Він шкірку зрізує по спіралі —&lt;br /&gt;</w:t>
        <w:br/>
        <w:t>Зелений виток з-під ножа його плине&lt;br /&gt;</w:t>
        <w:br/>
        <w:t>І зветься він пізнанням...&lt;br /&gt;</w:t>
        <w:br/>
        <w:t>Змій яблуко ріже надвоє&lt;br /&gt;</w:t>
        <w:br/>
        <w:t>І витинає ядро з половинок,&lt;br /&gt;</w:t>
        <w:br/>
        <w:t>Вилущує нутрощі із насінням —&lt;br /&gt;</w:t>
        <w:br/>
        <w:t>І тільки тоді Єві його дає.&lt;br /&gt;</w:t>
        <w:br/>
        <w:t>Єва ділиться із Адамом...</w:t>
      </w:r>
    </w:p>
    <w:p>
      <w:r>
        <w:br/>
        <w:t>СУЧАСНА СКОВОРОДИСТКА&lt;br /&gt;</w:t>
        <w:br/>
        <w:t>Мисливська бувальщина&lt;br /&gt;</w:t>
        <w:br/>
        <w:t>Яка краса кругом,&lt;br /&gt;</w:t>
        <w:br/>
        <w:t>Який веселий світ...&lt;br /&gt;</w:t>
        <w:br/>
        <w:t>Мисливці молоді&lt;br /&gt;</w:t>
        <w:br/>
        <w:t>Втомились під обід.&lt;br /&gt;</w:t>
        <w:br/>
        <w:t>Цей хутір, хутірець,&lt;br /&gt;</w:t>
        <w:br/>
        <w:t>Цей виселок села,&lt;br /&gt;</w:t>
        <w:br/>
        <w:t>І п'ять хаток у нім —&lt;br /&gt;</w:t>
        <w:br/>
        <w:t>І четверо без скла,&lt;br /&gt;</w:t>
        <w:br/>
        <w:t>А п'ята ще жива,&lt;br /&gt;</w:t>
        <w:br/>
        <w:t>Ще стежка йде туди,&lt;br /&gt;</w:t>
        <w:br/>
        <w:t>Й несе вряди-годи&lt;br /&gt;</w:t>
        <w:br/>
        <w:t>Якесь відро води...&lt;br /&gt;</w:t>
        <w:br/>
        <w:t>І ми туди зайшли&lt;br /&gt;</w:t>
        <w:br/>
        <w:t>Без зайців, без лисиць.&lt;br /&gt;</w:t>
        <w:br/>
        <w:t>Поставили в кутку&lt;br /&gt;</w:t>
        <w:br/>
        <w:t>Свій арсенал рушниць.&lt;br /&gt;</w:t>
        <w:br/>
        <w:t>А бабця у кутку&lt;br /&gt;</w:t>
        <w:br/>
        <w:t>Лежить на тапчані&lt;br /&gt;</w:t>
        <w:br/>
        <w:t>І тихо так, як смерть,&lt;br /&gt;</w:t>
        <w:br/>
        <w:t>Чорніє — на стіні:&lt;br /&gt;</w:t>
        <w:br/>
        <w:t>— Спасибі, хлопці, вам,&lt;br /&gt;</w:t>
        <w:br/>
        <w:t>Що в хату ви зайшли,&lt;br /&gt;</w:t>
        <w:br/>
        <w:t>Що в хаті тарарам,&lt;br /&gt;</w:t>
        <w:br/>
        <w:t>Простіть — нема коли...&lt;br /&gt;</w:t>
        <w:br/>
        <w:t>Взялася вмерти я,&lt;br /&gt;</w:t>
        <w:br/>
        <w:t>Ось і труна в кутку,&lt;br /&gt;</w:t>
        <w:br/>
        <w:t>Ось і гора свічок —&lt;br /&gt;</w:t>
        <w:br/>
        <w:t>Надбала на віку.&lt;br /&gt;</w:t>
        <w:br/>
        <w:t>Та нікому сховать&lt;br /&gt;</w:t>
        <w:br/>
        <w:t>Мене, ягу стару...&lt;br /&gt;</w:t>
        <w:br/>
        <w:t>Від того я ніяк&lt;br /&gt;</w:t>
        <w:br/>
        <w:t>По-людськи не помру.&lt;br /&gt;</w:t>
        <w:br/>
        <w:t>Спасибі, хлопці, вам,&lt;br /&gt;</w:t>
        <w:br/>
        <w:t>Вас принесло-таки.&lt;br /&gt;</w:t>
        <w:br/>
        <w:t>Онуки ви чужі —&lt;br /&gt;</w:t>
        <w:br/>
        <w:t>Мої гробовщики...&lt;br /&gt;</w:t>
        <w:br/>
        <w:t>А цвинтар — онде він,&lt;br /&gt;</w:t>
        <w:br/>
        <w:t>Йде стежечка туди,&lt;br /&gt;</w:t>
        <w:br/>
        <w:t>Могила жде мене,&lt;br /&gt;</w:t>
        <w:br/>
        <w:t>Як у Сковороди...&lt;br /&gt;</w:t>
        <w:br/>
        <w:t>Сама її щодня&lt;br /&gt;</w:t>
        <w:br/>
        <w:t>Довбала з місяць я.&lt;br /&gt;</w:t>
        <w:br/>
        <w:t>Скінчилася моя&lt;br /&gt;</w:t>
        <w:br/>
        <w:t>"Життєва місія"...&lt;br /&gt;</w:t>
        <w:br/>
        <w:t>Сини всі розповзлись,&lt;br /&gt;</w:t>
        <w:br/>
        <w:t>Чортма і невісток...&lt;br /&gt;</w:t>
        <w:br/>
        <w:t>Зосталась я сама,&lt;br /&gt;</w:t>
        <w:br/>
        <w:t>Мов на вербі листок.&lt;br /&gt;</w:t>
        <w:br/>
        <w:t>Ну, а села нема.&lt;br /&gt;</w:t>
        <w:br/>
        <w:t>Втекло кудись село.&lt;br /&gt;</w:t>
        <w:br/>
        <w:t>Було колись село —&lt;br /&gt;</w:t>
        <w:br/>
        <w:t>Життя колись було.&lt;br /&gt;</w:t>
        <w:br/>
        <w:t>Вас покара Господь,&lt;br /&gt;</w:t>
        <w:br/>
        <w:t>Як лишите саму...&lt;br /&gt;</w:t>
        <w:br/>
        <w:t>Я вас не підведу —&lt;br /&gt;</w:t>
        <w:br/>
        <w:t>Візьмусь... і вмру візьму...&lt;br /&gt;</w:t>
        <w:br/>
        <w:t>Лиш в руки я візьму&lt;br /&gt;</w:t>
        <w:br/>
        <w:t>Цю свічку воскову —&lt;br /&gt;</w:t>
        <w:br/>
        <w:t>Вже, діточки, за мить&lt;br /&gt;</w:t>
        <w:br/>
        <w:t>Уже я не живу.&lt;br /&gt;</w:t>
        <w:br/>
        <w:t>Сховаєте мене,&lt;br /&gt;</w:t>
        <w:br/>
        <w:t>Відразу ж пом'яніть —&lt;br /&gt;</w:t>
        <w:br/>
        <w:t>Он самогон в кутку.&lt;br /&gt;</w:t>
        <w:br/>
        <w:t>Он хліб. Самі візьміть.&lt;br /&gt;</w:t>
        <w:br/>
        <w:t>Он цвяхи. Он хустки.&lt;br /&gt;</w:t>
        <w:br/>
        <w:t>А онде молоток.&lt;br /&gt;</w:t>
        <w:br/>
        <w:t>Дай ще води ковтну.&lt;br /&gt;</w:t>
        <w:br/>
        <w:t>Ковточок ще. Ковток.</w:t>
      </w:r>
    </w:p>
    <w:p>
      <w:r>
        <w:br/>
        <w:t>БАНКЕТ В ПОРУ СНІДу, або СКІФСЬКА МАДОННА&lt;br /&gt;</w:t>
        <w:br/>
        <w:t>1&lt;br /&gt;</w:t>
        <w:br/>
        <w:t>На рукотворному морі&lt;br /&gt;</w:t>
        <w:br/>
        <w:t>Серед зеленої ропи,&lt;br /&gt;</w:t>
        <w:br/>
        <w:t>Наче келихи вічності,&lt;br /&gt;</w:t>
        <w:br/>
        <w:t>Цокнулись черепи...&lt;br /&gt;</w:t>
        <w:br/>
        <w:t>На рукотворному&lt;br /&gt;</w:t>
        <w:br/>
        <w:t>Кременчуцькому морі,&lt;br /&gt;</w:t>
        <w:br/>
        <w:t>Яке я теж колись оспівав&lt;br /&gt;</w:t>
        <w:br/>
        <w:t>Студентським голоском&lt;br /&gt;</w:t>
        <w:br/>
        <w:t>недолугим&lt;br /&gt;</w:t>
        <w:br/>
        <w:t>У свій мідний&lt;br /&gt;</w:t>
        <w:br/>
        <w:t>Солдатський кларнет,&lt;br /&gt;</w:t>
        <w:br/>
        <w:t>Наслідуючи звитяжну&lt;br /&gt;</w:t>
        <w:br/>
        <w:t>Довженкову Золоту Генеральську&lt;br /&gt;</w:t>
        <w:br/>
        <w:t>Трубу,&lt;br /&gt;</w:t>
        <w:br/>
        <w:t>На рукотворному Кременчуцькому морі,&lt;br /&gt;</w:t>
        <w:br/>
        <w:t>Яке високо розхвилювалось&lt;br /&gt;</w:t>
        <w:br/>
        <w:t>над цвинтарями,&lt;br /&gt;</w:t>
        <w:br/>
        <w:t>Цокнулись білих два черепи.&lt;br /&gt;</w:t>
        <w:br/>
        <w:t>Один череп та й&lt;br /&gt;</w:t>
        <w:br/>
        <w:t>Хмельницького Богдана,&lt;br /&gt;</w:t>
        <w:br/>
        <w:t>Другий череп та й&lt;br /&gt;</w:t>
        <w:br/>
        <w:t>Сірка затятого Івана:&lt;br /&gt;</w:t>
        <w:br/>
        <w:t>— Це ти, Богдане?&lt;br /&gt;</w:t>
        <w:br/>
        <w:t>А казали, що ти згорів?&lt;br /&gt;</w:t>
        <w:br/>
        <w:t>— Це ти, Іване?&lt;br /&gt;</w:t>
        <w:br/>
        <w:t>Як ти шлюзом сюди забрів?! —&lt;br /&gt;</w:t>
        <w:br/>
        <w:t>На рукотворному морі&lt;br /&gt;</w:t>
        <w:br/>
        <w:t>Серед зеленої ропи,&lt;br /&gt;</w:t>
        <w:br/>
        <w:t>Наче дві білі чари,&lt;br /&gt;</w:t>
        <w:br/>
        <w:t>Цокнулись черепи...&lt;br /&gt;</w:t>
        <w:br/>
        <w:t>Аж тут будівельники&lt;br /&gt;</w:t>
        <w:br/>
        <w:t>З Чигиринської АЕС,&lt;br /&gt;</w:t>
        <w:br/>
        <w:t>Не чайка у кожного,&lt;br /&gt;</w:t>
        <w:br/>
        <w:t>А лютий "Прогрес",&lt;br /&gt;</w:t>
        <w:br/>
        <w:t>Не байдики били,&lt;br /&gt;</w:t>
        <w:br/>
        <w:t>А рибу ловили,&lt;br /&gt;</w:t>
        <w:br/>
        <w:t>Шпурляли блешню&lt;br /&gt;</w:t>
        <w:br/>
        <w:t>З усієї сили —&lt;br /&gt;</w:t>
        <w:br/>
        <w:t>На спінінг по черепу&lt;br /&gt;</w:t>
        <w:br/>
        <w:t>Упіймали&lt;br /&gt;</w:t>
        <w:br/>
        <w:t>І здивувались!&lt;br /&gt;</w:t>
        <w:br/>
        <w:t>А вам цього мало?!&lt;br /&gt;</w:t>
        <w:br/>
        <w:t>Як вам цього мало,&lt;br /&gt;</w:t>
        <w:br/>
        <w:t>То ще не кінець.&lt;br /&gt;</w:t>
        <w:br/>
        <w:t>Як хлопці-молодці,&lt;br /&gt;</w:t>
        <w:br/>
        <w:t>То кожен молодець,&lt;br /&gt;</w:t>
        <w:br/>
        <w:t>На ніс "Прогреса"&lt;br /&gt;</w:t>
        <w:br/>
        <w:t>Вчепили по черепу,&lt;br /&gt;</w:t>
        <w:br/>
        <w:t>Як годиться кожному&lt;br /&gt;</w:t>
        <w:br/>
        <w:t>Самогоночерпу.&lt;br /&gt;</w:t>
        <w:br/>
        <w:t>Серед тої зеленої&lt;br /&gt;</w:t>
        <w:br/>
        <w:t>Рукотворної корости&lt;br /&gt;</w:t>
        <w:br/>
        <w:t>Мчали по морю&lt;br /&gt;</w:t>
        <w:br/>
        <w:t>Піратські ростри,&lt;br /&gt;</w:t>
        <w:br/>
        <w:t>Понад всі закидушки&lt;br /&gt;</w:t>
        <w:br/>
        <w:t>І вудочки донки&lt;br /&gt;</w:t>
        <w:br/>
        <w:t>Летіли скажено&lt;br /&gt;</w:t>
        <w:br/>
        <w:t>Навперегонки...&lt;br /&gt;</w:t>
        <w:br/>
        <w:t>На рукотворному морі,&lt;br /&gt;</w:t>
        <w:br/>
        <w:t>Серед зеленої ропи,&lt;br /&gt;</w:t>
        <w:br/>
        <w:t>Куди ви мчите так,&lt;br /&gt;</w:t>
        <w:br/>
        <w:t>Мої черепи?!&lt;br /&gt;</w:t>
        <w:br/>
        <w:t>— Ти, пане Богдане,&lt;br /&gt;</w:t>
        <w:br/>
        <w:t>Так літав коли-небудь?&lt;br /&gt;</w:t>
        <w:br/>
        <w:t>— Нічого, Іване,&lt;br /&gt;</w:t>
        <w:br/>
        <w:t>Попадемо на небо!..—&lt;br /&gt;</w:t>
        <w:br/>
        <w:t>Та попали на юшку,&lt;br /&gt;</w:t>
        <w:br/>
        <w:t>Де хлопці-орли&lt;br /&gt;</w:t>
        <w:br/>
        <w:t>Багаття вербове&lt;br /&gt;</w:t>
        <w:br/>
        <w:t>До хмар розвели.&lt;br /&gt;</w:t>
        <w:br/>
        <w:t>Скільки їх з'їхалось,&lt;br /&gt;</w:t>
        <w:br/>
        <w:t>Звідки взялося!&lt;br /&gt;</w:t>
        <w:br/>
        <w:t>Із Подніпров'я,&lt;br /&gt;</w:t>
        <w:br/>
        <w:t>Із Понадросся,&lt;br /&gt;</w:t>
        <w:br/>
        <w:t>Де сини хліборобські,&lt;br /&gt;</w:t>
        <w:br/>
        <w:t>А де вже онуки,&lt;br /&gt;</w:t>
        <w:br/>
        <w:t>А де уже правнуки&lt;br /&gt;</w:t>
        <w:br/>
        <w:t>Сплелися за руки&lt;br /&gt;</w:t>
        <w:br/>
        <w:t>І ходять у танці&lt;br /&gt;</w:t>
        <w:br/>
        <w:t>Навколо вогню.&lt;br /&gt;</w:t>
        <w:br/>
        <w:t>Чи я все це бачу?!&lt;br /&gt;</w:t>
        <w:br/>
        <w:t>Чи, може, я сню?!&lt;br /&gt;</w:t>
        <w:br/>
        <w:t>Куди там ти сниш,&lt;br /&gt;</w:t>
        <w:br/>
        <w:t>Коли люто пече,&lt;br /&gt;</w:t>
        <w:br/>
        <w:t>Тобі — гаряче,&lt;br /&gt;</w:t>
        <w:br/>
        <w:t>І мені — гаряче...&lt;br /&gt;</w:t>
        <w:br/>
        <w:t>В багатті стоїть&lt;br /&gt;</w:t>
        <w:br/>
        <w:t>Скіфська мадонна.&lt;br /&gt;</w:t>
        <w:br/>
        <w:t>Дитя кам'яне&lt;br /&gt;</w:t>
        <w:br/>
        <w:t>Хоче вийти із лона,&lt;br /&gt;</w:t>
        <w:br/>
        <w:t>Та мати замкнула&lt;br /&gt;</w:t>
        <w:br/>
        <w:t>Руками живіт,&lt;br /&gt;</w:t>
        <w:br/>
        <w:t>Не хоче дитину&lt;br /&gt;</w:t>
        <w:br/>
        <w:t>Пустити у світ.&lt;br /&gt;</w:t>
        <w:br/>
        <w:t>— Може, розродиться? —&lt;br /&gt;</w:t>
        <w:br/>
        <w:t>Регіт стоїть&lt;br /&gt;</w:t>
        <w:br/>
        <w:t>І пробивається&lt;br /&gt;</w:t>
        <w:br/>
        <w:t>В пекло століть.&lt;br /&gt;</w:t>
        <w:br/>
        <w:t>— Підсмажимо бабу! —&lt;br /&gt;</w:t>
        <w:br/>
        <w:t>Кричить внучка ротата...&lt;br /&gt;</w:t>
        <w:br/>
        <w:t>Чом так всіх вабить&lt;br /&gt;</w:t>
        <w:br/>
        <w:t>Вогонь Герострата?&lt;br /&gt;</w:t>
        <w:br/>
        <w:t>Чом руйнівний&lt;br /&gt;</w:t>
        <w:br/>
        <w:t>Так шаліє азарт,&lt;br /&gt;</w:t>
        <w:br/>
        <w:t>І видно по ньому —&lt;br /&gt;</w:t>
        <w:br/>
        <w:t>Хто чого варт?!&lt;br /&gt;</w:t>
        <w:br/>
        <w:t>— Бабо, роди! —&lt;br /&gt;</w:t>
        <w:br/>
        <w:t>Кричать голі нащадки.&lt;br /&gt;</w:t>
        <w:br/>
        <w:t>Танцюють, рачкують,&lt;br /&gt;</w:t>
        <w:br/>
        <w:t>Хто просто, хто задки.&lt;br /&gt;</w:t>
        <w:br/>
        <w:t>Партнери сідлають&lt;br /&gt;</w:t>
        <w:br/>
        <w:t>Голих дівок —&lt;br /&gt;</w:t>
        <w:br/>
        <w:t>З жаху тікає&lt;br /&gt;</w:t>
        <w:br/>
        <w:t>Останній вовк...&lt;br /&gt;</w:t>
        <w:br/>
        <w:t>Голі дівки осідлали партнера.&lt;br /&gt;</w:t>
        <w:br/>
        <w:t>Все поїдає&lt;br /&gt;</w:t>
        <w:br/>
        <w:t>Вогонь-ненажера.&lt;br /&gt;</w:t>
        <w:br/>
        <w:t>— Ти щось таке бачив,&lt;br /&gt;</w:t>
        <w:br/>
        <w:t>Пане Богдане?!&lt;br /&gt;</w:t>
        <w:br/>
        <w:t>— Попали ми в пекло,&lt;br /&gt;</w:t>
        <w:br/>
        <w:t>Тримайся, Іване!..—&lt;br /&gt;</w:t>
        <w:br/>
        <w:t>Та скіфка не родить.&lt;br /&gt;</w:t>
        <w:br/>
        <w:t>Вже чорна стоїть.&lt;br /&gt;</w:t>
        <w:br/>
        <w:t>Дим лютий валує.&lt;br /&gt;</w:t>
        <w:br/>
        <w:t>Вже зоряна сіть&lt;br /&gt;</w:t>
        <w:br/>
        <w:t>У небі з'явилась.&lt;br /&gt;</w:t>
        <w:br/>
        <w:t>Вже місяць з-за хмар&lt;br /&gt;</w:t>
        <w:br/>
        <w:t>Сонцем козацьким&lt;br /&gt;</w:t>
        <w:br/>
        <w:t>Зорить на пожар.&lt;br /&gt;</w:t>
        <w:br/>
        <w:t>Та баба затято&lt;br /&gt;</w:t>
        <w:br/>
        <w:t>Стоїть у вогні...&lt;br /&gt;</w:t>
        <w:br/>
        <w:t>Не видно тобі?&lt;br /&gt;</w:t>
        <w:br/>
        <w:t>Зате видно мені!&lt;br /&gt;</w:t>
        <w:br/>
        <w:t>— Зараз ти, суко,&lt;br /&gt;</w:t>
        <w:br/>
        <w:t>Розродишся враз! —&lt;br /&gt;</w:t>
        <w:br/>
        <w:t>Шаліє чи сказ,&lt;br /&gt;</w:t>
        <w:br/>
        <w:t>Чи скажений екстаз,&lt;br /&gt;</w:t>
        <w:br/>
        <w:t>Та наші рибалки&lt;br /&gt;</w:t>
        <w:br/>
        <w:t>Вже шини несуть,&lt;br /&gt;</w:t>
        <w:br/>
        <w:t>Навіть для скіфів&lt;br /&gt;</w:t>
        <w:br/>
        <w:t>Пекельна в них суть.&lt;br /&gt;</w:t>
        <w:br/>
        <w:t>Шини — на бабу.&lt;br /&gt;</w:t>
        <w:br/>
        <w:t>Бензином полили.&lt;br /&gt;</w:t>
        <w:br/>
        <w:t>Кострище із гуми&lt;br /&gt;</w:t>
        <w:br/>
        <w:t>Ще раз підпалили —&lt;br /&gt;</w:t>
        <w:br/>
        <w:t>І заревло,&lt;br /&gt;</w:t>
        <w:br/>
        <w:t>завирувало,&lt;br /&gt;</w:t>
        <w:br/>
        <w:t>загоготіло —&lt;br /&gt;</w:t>
        <w:br/>
        <w:t>І кам'яне розверзлося тіло,&lt;br /&gt;</w:t>
        <w:br/>
        <w:t>І розродився порепаний міф,&lt;br /&gt;</w:t>
        <w:br/>
        <w:t>І вийшов на волю розлючений скіф,&lt;br /&gt;</w:t>
        <w:br/>
        <w:t>Щоб наволоч голу стріляти із лука...</w:t>
      </w:r>
    </w:p>
    <w:p>
      <w:r>
        <w:br/>
        <w:t>Раптом розчинилися двері у Чигирині, у міліції: голий&lt;br /&gt;</w:t>
        <w:br/>
        <w:t>хлопчина зі стрілою у спині, з п'яним жахом у голосі&lt;br /&gt;</w:t>
        <w:br/>
        <w:t>розповідає про щось несусвітенне,— єдине, що розібрали:&lt;br /&gt;</w:t>
        <w:br/>
        <w:t>— Скіфи!</w:t>
      </w:r>
    </w:p>
    <w:p>
      <w:r>
        <w:br/>
        <w:t>Коли приїхала міліція, дивне побоїще відкрилося перед&lt;br /&gt;</w:t>
        <w:br/>
        <w:t>очима: всі голі гульвіси були прохромлені стрілами, два&lt;br /&gt;</w:t>
        <w:br/>
        <w:t>білих черепи стриміли на човнах, чорна порепана&lt;br /&gt;</w:t>
        <w:br/>
        <w:t>скіфська баба плакала чорними слізьми і не давала&lt;br /&gt;</w:t>
        <w:br/>
        <w:t>достріляти своєму синові останню пару, яка була зайнята&lt;br /&gt;</w:t>
        <w:br/>
        <w:t>своїм. Сходило сонце, а з кущів долунювало і старе, і&lt;br /&gt;</w:t>
        <w:br/>
        <w:t>сьогочасне водночас:</w:t>
      </w:r>
    </w:p>
    <w:p>
      <w:r>
        <w:br/>
        <w:t>— Сонце моє, чи не боїшся СНІДу ти?! —&lt;br /&gt;</w:t>
        <w:br/>
        <w:t>І повлягались голі... снідати...</w:t>
      </w:r>
    </w:p>
    <w:p>
      <w:r>
        <w:br/>
        <w:t>ЧОРНОБИЛЬ ПО-МІЛАНСЬКИ&lt;br /&gt;</w:t>
        <w:br/>
        <w:t>Дипломатам роботи по зав'язку —&lt;br /&gt;</w:t>
        <w:br/>
        <w:t>Щодня викидають з подвір'я&lt;br /&gt;</w:t>
        <w:br/>
        <w:t>За чорні стрілчасті грати&lt;br /&gt;</w:t>
        <w:br/>
        <w:t>Дебелу капусту, як сизі ядра.</w:t>
      </w:r>
    </w:p>
    <w:p>
      <w:r>
        <w:br/>
        <w:t>Демонстранти приносять її щодня&lt;br /&gt;</w:t>
        <w:br/>
        <w:t>І завчено кидають, як спортсмени,&lt;br /&gt;</w:t>
        <w:br/>
        <w:t>У подвір'я нашого консульства,&lt;br /&gt;</w:t>
        <w:br/>
        <w:t>Щоб знала "імперія зла".</w:t>
      </w:r>
    </w:p>
    <w:p>
      <w:r>
        <w:br/>
        <w:t>Радіація в сизій капусті,&lt;br /&gt;</w:t>
        <w:br/>
        <w:t>У цвітній, у петрушці, у моркві...&lt;br /&gt;</w:t>
        <w:br/>
        <w:t>Зручно як закидати фермерам&lt;br /&gt;</w:t>
        <w:br/>
        <w:t>Перележані ядра головок.</w:t>
      </w:r>
    </w:p>
    <w:p>
      <w:r>
        <w:br/>
        <w:t>Натреновані гуманісти&lt;br /&gt;</w:t>
        <w:br/>
        <w:t>Прив'язали корову-помсту,&lt;br /&gt;</w:t>
        <w:br/>
        <w:t>Чорно-білу тільну корову&lt;br /&gt;</w:t>
        <w:br/>
        <w:t>До чорних стрілчастих ґрат.</w:t>
      </w:r>
    </w:p>
    <w:p>
      <w:r>
        <w:br/>
        <w:t>Не давала корова спати&lt;br /&gt;</w:t>
        <w:br/>
        <w:t>Навіть звичному персоналу,&lt;br /&gt;</w:t>
        <w:br/>
        <w:t>А жінки її наші жаліли,&lt;br /&gt;</w:t>
        <w:br/>
        <w:t>Напували нещасну з відра.</w:t>
      </w:r>
    </w:p>
    <w:p>
      <w:r>
        <w:br/>
        <w:t>Корова затято мукала,&lt;br /&gt;</w:t>
        <w:br/>
        <w:t>День і ніч ремиґала надсадно&lt;br /&gt;</w:t>
        <w:br/>
        <w:t>І жахала набряклим вим'ям —&lt;br /&gt;</w:t>
        <w:br/>
        <w:t>Тяжко їй далась демонстрація.</w:t>
      </w:r>
    </w:p>
    <w:p>
      <w:r>
        <w:br/>
        <w:t>А потім взяла й отелилась,&lt;br /&gt;</w:t>
        <w:br/>
        <w:t>Спородила ловкеньке телятко.&lt;br /&gt;</w:t>
        <w:br/>
        <w:t>Чорно-білий бичок звівсь на ноги —&lt;br /&gt;</w:t>
        <w:br/>
        <w:t>Назвали його Чорнобилем.</w:t>
      </w:r>
    </w:p>
    <w:p>
      <w:r>
        <w:br/>
        <w:t>Дивилось теля на цей світ&lt;br /&gt;</w:t>
        <w:br/>
        <w:t>Дуже юно й незрозуміле.&lt;br /&gt;</w:t>
        <w:br/>
        <w:t>З двох сторін підходили діти&lt;br /&gt;</w:t>
        <w:br/>
        <w:t>І давали поссати пальчика.</w:t>
      </w:r>
    </w:p>
    <w:p>
      <w:r>
        <w:br/>
        <w:t>Соромно стало дорослим —&lt;br /&gt;</w:t>
        <w:br/>
        <w:t>Одв'язали корову з телям,&lt;br /&gt;</w:t>
        <w:br/>
        <w:t>У критий фургон завели&lt;br /&gt;</w:t>
        <w:br/>
        <w:t>І на ферму відправили.</w:t>
      </w:r>
    </w:p>
    <w:p>
      <w:r>
        <w:br/>
        <w:t>З ДОПОВІДНОЇ СКРОМНОГО АГЕНТА ФРАНЦУЗЬКОЇ&lt;br /&gt;</w:t>
        <w:br/>
        <w:t>РОЗВІДКИ ПРО ПОВЕДІНКУ ПОЕТІВ У ПАРИЖІ&lt;br /&gt;</w:t>
        <w:br/>
        <w:t>Японський поет Хіро Сім цікавився дуже всім&lt;br /&gt;</w:t>
        <w:br/>
        <w:t>Шанували його усі ми Він приїхав із Хіросіми&lt;br /&gt;</w:t>
        <w:br/>
        <w:t>Хіро Сім — японський поет схилився був на парапет&lt;br /&gt;</w:t>
        <w:br/>
        <w:t>Коли Сена текла попід нами Усіма паризькими снами&lt;br /&gt;</w:t>
        <w:br/>
        <w:t>Зваблювала катерами&lt;br /&gt;</w:t>
        <w:br/>
        <w:t>Спалахом діорами Російський поет Фрол&lt;br /&gt;</w:t>
        <w:br/>
        <w:t>Байкал їздив на цвинтар білогвардійський&lt;br /&gt;</w:t>
        <w:br/>
        <w:t>Все могилу якусь шукав&lt;br /&gt;</w:t>
        <w:br/>
        <w:t>І кинув грудку грунту московського&lt;br /&gt;</w:t>
        <w:br/>
        <w:t>На могилу Андрія Тарковського&lt;br /&gt;</w:t>
        <w:br/>
        <w:t>Український поет Чорний Біль (скорочено: Чорнобиль) хотів на&lt;br /&gt;</w:t>
        <w:br/>
        <w:t>Набережній купити ікону&lt;br /&gt;</w:t>
        <w:br/>
        <w:t>У них підлягає це під заборону&lt;br /&gt;</w:t>
        <w:br/>
        <w:t>Лише двох франків не вистачило&lt;br /&gt;</w:t>
        <w:br/>
        <w:t>І все у нього із рук вискочило&lt;br /&gt;</w:t>
        <w:br/>
        <w:t>Матиме спокій на митниці бодай&lt;br /&gt;</w:t>
        <w:br/>
        <w:t>А ікона стара була хоч молода Епоха? Доля? Смерть?&lt;br /&gt;</w:t>
        <w:br/>
        <w:t>Так, я вже знаю хто — Чорнобильська Мадонна?!&lt;br /&gt;</w:t>
        <w:br/>
        <w:t>Тебе вкрутила в чорну круговерть&lt;br /&gt;</w:t>
        <w:br/>
        <w:t>Чи вилонила з молодого лона?</w:t>
      </w:r>
    </w:p>
    <w:p>
      <w:r>
        <w:br/>
        <w:t>Але ось фізик прибіг. Дивна для мене ця мить.&lt;br /&gt;</w:t>
        <w:br/>
        <w:t>Яка ж я йому солом'яна оборона?!&lt;br /&gt;</w:t>
        <w:br/>
        <w:t>Шепоче він болісно: — Вона мені не простить...&lt;br /&gt;</w:t>
        <w:br/>
        <w:t>Не простить... Чорнобильська Мадонна…</w:t>
      </w:r>
    </w:p>
    <w:p>
      <w:r>
        <w:br/>
        <w:t>Вона вже взяла. Одного. І двох. І трьох.&lt;br /&gt;</w:t>
        <w:br/>
        <w:t>І я не збрешу... Хоч помста її законна.&lt;br /&gt;</w:t>
        <w:br/>
        <w:t>Може, ти ближче до неї, хоч, звісно, який ти бог.&lt;br /&gt;</w:t>
        <w:br/>
        <w:t>Помста вона і є — Чорнобильська чорна Мадонна...</w:t>
      </w:r>
    </w:p>
    <w:p>
      <w:r>
        <w:br/>
        <w:t>Хлопчина такий молодий. Благословенний вік.&lt;br /&gt;</w:t>
        <w:br/>
        <w:t>Під четвертим реактором — усмішка безборонна...&lt;br /&gt;</w:t>
        <w:br/>
        <w:t>— Розумієте, донька у мене.&lt;br /&gt;</w:t>
        <w:br/>
        <w:t>Донечці — один рік.&lt;br /&gt;</w:t>
        <w:br/>
        <w:t>Може, простить вона — Чорнобильська Мадонна?!</w:t>
      </w:r>
    </w:p>
    <w:p>
      <w:r>
        <w:br/>
        <w:t>— Слухайте, хлопче, адреса у вас не та.&lt;br /&gt;</w:t>
        <w:br/>
        <w:t>— Гріхи я не відпускаю,— шепочу я монотонне&lt;br /&gt;</w:t>
        <w:br/>
        <w:t>Хлопчина ж ображено з колін своїх вироста,&lt;br /&gt;</w:t>
        <w:br/>
        <w:t>Наче стоїть за ним справді Чорнобильська та Мадонна.&lt;br /&gt;</w:t>
        <w:br/>
        <w:t>— Коли до Поета не можна з душею на сповідь&lt;br /&gt;</w:t>
        <w:br/>
        <w:t>прийти,&lt;br /&gt;</w:t>
        <w:br/>
        <w:t>То куди ж мені дітись з бідою — йти по іконах?! —&lt;br /&gt;</w:t>
        <w:br/>
        <w:t>Дивилася Істина з вічної висоти,&lt;br /&gt;</w:t>
        <w:br/>
        <w:t>З-під чорного рушника — Чорнобильська наша&lt;br /&gt;</w:t>
        <w:br/>
        <w:t>Мадонна.</w:t>
      </w:r>
    </w:p>
    <w:p>
      <w:r>
        <w:br/>
        <w:t>ХРЕЩАТИЦЬКА МАДОННА&lt;br /&gt;</w:t>
        <w:br/>
        <w:t>У юрмищі хрещатицького дня&lt;br /&gt;</w:t>
        <w:br/>
        <w:t>Ти боса йшла, ти, сива Катерина —&lt;br /&gt;</w:t>
        <w:br/>
        <w:t>Бунт Врубеля з кирилівського дна,&lt;br /&gt;</w:t>
        <w:br/>
        <w:t>Летюча йшла, жагуча і поривна.</w:t>
      </w:r>
    </w:p>
    <w:p>
      <w:r>
        <w:br/>
        <w:t>Сахалися од тебе — що таке?&lt;br /&gt;</w:t>
        <w:br/>
        <w:t>Бо ляльку ти з лахміття спеленала,&lt;br /&gt;</w:t>
        <w:br/>
        <w:t>Бо молоко було в тобі гірке,&lt;br /&gt;</w:t>
        <w:br/>
        <w:t>Бо всюди й скрізь дороги було мало.</w:t>
      </w:r>
    </w:p>
    <w:p>
      <w:r>
        <w:br/>
        <w:t>Невже ці очі помстою горять?&lt;br /&gt;</w:t>
        <w:br/>
        <w:t>За муки ненародженого сина?!&lt;br /&gt;</w:t>
        <w:br/>
        <w:t>Вуста киплять і сиві од проклять,&lt;br /&gt;</w:t>
        <w:br/>
        <w:t>Невже прокляття — суть твоя єдина?!</w:t>
      </w:r>
    </w:p>
    <w:p>
      <w:r>
        <w:br/>
        <w:t>Кому ти будеш мстити? Чи й мені?&lt;br /&gt;</w:t>
        <w:br/>
        <w:t>Чому ж тебе душа вчуває мстою,&lt;br /&gt;</w:t>
        <w:br/>
        <w:t>Настояною геть на полині,&lt;br /&gt;</w:t>
        <w:br/>
        <w:t>Сугестією дикого настою?!</w:t>
      </w:r>
    </w:p>
    <w:p>
      <w:r>
        <w:br/>
        <w:t>Чи той, хто винен, сам в собі згорить —&lt;br /&gt;</w:t>
        <w:br/>
        <w:t>З твоїх очей для нього іскри досить?!&lt;br /&gt;</w:t>
        <w:br/>
        <w:t>А хвора кров із рани цебенить,&lt;br /&gt;</w:t>
        <w:br/>
        <w:t>А крові гул палючий і гундосий...</w:t>
      </w:r>
    </w:p>
    <w:p>
      <w:r>
        <w:br/>
        <w:t>Ти — збожеволіла. З лахміття ляльку ти&lt;br /&gt;</w:t>
        <w:br/>
        <w:t>Несеш — куди? Хіба в психіатричку?!&lt;br /&gt;</w:t>
        <w:br/>
        <w:t>Тебе — знайти, од пекла вберегти!&lt;br /&gt;</w:t>
        <w:br/>
        <w:t>А ти втекла, як в пекло, в електричку...</w:t>
      </w:r>
    </w:p>
    <w:p>
      <w:r>
        <w:br/>
        <w:t>Спеленуте ніщо в твоїх руках.&lt;br /&gt;</w:t>
        <w:br/>
        <w:t>А груди чом так спалено розпухлі,&lt;br /&gt;</w:t>
        <w:br/>
        <w:t>А губи чом запалені в вавках —&lt;br /&gt;</w:t>
        <w:br/>
        <w:t>Запалені на вогняному кухлі?!</w:t>
      </w:r>
    </w:p>
    <w:p>
      <w:r>
        <w:br/>
        <w:t>Який напій ти в квітень той пила,&lt;br /&gt;</w:t>
        <w:br/>
        <w:t>Коли, заквітла сином, ти ходила,&lt;br /&gt;</w:t>
        <w:br/>
        <w:t>Від Ірода себе не вберегла —&lt;br /&gt;</w:t>
        <w:br/>
        <w:t>Тебе накрила та нечиста сила?!</w:t>
      </w:r>
    </w:p>
    <w:p>
      <w:r>
        <w:br/>
        <w:t>А хустка збилась так на голові,&lt;br /&gt;</w:t>
        <w:br/>
        <w:t>Що лисиною світиш, Божа Мати...&lt;br /&gt;</w:t>
        <w:br/>
        <w:t>Я босий слід твій бачу у траві,&lt;br /&gt;</w:t>
        <w:br/>
        <w:t>Який боюсь і подихом займати.</w:t>
      </w:r>
    </w:p>
    <w:p>
      <w:r>
        <w:br/>
        <w:t>ЕПІЛОГ&lt;br /&gt;</w:t>
        <w:br/>
        <w:t>...Та стали хуртовини наступати,&lt;br /&gt;</w:t>
        <w:br/>
        <w:t>Та стали вдовиченків побивати:&lt;br /&gt;</w:t>
        <w:br/>
        <w:t>Що перва хуртовина&lt;br /&gt;</w:t>
        <w:br/>
        <w:t>Дома попалила,&lt;br /&gt;</w:t>
        <w:br/>
        <w:t>А друга хуртовина&lt;br /&gt;</w:t>
        <w:br/>
        <w:t>Скотину поморила,&lt;br /&gt;</w:t>
        <w:br/>
        <w:t>А третя хуртовина&lt;br /&gt;</w:t>
        <w:br/>
        <w:t>У полі й у домі&lt;br /&gt;</w:t>
        <w:br/>
        <w:t>Та хліб побила,&lt;br /&gt;</w:t>
        <w:br/>
        <w:t>А нічого в полі й у домі&lt;br /&gt;</w:t>
        <w:br/>
        <w:t>Не й остановила...&lt;br /&gt;</w:t>
        <w:br/>
        <w:t>Українська народна дума&lt;br /&gt;</w:t>
        <w:br/>
        <w:t>"Бідна вдова і три сини"&lt;br /&gt;</w:t>
        <w:br/>
        <w:t>Вона дивиться, дивиться в душу.&lt;br /&gt;</w:t>
        <w:br/>
        <w:t>Вона палить очима до дна.&lt;br /&gt;</w:t>
        <w:br/>
        <w:t>А я все це дотерпіти мушу,&lt;br /&gt;</w:t>
        <w:br/>
        <w:t>Бо в душі не душа, а вина.</w:t>
      </w:r>
    </w:p>
    <w:p>
      <w:r>
        <w:br/>
        <w:t>Ну чого ти, чого ти, чого ти,&lt;br /&gt;</w:t>
        <w:br/>
        <w:t>Одкараскайся геть, відійди!&lt;br /&gt;</w:t>
        <w:br/>
        <w:t>Вона ж стала затято навпроти&lt;br /&gt;</w:t>
        <w:br/>
        <w:t>І пильнує очима біди.</w:t>
      </w:r>
    </w:p>
    <w:p>
      <w:r>
        <w:br/>
        <w:t>Вона йде вже, прямує до тебе,&lt;br /&gt;</w:t>
        <w:br/>
        <w:t>Одчинила вже двері — й тобі&lt;br /&gt;</w:t>
        <w:br/>
        <w:t>Нахиляє це атомне небо&lt;br /&gt;</w:t>
        <w:br/>
        <w:t>У своїй потойбічній журбі.</w:t>
      </w:r>
    </w:p>
    <w:p>
      <w:r>
        <w:br/>
        <w:t>Крапля совісті є ще на денці?&lt;br /&gt;</w:t>
        <w:br/>
        <w:t>Вона вірить і в краплю твою:&lt;br /&gt;</w:t>
        <w:br/>
        <w:t>У твоєму житті-одноденці&lt;br /&gt;</w:t>
        <w:br/>
        <w:t>Я нікчемність свою впізнаю.</w:t>
      </w:r>
    </w:p>
    <w:p>
      <w:r>
        <w:br/>
        <w:t>Над тобою схилилась, політик,&lt;br /&gt;</w:t>
        <w:br/>
        <w:t>Чи впізнав ти цю матір — вдову?&lt;br /&gt;</w:t>
        <w:br/>
        <w:t>Із мільярдом поганьблених діток&lt;br /&gt;</w:t>
        <w:br/>
        <w:t>Вона долю несе світову.</w:t>
      </w:r>
    </w:p>
    <w:p>
      <w:r>
        <w:br/>
        <w:t>Чи впізнав ти її, енергетик,&lt;br /&gt;</w:t>
        <w:br/>
        <w:t>Атоммашна Величносте, ти,&lt;br /&gt;</w:t>
        <w:br/>
        <w:t>Що з твоїх скороспілих абеток&lt;br /&gt;</w:t>
        <w:br/>
        <w:t>Людську мову ніяк не знайти.</w:t>
      </w:r>
    </w:p>
    <w:p>
      <w:r>
        <w:br/>
        <w:t>Лисомудрі пихаті лахудри —&lt;br /&gt;</w:t>
        <w:br/>
        <w:t>Ваших внуків вона затуля:&lt;br /&gt;</w:t>
        <w:br/>
        <w:t>Боса йде на вогонь кривомудрий,&lt;br /&gt;</w:t>
        <w:br/>
        <w:t>Бо Вода вона є і Земля.</w:t>
      </w:r>
    </w:p>
    <w:p>
      <w:r>
        <w:br/>
        <w:t>Її погляд ти чуєш, учений,&lt;br /&gt;</w:t>
        <w:br/>
        <w:t>Тож тікай, лиш подумай, куди?!&lt;br /&gt;</w:t>
        <w:br/>
        <w:t>Її погляд на тебе вогненний —&lt;br /&gt;</w:t>
        <w:br/>
        <w:t>Його лазером ти відведи!</w:t>
      </w:r>
    </w:p>
    <w:p>
      <w:r>
        <w:br/>
        <w:t>А мені, а мені, славослову,&lt;br /&gt;</w:t>
        <w:br/>
        <w:t>Вас-бо славив, дурний вертопрах,&lt;br /&gt;</w:t>
        <w:br/>
        <w:t>Відібрало розбещену мову,&lt;br /&gt;</w:t>
        <w:br/>
        <w:t>І німотствую геть у віках.</w:t>
      </w:r>
    </w:p>
    <w:p>
      <w:r>
        <w:br/>
        <w:t>Хто ж там, сиву, посміє займати?&lt;br /&gt;</w:t>
        <w:br/>
        <w:t>Сіль пізнання — це плід каяття...&lt;br /&gt;</w:t>
        <w:br/>
        <w:t>Несе сива чорнобильська мати&lt;br /&gt;</w:t>
        <w:br/>
        <w:t>Цю планету... Це хворе дитя!..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Чорнобильська Мадонна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