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Чортяча спокуса</w:t>
      </w:r>
    </w:p>
    <w:p>
      <w:r>
        <w:t>&amp;nbsp;</w:t>
      </w:r>
    </w:p>
    <w:p>
      <w:r>
        <w:t>Ой кумо Варваро! Порадь мене, як рідна мати. Що мені робити? Мене спокушає нечистий. Вже й не знаю, чи на мене наслано, чи майстри оцю хату закладали на моє лихо. Як перейшли ми з моїм покійним Василем Басарабченком на Ришканівку в оцю хату, то так і пішлося нам, як з Петрового дня: і пив він, поки помер, а через його і я розп&amp;#39;янствувалась.</w:t>
      </w:r>
    </w:p>
    <w:p>
      <w:r>
        <w:t>Ото як помер мій чоловік, я сиджу собі та й думаю: оце ж мене бог покарав за мої гріхи; не буду ж я тієї горілки та вина і в рот брати, не піду заміж. Заприсяглася нікого й до смерті не любити... Думаю, буду собі тихо жити, богу молитись та хліб заробляти. Та не так воно сталося, як думалось. Вже скільки раз я сповідалась, і причащалась, і постилась, і молилась, нічого не помагає: все-таки виходить грішне зверху, а святе насподі, бо роблю те, чого не хочу, а чого хочу, того ніяк не зможу зробити. Треба ще пошукати знахарки в Кишиневі, чи не знає вона якого зілля, бо вже сама нічого не вдію. А тут іще чорт надав мені оту куму, молдаванку Хаброню. Правду кажуть: де чорт сам нічого не вдіє, туди бабу пошле. Оце ж він проклятий наслав на мене оту куму спокусительку. Якби не вона, я б і в рот не брала ні вина, ні горілки. Я до бога, а вона мене до чорта. Я кручу по-своєму, а вона розкручує по-своєму. То така тобі спокусителька, що й чорта перемогла б: оце як почне припрошувати облесливо та солодко, та як почне дражнити мене, та бряжчати пляшками та чарками, та як почне совати пляшку з горілкою під самісінький ніс, та прицмокує, та облизується, то я креплюся, креплюся, та й не видержу. Бий її сила божа, сила христова! Як тільки вгляджу її, то неначе й чую, як од неї вином тхне, аж слина в мене котиться. Чи вона на мене чари насилає, чи вона мені дання дала, щоб мене об&amp;#39;їдати та обпивати! Не дурно ж на всій Ришканівці проти святого Юрія усі вигонять корови на ніч в поле. А що вона відьма, то я в цьому добре звірилась, бо де вона ступить, за нею слідком жаби скачуть.</w:t>
      </w:r>
    </w:p>
    <w:p>
      <w:r>
        <w:t>Ото, кумо, як помер мій покійник, я не пила з півроку. Господи, як мене спокушало! Але нечистий поніс мене восени в гості до куми на перець. Як наїлась я тієї перчиці, та з того часу так і почалося...</w:t>
      </w:r>
    </w:p>
    <w:p>
      <w:r>
        <w:t>Раз восени просить мене Хаброня до себе на перець. Сіла я за стіл, а вона становить цілу миску вареної стрюч-коватої жовтої перчиці. Перець вродив у куми на диво. Здорові стрючки, як печені поросята, аж вилискуються в мисці. Я була голодна та як тернула, та й виїла чисто усю миску. З того перцю й почалося моє лихо. Запекла мене зага, як огонь, а кума вносить здорову пляшку вина, мабуть, з око або й двоє, та й становить передо мною. Я хрещуся й божуся, що заріклася і в рот брати, а вона наливає, тиче мені в руки та й починає просити: &amp;quot;Та випий, кумо, хоч стакан! Ти все плачеш та сумуєш, аж змарніла. Та хоч покуштуй, хоч у руках подерж! Та це, серце, таке вино, що ти зроду такого не пила. А! цц-цц!!!&amp;quot; &amp;mdash; аж цмокнула Хаброня, покуштувавши вина з стакана, ще й губи облизала. Як почала вона цмакати та облизуватись, я й не втерпіла. Глянула на стакан та й нестямилась, як його в руки взяла, як випила, бо мене пекла в горлі така зага, що я була готова разом відро випити. Кума сіла проти мене та й розпустила язика. Та вже й вміє балакати! Бреше тобі, неначе шовком гаптує. Я слухаю та й не примічаю, що тулю стакан до рота та все потрошку сьорбаю. їй-богу моєму, забулася, що й зарікалася не пити, неначе вона ману навела на мене. Ото сидимо ми та балакаємо, коли гляну я, в одчинені двері скаче з сіней жаба, така здорова та ряба, та плиг на поріг! Сіла на порозі, та й оглядає хату, неначе корова через ворота впізнає свій двір. Як глянула я на жабу, та й зараз пригадала свій зарік. Боже мій милосердний! Що ж це я наробила? Це щось неспроста! Не дурно ж кума заговорила мене своїм язиком, неначе знахарка. &amp;quot;Чого ж та жаба сіла на порозі та ще й дивиться на мене?&amp;quot; &amp;mdash; думаю я. Коли гляну на пляшку, а в пляшці вина тільки на дні трошки зосталось. В мене руки й ноги затряслися. Кума просить допивати, щоб не зоставалось на сльози, а я кажу: &amp;quot;Викинь, Хаброню, оту жабу, бо це неспроста, щось тут та є!..&amp;quot; Як я думала, так воно й сталось. Вона або дала мені дання в вині, або той перець чимсь посипала, бо з того перцю усе моє лихо почалося... З того часу або я в куми, або кума в мене, а більш того, що кума в мене, та все п&amp;#39;ємо та п&amp;#39;ємо... та ще п&amp;#39;ємо... На своє лихо люблю я Хаброню за те, що така брехлива та весела. Я ж кажу, якби не вона, я б того проклятого зела і в рот не брала. Через неї не можна мені ніде на роботу стати, бо оце тільки зберуся йти на заробітки в місто, вона прибіжить до мене, ще й наведе повну хату кумів. Та як почнемо балакати та пити, гляну, вже й півдня минуло.</w:t>
      </w:r>
    </w:p>
    <w:p>
      <w:r>
        <w:t>&amp;quot;Ото,&amp;mdash; думаю я,&amp;mdash; піду ж я, одговіюсь та розкажу на духу попові про ті чари. Висповідаюсь і дам зарік і в рот не брати ні горілки, ні вина&amp;quot;.</w:t>
      </w:r>
    </w:p>
    <w:p>
      <w:r>
        <w:t>Одговілась я, як бог велів, ще й подала на часточку, прийшла додому та ще й дома помолилась, вдарила три поклони перед образами, зняла руки до образів та й дала зарік голосно на усю хату. &amp;quot;Тепер вже,&amp;mdash; думаю,&amp;mdash; буде кінець твоїм чарам, Хаброню!&amp;quot; Ото затопила я в печі, приставила борщ та й почала мамалиґу варити. Коли гляну в вікно, аж через двір простує до хати Хаброня, а за Хабронею прямує кума Мотря, а за Мотрею кума Хів-ря, бо в мене кумів ціла метка. &amp;quot;Ой мені лишечко!&amp;mdash;думаю я собі,&amp;mdash; це ж сам нечистий несе Хаброню!&amp;quot; Неначе капосна знала, що я одговілась і зарік дала перед богом. Кинулась я в сіни та й підперла двері коромислом, а сама стою та насилу дишу. А Хаброня стук-стук у двері. Двері не одчиняються. &amp;quot;Насте, одчини!&amp;quot; &amp;mdash; кричить Хаброня та все торгає дверима, аж двері дрижать. А я присіла в куточку в сінях за діжкою та й притаїлась. &amp;quot;Та одчиняй, спасеннице! Хіба ми не знаємо, що ти дома. Он з вивода дим іде: не само ж воно в печі топиться!&amp;quot; &amp;mdash; кричить Хаб-роня. А я все мовчу та ледве дишу, а вони стукають у двері, аж двері тріщать. &amp;quot;Оце мені лишечко! &amp;mdash; думаю я,&amp;mdash; розламають зовсім двері&amp;quot;. Не видержала я; шкода мені стало дверей. Встала я та й кажу: &amp;quot;Ідіть собі, звідкіль прийшли! Не спокушайте мене. Я сьогодні висповідалась і запричастилась&amp;quot;. А Хаброня кричить за дверима: &amp;quot;Давай лишень, спасеннице, нам по чарці, бо ми так не підемо додому&amp;quot;. &amp;quot;Одчепіться од моєї душі! &amp;mdash;кричу я до їх.&amp;mdash; В мене всі пляшки порожні. Коли не ймете віри, то подивіться!&amp;quot; Взяла я дві порожні пляшки та й поставила на вікні. Як угляділа Хаброня пляшки, як ударить плечем у двері! Коромисло трісь та й переломилось по половині, а Хаброня аж сторчака дала в сіни. Мотря й Хівря вбігли в хату та давай реготатись. &amp;quot;От тепер,&amp;mdash; думаю,&amp;mdash; буде так, як кажуть: гріх по дорозі біг та в хату плиг!&amp;quot;</w:t>
      </w:r>
    </w:p>
    <w:p>
      <w:r>
        <w:t>Стою я ні жива ні мертва. &amp;quot;Ви не куми, а нечиста сила,&amp;mdash; кажу я.&amp;mdash; Ідіть собі геть од мене! Не буду я з вами пити та гуляти&amp;quot;. &amp;quot;Чи ти здуріла, чи знавісніла! &amp;mdash; кричить Хаброня.&amp;mdash; Тепер збирають виноград: усей мир хрещений п&amp;#39;є. Знайшла час зарік давати? Настане зима, тоді й ми усі гуртом зарік дамо! Став лишень нам око вина та вари мамалиґу&amp;quot;,&amp;mdash; каже Хаброня. А я кажу: &amp;quot;Як хочете, то ставте, про мене, й десять ок, а я і в рот не візьму...&amp;quot;</w:t>
      </w:r>
    </w:p>
    <w:p>
      <w:r>
        <w:t>Але не так воно сталось, як думалось. Дала-таки я на вино грошей. Як принесла Хаброня вина, як почали вони пити, як почали мене припрошувати, я й не зогляділась, як випила чарку, а за нею другу, а там і пішло, й пішло... П&amp;#39;ю я, й боюся, й на образи дивлюся, а в мене все така думка, що нечистий прийшов мене спокушати.</w:t>
      </w:r>
    </w:p>
    <w:p>
      <w:r>
        <w:t>Всипала я кз&amp;#39;курудзяне борошно в окріп, мішаю ложкою мамалиґу. Коли гляну, з сіней жаба плиг через поріг у хату, та така здорова, як тарілка. Я затрусилася, аж впустила ложку з рук. А жаба плиг просто до мене. Я махнула деркачем та й одкинула її до порога, а вона перекинулась на черево, а потім знов стала на ноги. Дивлюся я, а в жаби ноги розтягаються, розтягаються. Жаба росте вгору та й стала така завбільшки, як кіт, та як плигне до мене! Неначе хотіла мені в вічі скочити. Я крикнула та знов одкинула її деркачем. А вона знов піднімається, піднімається вгору та стала така завбільшки, як собака, роззявила рота, а в роті такі зуби, як у вовка. Як глянула я в той страшний рот, та й сили не стало в мене оборонятись. Я оступилась аж за піч та як крикну: &amp;quot;Ой Хабро-ню, рятуй мене! Бери сокиру та рубай оту звірюку, бо вже мені на світі не жити!&amp;quot; Хаброня регочеться, аж за боки береться, а в мене руки й ноги трусяться. Я перехрестилась та як трісну жабу деркачем по голові, а вона так і простяглася серед хати. Дивлюся, а вона усе меншає та меншає, а далі стала така завбільшки, як курка. Я знов перехрестилась, та як телепну її деркачем, а вона задриґала лапами, розтяглася на землі та й стала знов маленька. &amp;quot;Хаброню! &amp;mdash; кажу я тоді.&amp;mdash; Великий гріх буде на твоїй душі за мене. Як згублю я свою душу, то ти будеш винна. Глянь! це твоє діло,&amp;mdash; кажу я до неї, показуючи на жабу,&amp;mdash; гляди, це неспроста&amp;quot;. А Хаброня взяла жабу за лапу та й швирнула через двері надвір... &amp;quot;Дурна ти, Насте!&amp;mdash; каже вона.&amp;mdash; Тепер осінь, то й не диво, що жаби лізуть в хату, бо надворі холодає&amp;quot;. От така, кумо, мені чудна притичина трапилась. Варю я мамалиґу, а мені все здається, що я на усікновення чесної глави рву горіхи в лісі, а з ліщини плигають здоровецькі жаби то в пазуху, то на потилицю.</w:t>
      </w:r>
    </w:p>
    <w:p>
      <w:r>
        <w:t>Ой боже мій єдиний! З того часу, кумо, пішлось мені, як з Петрового дня... В неділю пили в мене, в понеділок похмелялись в Хаброні, у вівторок в куми Мотрі, в середу знов у мене, та вже аж в четвер ми пішли на роботу. Та як його в світі божому не пити! Люди саме тоді позбирали виноград, наробили вина. Підеш на базар, стоять валками вози та все з бочками вина. Там продають вино відрами, там точать жиди з бочок. Ідеш базаром, ідеш улицями &amp;mdash; скрізь шинки та шинки. Молдавани стоять возами коло шинків та п&amp;#39;ють кухлями. Скрізь тхне вином, куди не повернись: тхнуть базари, тхнуть улиці, тхнуть вози, тхне кукурудзяна солома &amp;quot;а возах. В шинках повно народу, всі п&amp;#39;ють. Таки так скушає мене нечистий, куди не повернись, та й годі.</w:t>
      </w:r>
    </w:p>
    <w:p>
      <w:r>
        <w:t>Пропила я з кумами всі гроші, що заробила, а далі почала пропивати одежу з скрині. Поки стала зима, в мене й скриня стала порожня. А Хаброня все ходить до мене ще й кумів водить. Я вже й про бога забулась; забулась, що перед богом присягалась не пити.</w:t>
      </w:r>
    </w:p>
    <w:p>
      <w:r>
        <w:t>Але пізньої осені знов на мене найшла спасенна думка. Сидимо ми з Хабронею та з кумами під причілком коло моєї хати та п&amp;#39;ємо собі потроху. Вже вина в бутлі зісталось тільки на дні. Сиджу я на призьбі, а холодненький вітерець все повіває на мене. Куми балакають, а я сиджу та мовчу. Чогось мене взяв такий жаль, такий сум, що я аж заплакала. &amp;quot;Чого це ти, Насте, зажурилась?&amp;quot; &amp;mdash; питає в мене Хаброня. &amp;quot;А того,&amp;mdash; кажу,&amp;mdash; зажурилась, що в мене вже скриня порожня. Пропила я з вами усе своє добро,, хоч в старці йди&amp;quot;. &amp;quot;А хіба ми тебе силуємо пити? &amp;mdash; каже Хаброня.&amp;mdash; П&amp;#39;ємо ми, п&amp;#39;єш і ти; п&amp;#39;ємо за свої й за твої гроші&amp;quot;. &amp;quot;А чого ж то, Хаброню, твоє добро в твоїй скрині, а моє марно десь пішло? І ти п&amp;#39;єш, і я п&amp;#39;ю з тобою вкупі, а в мене вже чортма нічого, а в тебе є. Ти мене підводиш! Якби не ти, було б моє добро все ціле. Хаброню, ти не кума мені, ти мій ворог. Якби не ти, я б зроду&amp;quot; звіку не пила б і в рот не брала б&amp;quot;. &amp;quot;Чи ти здуріла, чи знавісніла? &amp;mdash; каже вона до мене.&amp;mdash; Хіба ти маленька? Хіба в тебе розуму нема? Скривилась, як середа на п&amp;#39;ятницю, та верзе чорт зна що&amp;quot;. &amp;quot;Не верзу,&amp;mdash; кажу я.&amp;mdash; Що ти відьма, то це я добре знаю. Чого за тобою слідком жаби в хату скачуть? Чого я з твоєї руки як почну пити, то не можу перестати?&amp;quot; &amp;quot;Схаменись, дурна! &amp;mdash; каже вона до мене.&amp;mdash; То в твоїх очах жаби скачуть&amp;quot;. Взяла мене злість. Причарувала мене, обпила, об&amp;#39;їла, пропила моє добро, ще й мене лає.</w:t>
      </w:r>
    </w:p>
    <w:p>
      <w:r>
        <w:t>&amp;quot;А це ж хіба не дурно, Хаброню, що як п&amp;#39;ємо, то всі поп&amp;#39;ються й попадають на землю, навіть чоловіки, а ти одна ходиш по хаті, як москаль на муштрі? Це не дурнички. Ти щось таке знаєш, бо з кимсь накладаєш. Оце, Хаброню, така дяка за мою хліб-сіль? І тепер п&amp;#39;єш у мене, ще й мене лаєш! Куми мої, дорогі мої! останній раз я оце пила й їла з вами. Ідіть собі куди деінде, пийте, їжте, з ким хочете, а мене не зачіпайте! А ти, Хаброню, ти, відьмо, не ходи, не топчи до мене стежки, бо ти занапастиш мене. Не будеш більше пити в мене!&amp;quot; &amp;mdash; крикнула я, та вхопила бутель з вином, та як трісну об камінь! Куми позскакували з призьби, а Хаброня аж рота роззявила. Я зняла руки до бога та й кажу: &amp;quot;Божусь і прися* гаюсь, що я останній раз пила з відьмами. Піду до попа, висповідаюсь і запричастюсь та й дам зарік до смерті не пити й з відьмами не куматись&amp;quot;.&amp;mdash; &amp;quot;Отак, Насте! Коли так. то по цій мові бувайте здорові!&amp;quot; &amp;mdash; кажуть куми та й посунули з двора, а Хаброня кричить до мене з-за во* ріт: &amp;quot;Потривай же ти, Насте! коли я відьма, то нашлю на тебе усіх чортів ще й крикливці на ніч&amp;quot;.</w:t>
      </w:r>
    </w:p>
    <w:p>
      <w:r>
        <w:t>Почула я це та й злякалась. А що, думаю, як вона справді нашле на мене яке лихо. Ввійшла я в хату, лягла спати, а сон мене не бере. Встала вранці, так мені погано на похмілля, неначе в роті жиди з балагулою ночували. Вийшла я надвір, сіла на призьбі та й сумую. Глянула я на Хабронину хату, а мене туди так і тягне, так і пориває. Дивлюсь, вже Хаброня топить, бо дим іде з верха. Тягне мене туди, неначе руками. Ні, відьмо! Нічого не вдіють твої чари. Дивлюся я, а до Хаброні в двір пішла кума Мотря, а за нею плигнула через перелаз Хівря, а за нею Хіврин чоловік, столяр, а потім прибігла Наталка; мабуть, збираються до Хаброні похмелятись. Як згадала я, що вони п&amp;#39;ють, а мене не просять, та аж заплакала. Пішла я в хату, щоб мене не спокушав нечистий, та й завірткою двері закрутила.</w:t>
      </w:r>
    </w:p>
    <w:p>
      <w:r>
        <w:t>Ото покаялась я, пішла до церкви, найняла молебінь, поставила перед образом свічку та й заспокоїлась. В пи-липівку перед самим різдвом висповідалась, пішла попрощалась з Хабронею, помирилась і з сусідами. Ходжу на роботу та заробляю. Цілу зиму жила я, мов свята. їй-богу, й чарочки не випила! Заробила собі доволі грошей, посправляла одежину. &amp;quot;Слава ж тобі, создателю! &amp;mdash; думаю я,&amp;mdash; таки ж я присвятилась, бо вже мене й Хабронині чари не беруть, і нечистий до мене не приступає&amp;quot;.</w:t>
      </w:r>
    </w:p>
    <w:p>
      <w:r>
        <w:t>Вже настав і Великдень. Люди гуляють, п&amp;#39;ють, і Хаброня з кумами п&amp;#39;є, а мене вже до себе й не просить. Мені про те й байдуже. Але прийшли проводи. Треба, думаю, пом&amp;#39;янути свого покійничка, бо так сам бог велів. Ніде дітись, прийдеться випити за його душу чарку, а одна чарка не зашкодить. А в мене в хаті нема вже ні пляшки, ні чарки: повикидала з хати; тільки й зосталась одна пляшка з свяченою водою. Пішла я в крамниці, купила невеличку пляшечку, так на півкварти, купила півкварти горілки, взяла шматок паски, з десять крашанок, помолилась богу, поклала три поклони перед образами, напилась свяченої води та й пішла на кладовище, крадькома од Хаброні, так, щоб вона мене й не бачила. От іду я та молюся. Коло кладовища стрілася я з кумою Мотрею. Найняли ми панахиду за душі наших покійників, посідали на могилках та й закушуємо. Витягла я свою пляшечку з горілкою; випили по чарці; сидимо собі та згадуємо померших. Коли я зирк! з другого кутка кладовища летить Хаброня як несамовита та прямо до нас. І як вона вгляділа нас, нечистий її знає, бо народу на кладовищі була сила, як на ярмарку. Як глянула я на неї, та трохи не зомліла. &amp;quot;От тепер,&amp;mdash; думаю,&amp;mdash; щось та буде, бо де Хаброня ступить, там золоті верби ростуть&amp;quot;.</w:t>
      </w:r>
    </w:p>
    <w:p>
      <w:r>
        <w:t>Глянула Хаброня скоса на мою пляшечку та й осміхнулась. А тут десь узялися наші сусіди, неначе сорока на хвості їм звістку подала. Посідали вони коло мене, горілку мою випили, чисто все свячене поїли... Я й про божих старців забула, неначе мені хто памороки забив. &amp;quot;Ходім же тепер та пом&amp;#39;янемо душу й мого покійника&amp;quot;,&amp;mdash; каже Хаброня. Встала я, кручуся, верчуся, боюся пристати до їх, а одговорюватись ніяково, бо так бог велів. Пішли ми на могилу, посідали, а Хаброня витягає з кошика прездоровий бутель вина. &amp;quot;Пропаща ж я тепер навіки!&amp;quot; &amp;mdash; думаю я. Випили ми по кухлику вина за душу Хаброниного чоловіка та й почали згадувати Хабронину рідню, що вже померла років двадцять. А тієї помершої рідні, нехай бог простить, набралась ціла метка... &amp;quot;Випиймо ж, Насте, за душу мого покійного дядька, вічний покій, царство йому небесне!&amp;quot; :&amp;mdash;каже Хаброня. Згадала я того дядька цигана. Циган був добрий коваль, зробив мені добрящу кочергу, як візьму в руки, то все його згадаю. Ніде дітись, треба випити! &amp;quot;Випиймо, куми мої, за душу моєї тітки Ната-лії&amp;quot;,&amp;mdash; припрошує знов Хаброня. Згадала я й ту тітку, таку відьму, як і Хаброня, прости боже, що вже вмерла. Там була лиха та чорна, як чорт; борода закопирчилась трохи не до самісінького носа, а сухі губи запали, неначе провалились в рот; люльку курила, як той москаль, ще й перед смертю півня в мене вкрала! Ніде дітись, треба було випити. Думаю, як не пом&amp;#39;яну її душі, то ще прийде до мене вночі та на смерть перелякає. Поминали ми та й поминали й Хаброниних дядьків і тіток, а за тітками дідів, а за дідами бабів, а потім сестер впервих, а потім зовиць, а за зовицями свекруху, а за свекрухою свекрушиних тіток; допоминались до того, що вже й сонце зайшло, вже й надворі смерклось.</w:t>
      </w:r>
    </w:p>
    <w:p>
      <w:r>
        <w:t>Забрали ми порожні пляшки, кухлички та чарки та давай дякувати богу. Знялись з місця, та вже й не знаємо, куди прямувати до воріт: чи соб, чи цабе. Як пішли поміж гробками та поміж хрестами, та й заблудили. А тут ще та акація, як ліс, стирчить скрізь по кладовищі. Оглянулась я, а Хаброні десь вже нема; Марти нема, й Мотрі нема, й Хіврі нема; усі чисто десь розгубились. Стою я одним одна між могилами та хрестами під акацією та й не знаю, куди йти. Крикнула б на кумів, та й ніяково кричати на кладовищі. Плутаюсь я між могилами та й плутаюсь. Двічі вдарилась лобом об кам&amp;#39;яні хрести, аж синяки собі понабивала. Мені здається, що я прямую до воріт, а я залізла в якийсь куток між двома мурованими стінами, стала та й стою. А тут надворі вже зовсім смерклось. Кладовище здорове, а людей кругом мене зовсім нема; нема в кого й шляху питати. В голові стукає, неначе хто молотком в виски лупить, світ мені зовсім замакітрився. Лапаю я стіну, а воріт нема. &amp;quot;Боже мій! &amp;mdash; думаю я: покарав же ти мене за мій гріх; це ж мене нечистий водить та ще й на кладовищі&amp;quot;. Як напав на мене страх! Що ступлю, то мені здається, що я по мерцях ступаю ногами. Ще й на моє нещастя прийшла мені на думку та страшна тітка Наталія: так-таки неначе вона стоїть передо мною та вишкіряє зуби. Ступила я на якусь могилу та й потрапила в нору ногою. Од страху я крикнула не своїм голосом; мені здалося, що тітка Наталія тягне мене за ногу в яму до себе. Підвела я очі вгору, аж коло стіни стоїть щось тонке та біле, нап&amp;#39;яте білим покривалом, та таке достоту високе, як та Наталія. Я знов як крикну: &amp;quot;Ой, рятуйте, хто в бога вірує!&amp;quot; А воно йде просто до мене, а в йому кістки все брязь, брязь!</w:t>
      </w:r>
    </w:p>
    <w:p>
      <w:r>
        <w:t>Я впала на могилу. Коли чую, мене тягне за руку поліцейський, а в його коло боку бряжчить шабля. Вивів мене на стежку. Мені вже не так страшно стало. &amp;quot;І спасибі,&amp;mdash; кажу,&amp;mdash; і простибі вам, що ви мене вирятували, бо тітка Наталія була б мене потягла в яму&amp;quot;. Дивлюся я, коло воріт блищать ліхтарі. Я зовсім опам&amp;#39;яталась.</w:t>
      </w:r>
    </w:p>
    <w:p>
      <w:r>
        <w:t>Вийшла я за ворота, аж другий поліцейський веде попід руки Хаброню, а третій жене поперед себе Марту, й Хіврю, й Мотрю, неначе тих ягниць. Глянула я на Хаброню, а в неї на голові хустки нема. Я лапнула себе за голову, аж і в мене нема хустки на голові. Мабуть, десь зачепилась хусткою за акацію або й за хрест та й почепила там її.</w:t>
      </w:r>
    </w:p>
    <w:p>
      <w:r>
        <w:t>Глянула я на старців, та аж тоді згадала, що я ніякої милостині не подала старцям, як слід по закону.</w:t>
      </w:r>
    </w:p>
    <w:p>
      <w:r>
        <w:t>&amp;quot;Ой боже мій! &amp;mdash;кажу я до кумів,&amp;mdash; та це ж ми забули й божим старцям милостиню дати. Все чисто поїли та попили, тільки порожні пляшки позоставались. Оддаймо за спасення померших душ хоч пляшки. &amp;quot;Візьміть, божі старці,&amp;mdash; кажу я,&amp;mdash; хоч пляшки та пом&amp;#39;яніть рабів божих: Петра, й Грегора, й Олену, й Наталію&amp;quot;. Пооддавали ми порожні пляшки старцям, а самі прийшли на Ришканівку вже, мабуть, як треті півні співали.</w:t>
      </w:r>
    </w:p>
    <w:p>
      <w:r>
        <w:t>Ой боже мій милосердний! Як пригадаю, що тоді діялось, то й тепер сором розказувати. Після того як почали ми поминати померших на проводи, то поминали трохи не до мироносиць: і я, й Хаброня три дні й не топили й не варили. Пили, нічого не їли, хіба свяченої паски по шматочку. Аж у середу я заходилась варити обід. І вже не знаю, чи за гріхи мої, чи за той очіпок, що згубила на кладовищі, одібрало в мене памороки. Чисто все позабувала, де що лежить в хаті. Не знайду ні ложок, ні мисок, ні кухля, ні ножа. Мабуть, нечистий тоді знущався надо мною. Познаходила дещо, розпалила в печі, шукаю ножа, ніяк не знайду. А неначе пам&amp;#39;ятаю, що поклала на полиці. Глянула по хаті, а ніж стримить за образом коло свяченої верби, а з-за ножа виглядає ополоник, а між васильками стримлять ложки!</w:t>
      </w:r>
    </w:p>
    <w:p>
      <w:r>
        <w:t>Боже мій милостивий та милосердний! Це ж з мене глузує нечистий. Мені все тоді неначе здавалось, що я затикаю за образи васильки. Вже аж після мироносиць стало мені сором, що я нагрішила. Хотіла йти сповідатись, та було сором і до попа йти.</w:t>
      </w:r>
    </w:p>
    <w:p>
      <w:r>
        <w:t>Не можна мені довше на Ришканівці жити, думаю я: тут місце нечисте, а моя кума відьма. Так гріх за гріхом і сиплеться, як горох з мішка. Втечу я тихенько од Хаброні та наймусь де-небудь за наймичку, бо ця Хаброня мене з світу зжене. Кишинів велике місто. Чорта з два вона мене знайде і з свічкою серед дня. Пустила я людей в свою хату, а сама стала за куховарку в одного багатого пана, якогось грека Марузлакі. Добре було мені в тих панів, тільки свого господаря, господи, як спочатку боялась, поки звикла до його. Пані моя чорна, як жук, а пан ще чорніший, як той циган плащуватий. Було як вскочу в покої ввечорі та гляну на його здорові витрішкуваті очі, патлаті брови та чорну кудлату бороду, то мені все чогось здається, що то сидить дідько. Ще й пальці в його довгі та сухі, як пазури; руки позаростали волосом, а сам високий, носатий та сухий, неначе хто його три дні на сковороді смажив.</w:t>
      </w:r>
    </w:p>
    <w:p>
      <w:r>
        <w:t>Ото служила я в їх літо, й памороки мені вже не так забиває; вже, прости господи, ніколи не траплялось, щоб я коли за образи затикала ложки. Так було тільки часом забуду, де що покладу: пані трохи мене полає та й перестане. Бігаю я то з дому на базар, то з базару додому. Трохи мені обридла та біганина, та ще часом по грязюці, як на базарі була трохи не по коліна грязь. Вже я й грошей чимало заробила, та й не беру в хазяйки, бо дуже боялась, щоб часом не забула, де сховала. Але мені вже пішлося, як з Петрового дня. А все той нечистий...</w:t>
      </w:r>
    </w:p>
    <w:p>
      <w:r>
        <w:t>Раз пани пішли до церкви. Я вскочила в покої та давай дивитись з горничною Катериною в дзеркало. А дзеркало таке здорове, мало не під стелю: мене всю видно аж до самісіньких черевиків. Як глянула я на себе, та й здивувалась. Я й не думала й не гадала, що я так покращаю. Дивлюся я на себе, а в мене брови на білому лобі чорніють, як шовкові шнурочки, очі аж сяють, а лице стало повне та біле, бо я все в хаті сиділа й по сонцю не ходила. Я з того дива аж сама до себе засміялась. А Катерина виглядає в мене з-за спини та й каже: &amp;quot;Та й гарна ж ти з біса! Коли б тобі ще червону сукню та черевики на тоненьких закаблуках, то хоч і зараз до вінця&amp;quot;. Як сказала вона це, я й почервоніла, так мені стало сором. Глянула я ще раз на себе та й важко зітхнула. Шкода мені стало моєї краси. &amp;quot;Так от чого,&amp;mdash; думаю я,&amp;mdash; хто не йде улицею, то й задивляється на мене&amp;quot;. Ото пораюсь я коло печі, приставляю горшки, а в мене перед очима все манячить червона сукня, неначе хто її почепив на комині та й дражниться з мене. Коли дивлюсь, з церкви йде моя пані в червоній сукні. А та сукня на ній так і сяє на сонці, як грядка маку на городі. &amp;quot;Оце,&amp;mdash; думаю я,&amp;mdash; нечистий знов спокушає мене не тим, то другим&amp;quot;. Що почну говорити з горничною, та все збиваюсь на червону сукню. Лягаю спати, мені й сниться червона сукня. Думала я, думала, та пішла з Катериною, та й набрала собі червоної шерстяної матерії; ще втелющила три карбованці за черевики на високих закаблучках... Катерина й собі справила таку саму сукню. Тільки що пани вийшли в гості, ми повбиралися в нові сукні та прожогом в покої до дзеркала. Глянула я на себе в дзеркало, повернулась сюди, повернулась туди, а сукня аж лиснить, як шовкова. Дивлюсь, а я покращала вдвоє, коли не втроє: пані та й годі! От така-то я тоді була дурна! І нащо мені здалася та дорога сукня, я й сама тепер не знаю! З тієї сукні й пішло моє велике горе. Коли б була знала, я б її тоді зараз на шматочки порвала.</w:t>
      </w:r>
    </w:p>
    <w:p>
      <w:r>
        <w:t>Раз після Семена, в неділю, по обіді одпросилася я з Катериною гуляти. Убралася я в нову сукню, взулась в нові черевики та й пішла з Катериною гуляти на базар. Ото йдемо ми через городський сад. Коли дивлюсь, поміж акаціями по стежках ходять дві циганки. Циганки повбирані в червоні сукні, поцяцьковані чорними та зеленими дрібненькими квіточками; голови позав&amp;#39;язувані червоними хустками; хвости от хусток теліпаються по плечах аж до пояса; жовтогарячі хвартухи на їх аж сяють. Ходять ті циганки по саду, неначе полум&amp;#39;я бігає між акаціями, та все приступають до тих лавок, де сидять пани та паничі, та намагаються ворожити. Дивлюся я, одна йде проти нас, як та пава, ще молода й з лиця непогана. А Катерина жартує та й каже до неї: &amp;quot;А заворожи, циганко, оцій удові, чи швидко вона заміж піде!&amp;quot; Я засоромилась, а циганка вхопила мене за руку, глянула на долоню, а далі в вічі та й каже: &amp;quot;По твоїх карих очах я бачу, яка твоя доля; дай дві копійки, я тобі всю правду скажу&amp;quot;. Я дала їй дві копійки, а вона дивилась, дивилась на долоню, а далі й каже: &amp;quot;Ти щаслива і вродлива; твій талан, як багата нива; тебе ще любитимуть за твої карі очі дванадцять молодців, а ти покохаєш тільки одного. Як підеш за його заміж, то будеш щаслива, а як не підеш за його, то він буде твоїм нещастям&amp;quot;. Я злякалась, вихопила руку та й утекла.</w:t>
      </w:r>
    </w:p>
    <w:p>
      <w:r>
        <w:t>Ідемо ми на базар, а в мене ті слова з думки не випадають. А Катерина сміється з мене та докладає. Йшов якийсь молодий москаль, як глянув на мене, та й остовпів, аж язика висолопив: став проти мене та й дивиться мені в вічі. А Катерина каже: &amp;quot;Оце вже один полюбив тебе&amp;quot;. Ідемо ми далі, а якийсь панич знов задивився на мене. Катерина каже: &amp;quot;Оце вже маєш двох&amp;quot;. Ідемо далі, якийсь офіцер каже, так що я почула: &amp;quot;Ну та й гарна ж вража молодичка!&amp;quot; А Катерина каже: &amp;quot;Оце вже маєш трьох&amp;quot;. Поки ми дійшли до нового базару, Катерина налічила одинадцять та на тому й спинилася. Прийшли ми до одного здорового шинку. Катеринка в шинку грає; люди вештаються то в шинк, то з шинку, як бджоли. Затягла мене Катерина в той шинк. Сіли ми за стіл, взяли пляшку пива, сидимо та п&amp;#39;ємо. А в шинку гам та клекіт. Роздивляюся я на людей, коли гляну, за одним столиком сидять не то цигани, не то молдавани, а між ними сидить якийсь чоловік, здоровий, смуглявий, плечистий та головатий; довгі вуси висять, мов ті батоги; чорні кучері аж вилискуються; чорні здорові очі аж бігають. Як глянула я на його смугляве грізне лице, та аж трохи злякалась. &amp;quot;Чи ти ба, який он страшний гайдамака сидить за столом!&amp;quot; &amp;mdash; кажу я до Катерини. А вона придивилась до його та й каже: &amp;quot;Що страшний, то страшний, але ж і гарний&amp;quot;. Ото придивилась я до його, а він мені здався вже не такий страшний. Стукнув він мохнатим кулаком об стіл, порожні пляшки на столі задзвеніли, й чорні кучері на його голові затрусились. Дивлюся я, на йому синій розстебнутий жупан і жилетка з срібними ґудзиками, такими завбільшки, як волоські горіхи. Глянула я на його вдруге, а він здався мені вже гарним. Блиснув він на мене чорними очима, і неначе сонце блиснуло мені в вічі. &amp;quot;Оце ж той дванадцятий,&amp;mdash; подумала я собі,&amp;mdash; оце ж він самий&amp;quot;.</w:t>
      </w:r>
    </w:p>
    <w:p>
      <w:r>
        <w:t>Слухаю я, він говорить з людьми по-молдавській, та все грізно, неначе лається з ними. Я не чула, про що вони змагались, бо в шинку, неначе в горшку окріп клекотів, ще й катеринка вила, як скажена собака. Ото дивлюся я на його та й думаю: ану, чи гляне ж він хоч раз на мене. Коли примічаю, він кинув на мене очима раз, потім другий, та так грізно, що мені аж страшно стало! Кинув він з&amp;lt;нов на мене очима, придивився та й бровами моргнув. Я спустила очі та й засоромилась... Потім вже й не пам&amp;#39;ятаю, як він встав з-за стола, як сів коло мене, як поставив передо мною пляшку вина... Я тільки вмочила губи, але не схотіла пити. Вийшла я з Катериною з шинку, а він за нами. Я йду, лузаю насіння та не смію й очей підвести на його. Прийшли ми до качелі, а він платить за нас та садовить нас на качелі, ще й попід руки підняв мене, як я сідала. Дивлюся я, він витяг з кишені панський гаманець, а в тому гаманці повно грошей. Ото закрутились качелі. Ми з Катериною неначе поплили за водою. А він стоїть,&amp;mdash; дивиться на мене й очей не зводить з мене.</w:t>
      </w:r>
    </w:p>
    <w:p>
      <w:r>
        <w:t>&amp;quot;Це твій дванадцятий, як ворожила циганка&amp;quot;,&amp;mdash; каже до мене Катерина. А я думаю: &amp;quot;Оце ж, мабуть, той, од котрого мені треба сподіватись або великого щастя, або великого горя, як казала ворожка&amp;quot;.</w:t>
      </w:r>
    </w:p>
    <w:p>
      <w:r>
        <w:t>Ідемо ми додому, а він усе за нами, а далі питає в мене: &amp;quot;Як тебе, молодичко, звуть?&amp;quot; А я кажу: &amp;quot;Я собі удова Настя; а тебе як звуть?&amp;quot; А він каже: &amp;quot;Мене звуть Грегор&amp;quot;, та говорить вже по-нашому. &amp;quot;Хіба ти молдаван, що тебе звуть Грегор? Чи ти тутешній?&amp;quot; &amp;mdash; питаю я в його; а ві&amp;quot; каже: &amp;quot;Я, Насте, з Непитайлівки, як і ти, мабуть, з Неказайлівки&amp;quot;. Ото провів нас до самої господи та й розпрощався з нами. Вернувся він назад, а я глянула йому вслід, глянула на чорні кучері кругом тонкої шиї та чогось важко-важко зітхнула. &amp;quot;Ой боже мій! &amp;mdash; подумала я.&amp;mdash; Це ж до мене знов приступає&amp;quot;.</w:t>
      </w:r>
    </w:p>
    <w:p>
      <w:r>
        <w:t>Прийшла я додому. Господиня звеліла заходжуватись готувати вечерю. Пораюсь я, неначе нежива. Знов мені почало памороки забивати. Що де покладу, то й забуду. А в мене в очах так і манячить то циганка в червоній сукні, то моя червона сукня, то чорні очі того Грегора. Господи, який чудний той день випав мені! А все то пішлося мені з тієї червоної сукні. Спала я ніч, як не спала, і все снився мені той чудний день од обіду до самого вечора. Тільки що почало на світ благословитись, а я прокинулась і не пам&amp;#39;ятаю, де я: чи на Ришканівці, чи в грека в кухні, чи на качелях, чи за столом в шинку з Грегором. &amp;quot;Боже мій,&amp;mdash; думаю я,&amp;mdash; це, мабуть, знов нечистий приступає до мене&amp;quot;. Вернулась я з базару, пораюсь коло печі, а мені пісні на думку йдуть... Так мені чогось радісно, так весело. Вскочила пані в кухню та й посилає мене в пекарню за паляницями. А я тільки що повироблювала котлети та порозкладувала на стільниці. &amp;quot;Приберу ж я котлети та сховаю де-небудь, щоб часом собака не вбігла в пекарню та не поїла,&amp;mdash; думаю я.&amp;mdash; Де б їх,&amp;mdash; думаю,&amp;mdash; сховати!&amp;quot; Одчинила я свою скриню та й поклала зверху стільничку з котлетами. На столі лежали ложки та ножі. Я вхопила їх, крутилась, вертілась по хаті, а далі й кинула в грубу; думаю, тут ніхто не знайде, як часом хто вскочить в пекарню. Вертаюсь я додому, а пані увійшла та й питає: &amp;quot;А де це ти, Насте, діла котлети?&amp;quot; А я кажу: &amp;quot;Та оце як виходила з хати, то сховала, щоб часом собаки не вбігли та не поїли&amp;quot;. Говорю я, а сама бігаю очима скрізь по хаті: їй-богу моєму, і з голови випало, де я діла ті котлети... &amp;quot;Але де ж це ти їх сховала?&amp;quot; &amp;mdash; питає пані. Кинулась я шукати, глянула на полицю, на піч, під піч, заглянула під ліжко, нема котлетів. Пані побігла в комірчину, заглянула в усі закутки, нема котлетів. &amp;quot;їй-богу! &amp;mdash; кажу,&amp;mdash; я сховала, тільки забулась, де&amp;quot;. &amp;quot;Не в скриню ж ти їх замкнула&amp;quot;,&amp;mdash; каже до мене пані. &amp;quot;Та в скриню ж, &amp;mdash; кажу,&amp;mdash; в скриню! Оце добре, що нагадали&amp;quot;. Одчиняю скриню, аж стоять мої котлети. Накрила я стіл, ложок та ножів нема. Кричить пані на мене: &amp;quot;Де ти діла ложки?&amp;quot; А я кручусь по хаті, пошарила по всіх усюдах, нехай уже</w:t>
      </w:r>
    </w:p>
    <w:p>
      <w:r>
        <w:t>мене бог простить, заглянула й за образи &amp;mdash; нема! &amp;quot;Оце,&amp;mdash; кажу,&amp;mdash; нечистий знов спокушає мене; неначе памороки забило мені&amp;quot;. Та вже діти познаходили ножі та ложки в грубі в попелі. Так мені стало й сором і чогось страшно: мені все здавалось, що після вчорашнього дня знов приступає до мене нечистий.</w:t>
      </w:r>
    </w:p>
    <w:p>
      <w:r>
        <w:t>Ой боже милостивий та милосердний! А воно таки незабаром і приступило до мене, бо нечистий знов наслав на мене оту Хаброню. Через тижнів два чи три після того пішла я на базар. Накупила я всього на обід повнісінький кошик, потім пішла я в той ряд, де продають огородину. А ряд той довгий, похожий на улицю: по обидва боки рундуки з покрівлею на стовпцях. На рундуках скрізь здорові купи червоних баклажанів; низки червоного стрючковатого перцю скрізь висять і на стовпцях рундуків, на стріхах, ще й розкидані зверху на покрівлі. Уся та уличка на сонці червоніє, неначе горить. Вийшла я з тієї улички на плац, несу кошик, аж сопу, та тільки що хотіла повертати додому, коли дивлюсь, проти мене шинк, а з шинку вискакує Хаброня. Як угляділа мене, так і кинулась мені на шию! Поставила я кошик на землі та давай обніматись та цілуватись з нею, неначе рідну матір побачила. &amp;quot;Бачиш, яка ти, Насте, недобра! &amp;mdash; докоряє вона мені.&amp;mdash; Покинула нас та й сховалась од нас, неначе од ворогів&amp;quot;. Я аж заплакала. Коли гляну, з шинку вибігає й кума Мотря, а за Мотрею Хівря, а за нею Олена, трохи не уся Ришканівка вибігла до мене з шинку. Давай ми цілуватись та розмовляти. Ото просить мене Хаброня в шинк випити вина, а я кажу: &amp;quot;Ні, Хаброне! спасибі тобі за ласкаве слово, а по чарці я вже не буду пити&amp;quot;. А вона побігла в шинк, винесла пляшку з вином та як шелесне нею під самісіньким моїм вухом! &amp;quot;От тепер я знов пропала!&amp;quot; &amp;mdash; думаю я. Ступлю я однією ногою на поріг, та й оступлюсь; ступлю знов, та й оступлюсь. А Хаброня знов як бовтне перед самісіньким моїм носом, я так і вскочила в шинк! Вже й не знаю, чи довго вони там пили, бо куми почали співати. Мусила таки й я трошечки випити в кумпанії. Я глянула на свій кошик та й згадала, що мені час іти додому. Вхопила я кошик, вибігла з шинку, та й &amp;quot;є потраплю, куди мені додому йти. Пам&amp;#39;ятаю тільки, що треба було повертати в ту уличку через базар, де червоніє перчиця та баклажани на рундуках. Глянула я в один бік, уся улиця перцем червоніє; повернулась в</w:t>
      </w:r>
    </w:p>
    <w:p>
      <w:r>
        <w:t>22 &amp;mdash; І* Нечуй-Левнцький, т. 4.</w:t>
      </w:r>
    </w:p>
    <w:p>
      <w:r>
        <w:t>337</w:t>
      </w:r>
    </w:p>
    <w:p>
      <w:r>
        <w:t>другий бік, і там перець червоніє; повернулась в третій бік, і там уся улиця червоніє, неначе горить. Що мені тепер робити? Куди повертати? Мдхнула я рукою та й пішла навмання: думаю, втраплю додому цією улицею, коли вся улиця червоніє, неначе вогнем горить. Ото йду я та йду, а мені все червоніють в очах низки перцю: коли дивлюсь, аж вже стало кругом мене скрізь зелено. Оглянулась я на всі боки, домів нема, тільки сади та виноградники. &amp;quot;Де ж це я опинилась?&amp;quot; &amp;mdash; думаю я. Озирнулась я кругом; то було зелено, а це вже мені чогось здалося, що стало скрізь біло; акація неначе цвіте, сади цвітуть, а в садах соловейки щебечуть. Оце яка чудна оказія! Тільки що хотіла я роздивитись, а мене неначе хто пхнув у рівчак. Я впала та незчулась, як і заснула...</w:t>
      </w:r>
    </w:p>
    <w:p>
      <w:r>
        <w:t>Вже не пам&amp;#39;ятаю, чи довго я там спала. Тільки чую, мене штовхає під бік якийсь молдаван і ллє мені на лице воду з тикви. Я схопилась, сіла та й дивлюсь, витріщивши очі. Лапнула за голову, на голові хустки нема. Гляну я, коло мене в рівчаку лежить хустка. Підвела очі вгору, надо мною гілля абрикосів. &amp;quot;Де це я?&amp;mdash;думаю.&amp;mdash; Чи на цім світі, чи, може, вже на тім&amp;quot;. Одібрало зовсім мені па-мороки. Думаю, думаю, нічого не пригадаю. Коли дивлюсь, молдаван суне в руки мені кошик. Я витріщаю очі на той кошик. А молдаван каже: &amp;quot;Вставай, молодице, та одніми од собаки м&amp;#39;ясо&amp;quot;. Дивлюся я, собака сидить під кущем та гризе кістку, а зв&amp;#39;язані качки тріпаються по траві. Кавун покотився в рівчак, в&amp;#39;язки пражу, виноград, червоні й сині баклажани валяються кругом мене. Слава тобі, создателю! Вернувся мій розум додому. Я згадала усе, та як схоплюся, як пожбурю на собаку ломакою; з&amp;#39;їла проклята половину м&amp;#39;яса ще й паляницю! Позабирала я усе, вийшла на гору та давай озиратись кругом. Кишинів далеченько видно на горі, аж хрести горять на церквах в тумані. Я пригадала й Хаброню, і той шинк, де куми пили, перехрестилась наперед усього до церкви та подякувала, що мені бог хоч розум вернув. І сама не відаю, що зо мною сталося! Не диво було б, якби я впилася, а то, їй-богу, кумо, тільки трохи натщесерце покуштувала.</w:t>
      </w:r>
    </w:p>
    <w:p>
      <w:r>
        <w:t>Приходжу я додому, а хазяїни ждуть мене з базару. Не топили й не варили. &amp;quot;Де це ти була до півдня?&amp;quot; &amp;mdash; питає в мене хазяйка. А я кажу: &amp;quot;Вибачайте мені, пані, бо мене нечиста сила водила. Є в мене кума відьма, та од неї усе це лихо сталося. Хотіла йти з базару до-</w:t>
      </w:r>
    </w:p>
    <w:p>
      <w:r>
        <w:t>дому, а вона мене завела до шинку, а як я вийшла з шинку, то нечиста сила водила мене поза городом аж до півдня...&amp;quot;</w:t>
      </w:r>
    </w:p>
    <w:p>
      <w:r>
        <w:t>Другого дня прогнала мене пані. Вернулась я знов до овоєї господи та до своєї Хаброні. &amp;quot;Ні,&amp;mdash; кажу,&amp;mdash; Хабро-ню! Од тебе не втечеш і під землею не сховаєшся&amp;quot;. А тут почалася робота &amp;gt;в виноградниках. Ото одного дня каже до мене Хаброня: &amp;quot;Ходім у виноградники зрізувати виноград&amp;quot;. Вкинули ми в торбу шматок хліба та й пішли в виноградник до одного пана та й стали на роботу. Виноград дуже вродив того року. Листя з кущів вже зовсім обсипалось внизу, тільки держалося на вершечках. Як присіла я під кущами, як глянула вниз з гори попід кущами, то мені здалося, неначе хто оберемками накидав винограду. Цілі купи здорових кетяхів аж до землі доторкуються кінчиками, що й ліз не знать. Одна купа жовта, друга чорна, а там далі червона, ще й зверху на гілках подекуди теліпаються кетяхи, неначе хто навішав пучків усяких сережок. Поснідали ми виноградом з хлібом, пообідали виноградом і пополудновали виноградом. Надвечір дійшли ми до низу. А внизу під горою, коло самого виноградника, густа купа акацій та волоських горіхів так розрослася, неначе сиза хмара або густе зелене руно. Ото дивлюся я на ту гущавину, а з неї висовується якась чорна патлата голова, а за головою широкі плечі: висунеться з листя та й знов ховається в гущавину. Хаброня вгляділа того чоловіка та й каже до мене: &amp;quot;Чи ти бачиш, Насте, яка ондечки звірюка виглядає з листя?&amp;quot; Дивлюся я, знов висунулись страшенні широкі груди з розхристаною сорочкою; голі груди чорніють, як земля, а на плечах чорніє здоровецька кучерява голова, як макітра. Висунулося воно, помахало на мене рукою та й знов сховалося за густе гілля. Я собі подумала, що якийсь бродяга закрадається з-за кущів, щоб накрасти винограду, бо та гущавина була при самій дорозі. Вже сонце зайшло; почало смеркатись. Однесли ми останні відра та коновки з виноградом, викидали в бочки, взяли плату та й вертаємось додому. Стежка йшла саме через ту гущавину. Люди пішли вперед, пішла й Хаброня, а я якось зосталась позаду. Увійшла я в ту гущавину, а там поночі, як уночі. Густе гілля горіхів позвішувалось, як хмара, а зверху поплутався по гіллі виноград. Я згадала про того чорного бурлаку, й мені трохи страшно стало. Коли дивлюсь, передо мною стежка в&amp;#39;єть-</w:t>
      </w:r>
    </w:p>
    <w:p>
      <w:r>
        <w:t>22*</w:t>
      </w:r>
    </w:p>
    <w:p>
      <w:r>
        <w:t>339</w:t>
      </w:r>
    </w:p>
    <w:p>
      <w:r>
        <w:t>ся через маленьку прогалину. Кругом прогалини в&amp;#39;ється вже пожовклий, дикий виноград, за ним шовковиці та абрикоси, всі в жовтому листі. Прогалина лиснить проти синього неба; жовтий лист кругом неначе золотом сяє, а серед тієї прогалини стоїть якийсь чрловік, високий, патлатий та чорний, неначе дідько намальований на жовтій стіні. Як глянула я, та й стовпом стала. Дивлюся я, та тінь заворушилась та й іде до мене. В мене в душі похололо. Я хотіла закричати, хотіла перехреститись, та й руки не підвела. А він приступив до мене та й питає: &amp;quot;Чи це ти, Насте? Я Грегор. Чи пам&amp;#39;ятаєш мене?&amp;quot; Я й незчулась, як дві широкі долоні вхопили мене за плечі, неначе дві лопати. Долоні були гарячі, як огонь. Здорова голова нахилилась до мого лиця; гарячі губи, як розпечене залізо, притулились до моєї щоки, а потім, як п&amp;#39;явки, впились в мої губи. Я трохи не зомліла в його руках, бо почула, що моя кість хрущить в його руках, як хрущать пальці на руці, коли хто з усеї сили здушить руку.</w:t>
      </w:r>
    </w:p>
    <w:p>
      <w:r>
        <w:t>&amp;quot;А я тебе, Насте, вглядів, як ти йшла в виноградник,&amp;mdash; каже він до мене стиха.&amp;mdash; Я сидів тут трохи не од півдня та все дивився на тебе, як ти під горою різала виноград. Чом ти не прийшла до мене, як я до тебе махав рукою?&amp;quot; &amp;mdash; питає він мене над самісіньким вухом, а його гарячий дух так пече мене в щоку, неначе сонце літом. Мені здалося, що жовте листя на шовковицях та абрикосах горить кругом нас, і той огонь пече мене. Я хотіла говорити та й не змогла, а серце в грудях так стукало, що я ушима чула його. &amp;quot;Чи ти любиш мене, Насте?&amp;quot; &amp;mdash; питає він знов. Я опам&amp;#39;яталась і насилу згадала, де я, що зі мною діється. Пригадала я Хаброню та й кажу йому: &amp;quot;Пусти мене, бо мене он Хаброня жде&amp;quot;. А він знов питає в мене: &amp;quot;Чи ти любиш мене? Скажи, що любиш, то пущу&amp;quot;. Як сказав він це слово, я незчулась, як обняла його шию руками. &amp;quot;Скажи, де ти живеш: я до тебе сьогодні пізненько прийду&amp;quot;,&amp;mdash; каже він. А я кажу: &amp;quot;На передмісті Риш-канівці, за річкою Бичком, друга хата з самого краю&amp;quot;. Він мене пустив, а я ледве догнала Хаброню аж на шляху під вербами.</w:t>
      </w:r>
    </w:p>
    <w:p>
      <w:r>
        <w:t>&amp;quot;Де це ти так загаялась? &amp;mdash; питає в мене Хаброня,&amp;mdash; Чи не з тим чортом стояла, що виглядав з акацій?&amp;quot; Як сказала вона це &amp;mdash; в мене в душі похололо. Думаю, може й справді нечистий спокушав мене... Такий він був чорний, та пелехатий, та страшний. Знов почало в мене одбирати памороки... Чую я, в мене плечі гарячі на тому місці, де він брався руками, чую навіть слід його гарячих пальців на плечах, слід губів на щоках: так і пашить в тому місці, неначе од огню. Забило в мене памороки, аж голова в мене закрутилась. Хотіла пригадати, який тоді був день, та, їй-богу, забула.</w:t>
      </w:r>
    </w:p>
    <w:p>
      <w:r>
        <w:t>Прийшла я додому, сіла на призьбі та й думаю: чи прийде, чи ні? І хочеться мені, щоб він прийшов, і страх мене бере. Вже надворі добре смерклось. Ввійшла я в хату, засвітила світло, сіла та й жду. І сон мене не бере. А він все мені на умі вертиться. Думаю я, боже мій, що це за напасть сталася зо мною? Звідкіль вона взялася? Жила собі тихо, хліб заробляла, а тут на тобі таку напасть! Це, мабуть, циганка мені наворожила. &amp;quot;Коли воно неспроста, то перехрещусь, як він увійде в хату: як не щезне, то він чоловік&amp;quot;,&amp;mdash; думаю собі. Коли чую, під вікнами щось важко ступає; рипнули сінешні двері. В мене в душі похололо. Одчинились двері в хату, а звідтіль висовується чорна голова, нахилена вниз. Увійшов він у хату, зігнувшись у низеньких дверях, та як став просто, то трохи не до стелі головою достав. Я перехрестилась, він не щезає. Дивлюсь на розхристані груди, груди мохнаті та широкі. Сорочка на йому без застіжки, як у молдаван, та чорна, як рілля; під пахвою держить гуску, а пальцями душить її за ніс, мабуть, щоб не кричала. Ну, думаю, коли приніс гуску, то певно чоловік, а не дідько. &amp;quot;Добривечір, Насте! &amp;mdash; каже він.&amp;mdash; На тобі гуску та заходжуйся варити вечерю, бо вже буде тиждень, як я обідав&amp;quot;. &amp;quot;А де ж ти взяв гуску&amp;quot;? &amp;mdash;питаю я. &amp;quot;Та тут,&amp;mdash; каже,&amp;mdash; їхали молдавани з базару, то я й купив&amp;quot;. Взяла я гуску в руки, гуска закричала, і мені стало якось веселіше. Зарізав він гуску, а я затопила в печі, нагріла окропу, опатрала гуску, половину вкинула в юшку, половину спекла. А він сидить кінець стола обірваний, обшарпаний. Синя китаєва молдавська куфайка на ньому вся попроривалась, неначе він біг через терен або через гущавину в лісі. Волосся закудлане, лице невмите, руки чорні, як у коваля. &amp;quot;Де це ти,&amp;mdash; кажу,&amp;mdash; так обшарпав одежу та замазався, неначе тиждень не вмивався? Перше я тебе бачила в дорогому жупані, а тепер ти в старому дранті&amp;quot;. А він каже: &amp;quot;Не вродив цього року хліб на моєму полі, то не було за що й одежі справити&amp;quot;. &amp;quot;Хіба,&amp;mdash; кажу,&amp;mdash; ти маєш поле?&amp;quot; &amp;quot;Авжеж,&amp;mdash; каже,&amp;mdash; маю: в мене поле по всьому світі; де стану, там і моя земля&amp;quot;. &amp;quot;Хто ж ти такий? Де ж твоя хата, де твоя рідня?&amp;quot; &amp;mdash; питаю. А він каже: &amp;quot;Моя рідня розсипалась скрізь по Басарабії та по Молдавщині&amp;quot;. &amp;quot;Чи ти ж,&amp;mdash; кажу,&amp;mdash; парубок, чи удовець?&amp;quot; &amp;quot;Моя жінка вмерла через рік, як мене батько оженив, та й добре зробила, що вмерла&amp;quot;,&amp;mdash; каже він.</w:t>
      </w:r>
    </w:p>
    <w:p>
      <w:r>
        <w:t>Налила я йому води в миску. Він умився. Дала йому гребінець, щоб розчесав голову. Чеше він закудлану голову, а волосся тріщить на йому, аж зубці з гребінця сипляться. Причепурився він, сів кінець стола та все дивиться на мене, а я на його поглядаю скоса. Дивлюся я, його широкий лоб, щоки коло очей і ніс залисніли проти світла, бо були біліші от смуглявого лиця та шиї, неначе на те місце засвітило сонце. Чорні кучері залисніли. Осміхнувся він до мене, блиснули білі рівні зуби, а в мене неначе серце засміялось.</w:t>
      </w:r>
    </w:p>
    <w:p>
      <w:r>
        <w:t>Подала я на стіл вечерю, з&amp;#39;їла сама шматок, а він трощить гуску, як голодний вовк, аж кістки тріщать в зубах. З&amp;#39;їв усю гуску до останку. Вже в місті погасло світло в вікнах. Він встав з-за стола та й почав прощатись зо мною. &amp;quot;Куди ж ти оце йдеш проти ночі&amp;quot;?&amp;mdash;питаю я в його. &amp;quot;Та йду до знакомих, бо там мене ждуть; просили на ніч, а завтра жди мене до себе ввечері&amp;quot;. Попрощався він зо мною та й пішов в город.</w:t>
      </w:r>
    </w:p>
    <w:p>
      <w:r>
        <w:t>Другого дня ходила я, неначе п&amp;#39;яна. Цілий день вертиться він у мене перед очима. І діла не робила. Сиджу та все думаю про його. Коли смерком знов рипнули двері. Входить він у хату, а в його під пахвою індик. А я кажу до його: &amp;quot;Нащо ти втрачаєшся та купуєш птицю?&amp;quot; &amp;quot;На те,&amp;mdash; каже,&amp;mdash; що тебе люблю&amp;quot;. Зарізав він індика, я опатрала, половину зварила, половину спекла. Уклав він у копи трохи не всього індика та й каже: &amp;quot;Ото коли б оце по чарці! Чи нема в тебе горілки або вина&amp;quot;? А я кажу: &amp;quot;Нема й не буде, бо я дала богові зарік не пити; була мені, бач, притичина на кладовищі, та я з того часу й заріклась пити. &amp;quot;Дурний твій зарік! &amp;mdash; каже він.&amp;mdash; Піду ж я в город та зап&amp;#39;ю оцього індика&amp;quot;. Знов посидів він зо мною до півночі та й пішов.</w:t>
      </w:r>
    </w:p>
    <w:p>
      <w:r>
        <w:t>Ходив він до мене щовечора з тиждень або й більше. Оце як тільки почне смеркатись, я вже жду його та варю мамалиґу. Купила полотна, пошила йому сорочки, полатала йому одежу, причепурила його. Боже мій, як я любила його! Я б йому, здається, душу свою оддала. Ото одного вечора жду я його, а він не йде. Вже й надворі зовсім смерклось; вже й зорі висипали на небі, а його нема. Зварила я мамалиґу, сиджу та думаю про його, а мене бере сум та нудьга. Здається летіла б до його, якби знала, де він. Вийшла я надвір, надворі поночі, тільки місто на горі й попід горою вже світиться вікнами. Вийшла я за двір, нема його. Я пішла шляхом з гори: думаю, чи не стріну його. Зійшла я з гори, вийшла на маленький горбик, дивлюся, під горбиком над річкою ледве мріють циганські шатра. Коло одного шатра горить багаття, висить казанок, а коло вогню сидить циганка в червоній хустці на голові. Я зараз впізнала ту циганку ворожку, що мені ворожила в саду. Коли дивлюсь, з-за шатра вийшло щось високе та рівне та й приступає до вогню. Блиснув огонь на його... Ой лишечко мені! Це ж мій Грегор! Дивлюся я, з шатра виходить старий високий циган, такий заввишки, як Грегор, а за ним другий молодий та тонкий. Постояли вони коло вогню, поговорили з Грегором та й пішли за шатра в лози. А Грегор стоїть коло вогню, махає руками та й балакає з циганкою. Мене взяв жаль. Я хотіла вже бігти до багаття, але згадала, що в тих циган такі страшні собаки, як вовки. Коли чую, старший циган з ліз крикнув на Грегора; він і собі пішов за шатра в кущі. Стою я та й не знаю, чи йти мені додому, чи ні. Пішла б до Грегора, та боюся циган. Коли дивлюсь, з дороги звернув якийсь чоловік, а за ним другий, та й пішли просто до багаття. Поставали вони коло вогню та щось питають в циганки. Циганка махнула їм рукою за шатра, на лози. Один з їх повернувся лицем до вогню; я впізнала того лакея, що служив разом зо мною в грека. Ото й вони пішли в кущі. Глянула я на шлях, знов повернули з шляху якісь люди, вже не знаю, чи цигани, чи міщани, та й ті пішли в кущі. Стояла я, стояла, дивлюсь на кущі, нічого не видно. Долина чорніє, як темна ніч. В лозах ані шелесне лист. Собаки сидять коло циганки та дивляться на казанок. В шатрах усі цигани поснули. Стояла я, стояла та й пішла додому. &amp;quot;Чи не ходить часом Грегор до тієї циганки на вечорниці?&amp;quot; &amp;mdash; думаю я, йдучи додому.</w:t>
      </w:r>
    </w:p>
    <w:p>
      <w:r>
        <w:t>Другого дня ввечері знов прийшов він до мене. Він через поріг, а я в сльози. &amp;quot;Чого це ти плачеш, Насте?&amp;quot; &amp;mdash; питає він у мене. &amp;quot;А тим,&amp;mdash; кажу,&amp;mdash; що ти вчора не прийшов до мене та ходив до тієї поганої циганки ворожки, що в саду панам ворожить&amp;quot;. &amp;quot;До якої циганки?&amp;mdash;каже він.&amp;mdash; Я вчора був на роботі, а ввечері і з шинку не виходив&amp;quot;. &amp;quot;Добре,&amp;mdash; кажу,&amp;mdash; не виходив, коли я бачила, як ти балакав з циганкою коло багаття, а потім пішов з якимись циганами в лози. Я стояла на горі, все тебе ждала й усе бачила&amp;quot;.</w:t>
      </w:r>
    </w:p>
    <w:p>
      <w:r>
        <w:t>Як сказала я це, в його очі блиснули так страшно, що я аж злякалась. Поглянув він скоса на мене, насупив свої чорні брови та й каже: &amp;quot;Ти, Насте, бачила когось іншого, що схожий на мене; хіба нема людей схожих? Не плач, Насте, бо ти дурнісінько плачеш: я вчора ввечері пив в шинку і цілу ніч з шинку не виходив&amp;quot;.</w:t>
      </w:r>
    </w:p>
    <w:p>
      <w:r>
        <w:t>Просиділа я з ним трохи не цілу ніч, голубила його, незчулася, як надворі свінуло. Ото він іде од мене та й каже: &amp;quot;Я тебе, Насте, полюбив, як побачив вперше в червоній сукні. Чом ти ніколи не вберешся в червону сукню?&amp;quot; А я кажу: &amp;quot;Прийде неділя, я вберуся в червону сукню. Приходь в неділю&amp;quot;.</w:t>
      </w:r>
    </w:p>
    <w:p>
      <w:r>
        <w:t>Ото прийшла неділя. Вбралася я в червону сукню, жду його й варю йому вечерю. Вже й вечеря готова, вже й надворі смерклося, а його нема та й нема. Вийшла я на шлях його виглядати. Стою за ворітьми та все на шлях поглядаю, а його нема. Зійшла з гори, знов вернулась до двору, а його нема. Вже на Ришканівці світло погасло, і в городі почало світло згасати подекуди, а його нема! Зажурилась я, аж голову схилила. Вернулась у хату, сон мене не бере. Вийшла знов на шлях, дивлюсь, вже світло в городі скрізь погасло, все затихло, все поснуло. Здих-нула я важко, вернулась у двір. Коли це зразу щось блиснуло на небі, неначе блискавка. Глянула я на небо, аж над Кишиневом котиться з неба зоря, здорова та червона, як огонь, та й покотилась понад моєю хатою, а за нею потягся червоний довгий хвіст, неначе мітла. Іскри так і посипались, аж зашипіли та зашкварчали. Тріснула зоря, блиснула й десь впала за горою та й розсипалась іскрами. Усі гори й долини стало видко, як серед дня. Глянула я на двір, аж коло хати стоїть Грегор, високий та рівний, неначе намальований на білій стіні. Я глянула та з переляку трохи не впала: так забило мені дух в грудях. Стою я на одному місці й не маю сили з місця рушити. Він вглядів мене та й каже: &amp;quot;Де це ти, Насте, ходиш так пізно?&amp;quot; А я стою, як стіна німа: мені здалося, що це перелесник впав до мене в двір та й став Грего-ром. Він знов говорить до мене, а я стою й не можу з переляку слова промовити. Взяв він мене за руку, увів у хату, засвітив світло, а я сіла на лаві та тільки дивлюсь на його. Він глянув на мене та й каже: &amp;quot;Чого це ти така бліда стала та біла як крейда?&amp;quot; Я аж тоді опам&amp;#39;ятувалась та й кажу: &amp;quot;Скажи мені, Грегоре, хто ти такий? Чи добрий, чи лихий чоловік&amp;quot;. &amp;quot;Авжеж,&amp;mdash; каже він,&amp;mdash; добрий, коли тебе люблю, як свою душу; це, мабуть, тебе налякало те, що з неба огнем впало&amp;quot;. &amp;quot;А перехрестись,&amp;mdash; кажу я,&amp;mdash; нехай я побачу хоч хрест на тобі; я ще ні разу не бачила, щоб ти хрестився або молився богу&amp;quot;. Він узяв та й перехрестився тричі до образів та й каже: &amp;quot;Оце, Насте, я став під хуру в одного купця. Отут я приніс одну річ: нехай постоїть в тебе до світу, а перед світом я заїду кіньми та й візьму&amp;quot;. &amp;quot;Нехай,&amp;mdash; кажу,&amp;mdash; постоїть, про мене, в сінях або в хаті&amp;quot;. Ото він вийшов надвір. Дивлюся я, він пре в сіни якусь здорову скриню з дощечок, таку саму, в яких купці привозять крам. Поставив в сінях, накрив соломою та й пішов.</w:t>
      </w:r>
    </w:p>
    <w:p>
      <w:r>
        <w:t>Лягла я спати. Спала, як не спала, тільки дрімала, а мені все сниться, що з неба летять огневі змії, блищать, як блискавка, та все падають в мій вивід, а з комина виходить Грегор, то червоний, як огонь, то чорний, як сатана. Тільки почало на світ благословитись, Грегор постукав у вікно. Я одчинила. Він викотив ту скриню з сіней, кинув на віз та й каже: &amp;quot;Прощай, Насте! Я швидко до тебе не вернусь. Жди мене аж на різдво; не кажи ж нікому, що я в тебе був цієї ночі&amp;quot;. Сказав він це та й поїхав на гору.</w:t>
      </w:r>
    </w:p>
    <w:p>
      <w:r>
        <w:t>Він поїхав, а мене взяв жаль. Я плакала цілий день, плакала й вечір. Жаль мені за ним, як за рідним батьком. Настала пилипівка. Почалася зима. Набрала я додому роботи, сиджу та шию, та все про його думаю: і жаль мені за ним, і страшно його, і сама не знаю, кого я так гаряче кохаю. Минають тижні, а я все про його думаю та й сама не знаю, чи добре я зробила, що його полюбила. Хочеться мені в людей поради питати, бо сама я ніяк не можу дати собі ради. Ото взяла я свою роботу, пішла до Хаброні на оденки та все чисто їй розказала, неначе перед попом висповідалась. А Хаброня слухала, слухала та й каже: &amp;quot;Це тебе покохав якийсь пройдисвіт, а може й злодій; хіба мало в нас тих пройдисвітів в Кишиневі? Була,&amp;mdash; каже вона,&amp;mdash; й мені така притичина: внадилось до мене якесь ледащо та ще й на лихо таке гарне, а я через його три дні в тюрмі сиділа&amp;quot;. А я кажу: &amp;quot;Може, твоя й правда: це, мабуть, сам нечистий внадився до мене: не дурно ж він раз прилетів до мене перелесником та й упав у мій двір&amp;quot;.</w:t>
      </w:r>
    </w:p>
    <w:p>
      <w:r>
        <w:t>Думала я про його цілу пилипівку. Хотіла забути, ніяк не забуду: ті пишні великі очі так і сяють передо мною, як вечірня зоря, куди не повернуся. І лягаю спати з думкою про ті чорні очі, і встаю з думкою про їх. Думала його не ждати, але все його ждала, в вікна виглядала. Оце часом на базарі вгляджу де чорні кучері або очі, схожі на його очі, то моє серце так заграє, так заб&amp;#39;ється, що в мене сльози виступають в очах... &amp;quot;Буду,&amp;mdash; думаю собі,&amp;mdash; говіти! Піду висповідаюсь, дам зарік його не любити, його навіки забути, а на різдво й двері запру, як він прийде&amp;quot;. Одяглася я, пішла до церкви. Йду до церкви й примічаю, що мої очі самі так і плачуть, так і заливаються, сльозами, неначе я з ним прощаюся навіки. Ото одговілася я та все думаю: що це я вчинила, що його полюбила? Як умер мій покійник Василь, я ж заріклася до смерті нікого не любити. Стало мені сором, аж щоки зайнялися огнем.</w:t>
      </w:r>
    </w:p>
    <w:p>
      <w:r>
        <w:t>Ото вже прийшла кутя. Варю я кутю та узвар та й думаю: зварю тільки для себе одної. Коли дивлюсь, я й не зогляділась, як зварила на двох... Думаю одне, а роблю друге та все його жду, аж у вікна виглядаю. &amp;quot;Боже мій милостивий та милосердний!&amp;mdash;думаю я,&amp;mdash; що це діється зо мною? Не прийму я його більше, не хочу я його ждати&amp;quot;. Але чую, що в грудях серце так і тріпається, як пташка, щоки горять, голова пашить огнем: я чую, що його жду. Вже настав святий вечір, вже почало смеркатись; я вуха насторочила та й слухаю, чи не застукотить попід вікнами. Шелесне вітер акаціями під вікном, а мені здається, що він от-от застукає в двері і ввійде в хату. Повечеряла я, як не вечеряла. Молилася богу, думка не летить до бога, та все до його. &amp;quot;Пропаща я навіки! Чимсь нечистим він причарував мою душу&amp;quot;,&amp;mdash; думала я, лягаючи спати.</w:t>
      </w:r>
    </w:p>
    <w:p>
      <w:r>
        <w:t>На перший день різдва убралась я в червону сукню та й пішла з Хабронею погуляти на базар. Вертаюсь з базару й тільки що увійшла в хату, а він за мною шусть на поріг! Неначе з комина вилетів. Як стояла я, так і впала йому на груди та за сльозами й світу не бачу.</w:t>
      </w:r>
    </w:p>
    <w:p>
      <w:r>
        <w:t>Скинув він кожух, а на йому убір гарний та дорогий: синій суконний жупан з ґудзиками, добрі чоботи, синя жилетка, а на жилетці аж чотири ряди здорових ґудзиків так і сяють; шия зав&amp;#39;язана червоною хусткою. Стоїть він передо мною, як літнє сонце на мене світить; високий лоб з чорними бровами аж сяє, а довгі вії позакручувались над очима, як кучері. &amp;quot;Нащо ти мене так мучив? Чом ти не навідався до мене хоч на часину? Я трохи не вмерла за тобою&amp;quot;,&amp;mdash; кажу я. А він витяг з кишені хусточку, розв&amp;#39;язує та й подає мені добре намисто; аж п&amp;#39;ять разків! Та яке намисто! не просте, а панське: кожна намистина кругленька, неначе виточена. Майнуло те намисто в його руках перед вікном на сонці, аж блиск пішов по стінах. &amp;quot;Оце на тобі, носи та мене не забувай,&amp;mdash; каже він.&amp;mdash; А тепер на гроші, купи м&amp;#39;яса, а я куплю горілки та вина; готуй вечерю, бо я прийду з гістьми&amp;quot;. Вийняв він з кишені гамана, розшморгнув, а звідтіль так і посипались на стіл срібняки, а між ними й червінці, та ще й виглядає сувой асигнацій. &amp;quot;Де ти,&amp;mdash; кажу,&amp;mdash; Грегоре, набрав такого грошей, та ще й червінців?&amp;quot; А він каже: &amp;quot;Заробив: тепер на моїй ниві був добрий врожай; бач, як я зодягся та прибрався&amp;quot;. &amp;quot;Чи можна ж,&amp;mdash; питаю,&amp;mdash; покликати й куму Хаброню до себе?&amp;quot; &amp;quot;А чом же!&amp;mdash;каже.&amp;mdash; Клич і Хаброню і всіх своїх кумів: на всіх настачу&amp;quot;.</w:t>
      </w:r>
    </w:p>
    <w:p>
      <w:r>
        <w:t>Пішла я на базар та по дорозі забігла запросити Хаброню і потім од радості й незчулась, як облітала трохи не всю Ришканівку та запросила усіх кумів. На базарі стріла знайомих молдаванок та й тих запросила. Щось таке зо мною сталося, що я була готова всіх скликати до себе, неначе на весілля. Приходжу я додому, вбралася в червону сукню, аж іде Грегор і несе здорові пляшки з горілкою та з вином. З Грегором прийшов якийсь старий високий чоловік: голова сива, брови й вуси сиві, а сам чорний, очі здорові, чорні та страшні. Придивляюсь я до того старого, а він з лиця схожий на Грегора, неначе його батько... За старим увійшов у хату ще один парубок, неначе молдаван, високий, тонкий та кучерявий. Надвечір збіглися до мене усі куми. Хаброня та Марта стали коло печі та готують вечерю, а я сиджу та не надивлюся на Грегора. Ото він налив чарку горілки та й подає мені: &amp;quot;Оце,&amp;mdash; каже,&amp;mdash; тобі, Насте, перша чарка&amp;quot;. Я на той час усе забула: що й зарік давала не пити, що й сповідалася й причащалася. Одібрав нечистий од мене пам&amp;#39;ять: я взяла та й випила одну, потім другу. Закрутилась в мене голова, а на серці така радість, така радість! Так би, здається, і співала, й танцювала та все до серця пригортала Грегора. Напав на мене якийсь сміх. На кого не гляну, та й сміюся; хто що скаже, я сміюсь; гляну Грегорові в вічі, регочусь. Його чорні кучері та довгі вії неначе лоскочуть мене по душі: він осміхнувся до мене, а я регочусь, аж сльози виступили з очей. &amp;quot;Чого ти, Насте, так смієшся? &amp;mdash; каже мені Хаброня.&amp;mdash; Гляди лиш, щоб після не плакала&amp;quot;. Я глянула на неї та разом і перестала сміятись; чогось на мене напав сум. Втерла я рукавом сльози та чогось пригадала ворожчині слова... Згадала та й засмутилась.</w:t>
      </w:r>
    </w:p>
    <w:p>
      <w:r>
        <w:t>Посідали гості кругом стола, п&amp;#39;ють та балакають. Старий дід усе розмовляв з Грегором про Ясси, про Буку-рест та про якісь коні. Подала я на стіл вечерю. Чоловіки так і кинулись на печеню, як вовки на вівцю; беруть руками м&amp;#39;ясо, тягнуть з тарілок так нечепурно, аж юшка тече по скатерті та по грудям. Старий дід замурзав морду трохи не по самі вуха. Повечеряли ми та давай знов пити. В мене почала голова морочитись. Хаброня та Марта виступили серед хати, попіднімали руки вгору та давай пританцьовувати одна до другої, та приспівувати молдаванської пісні. Я тільки пам&amp;#39;ятаю, що молодий парубок сів коло Марти, а потім пам&amp;#39;ятаю, що старий дід почав змагатись з Грегором за якогось вороного коня, що Грегор продав десь за границею; пам&amp;#39;ятаю, як вони повскакували з лави, як стояли серед хати, страшно кричали та совались один до другого з кулаками; пам&amp;#39;ятаю, як страшно в їх блищали здорові очі. З того страху я впала на ліжко та й вже нічого більше не бачила й не чула...</w:t>
      </w:r>
    </w:p>
    <w:p>
      <w:r>
        <w:t>Так ми пили та гуляли усі святки. Я забула бога й людей і не пам&amp;#39;ятаю, що зо мною діялось. Нечистий обплутав мене, неначе яка напасть. Грегор жив у мене. Я перестала й сусід соромитись. Куми з мене сміються в вічі, а мені й байдуже. Аж після водохреща вийшов трохи чад з голови. Почала я думати, що це зо мною діється? що далі зо мною буде? А Грегор цілісінький деиь спить, а ввечері попоїсть та все кудись ходить. Питаю я в його, куди він ходить, він не каже. Ото раз надвечір сиджу я з ним, надумалась та й кажу: &amp;quot;Що ж, Грегоре, далі з нами буде? З мене люди сміються. Я для тебе забула бога й людей, забула, що дала богові зарік не пити й не любити&amp;quot;. А він каже: &amp;quot;Дурні ви молодиці! Носитесь з богом, як з писаною торбою: то не вважай на бога та люби мене, та й годі&amp;quot;. Я перехрестилась та й кажу: &amp;quot;Отже, я не дурно думала, що ти неспроста до мене ходиш, коли про бога таке говориш. Чи не накладаєш ти з нечистим? Скажи мені усю правду, коли мене любиш!&amp;quot; Він зареготався та й каже: &amp;quot;Якби я був молодиця, то ти б ще сказала, що я відьма&amp;quot;. &amp;quot;Жартуй,&amp;mdash; кажу,&amp;mdash; не жартуй, а нам треба повінчатись та жити вкупі, як слід, по закону. Я сама в хаті; зоставайся в мене за хазяїна&amp;quot;. Він як зарегочеться та й каже: &amp;quot;Я б літом здох в твоїй хаті. Нема в світі, як вольна воля на степах або в лісі. Мені важко дихати в хаті&amp;quot;. &amp;quot;Хіба,&amp;mdash; кажу,&amp;mdash; ти на літо на степах стаєш за чабана?&amp;quot; &amp;quot;Здурів би, чи що, щоб за чабана став,&amp;mdash; каже він.&amp;mdash; Я циган і літом живу в циганському шатрі. Хіба йди зо мною в шатро на літо, то я з тобою повінчаюсь&amp;quot;.</w:t>
      </w:r>
    </w:p>
    <w:p>
      <w:r>
        <w:t>Як сказав він це, я так і остовпіла. &amp;quot;Може, ти,&amp;mdash; каже він,&amp;mdash; не будеш мене любити, що я циган?&amp;quot; Глянула я на його гарну вроду та й кажу: &amp;quot;Коли б ти був не тільки циган, а навіть татарин, я тебе любитиму, бо не маю сили тебе не любити. Ти мене чимсь причарував, не тільки чорними очима та бровами...&amp;quot;</w:t>
      </w:r>
    </w:p>
    <w:p>
      <w:r>
        <w:t>Прожив він у мене до масниці. Як тільки стала весна, він десь щез, навіть зо мною не попрощався. Знов зосталась я, неначе удова, одним одна в хаті з своїми думками та гріхами. Ходжу в місто на роботу та вже й про каяття не думаю.</w:t>
      </w:r>
    </w:p>
    <w:p>
      <w:r>
        <w:t>Перед Великоднем прибули цигани й розкинули шатра над Бичком. Я пішла до тих шатрів, перегляділа усіх циган, а його не знайшла. Побачила й ту циганку, що мені в саду ворожила, питаю в неї, чи не бачила вона Грегора, чи не чула вона про його; вона каже, що не бачила й не чула. Над самою річкою стояло здорове шатро, мабуть, якогось багатого цигана. Шатро всередині було позапинане килимами; килими розстелені долі. Коло шатра стояли добрі вози; вештались гарно повбирані цигани. Я півдня стояла коло того шатра, думала, чи не побачу свого Грегора, а його не було.</w:t>
      </w:r>
    </w:p>
    <w:p>
      <w:r>
        <w:t>Настала красна весна. Зацвіли абрикоси. Вже й Великдень минув, минули й проводи. Ото раз вночі, вже аж перед світом, чую я через сон, щось затупотіло під хатою, неначе приїхало на коні. Я прокинулась й затрусилась. Чую, стукає в двері. Я скочила з постелі й прожогом побігла в сіни. &amp;quot;Насте, одчини&amp;quot;! &amp;mdash; каже хтось. Я зараз впізнала його голос. Одчинила я двері. Надворі видко, як удень: місяць стоїть серед неба. Дивлюсь, коло хати стоїть високий вороний кінь, прив&amp;#39;язаний до акації, шерсть на йому аж вилискується проти місяця. Коло коня стоїть Грегор і одв&amp;#39;язує од сідла здорового мішка. Я так і кинулась до Грегора. А він каже: &amp;quot;Засвіти, Насте, світло, та швидко! Як можна швидше!&amp;quot; Побігла я в хату, засвітила світло. Він увійшов у хату та й каже: &amp;quot;Позапинай вікна&amp;quot;. Я позапинала вікна одежиною та хустками. Дивлюся на його, а він стоїть передо мною блі-дий-блідий та неначе втомлений. Очі страшно блищать, а на лобі синіє попруга неначе од батога, аж кров запеклася; сорочка на йому розідрана од коміра аж до пояса. Голе плече й половина грудей блищить, неначе викована з міді. На сорочці й на руках червоніє кров. &amp;quot;Грегоре, серце моє! Чи ти з ким бився, чи на тебе напали розбійники? Хто це тебе так покалічив?&amp;quot; &amp;mdash; питаю я в його. А він каже: &amp;quot;Нема часу розказувати; візьми оцей мішок та сховай в погребі або де в соломі, аж поки я до тебе знов прийду&amp;quot;. &amp;quot;Що ж це таке в мішку? &amp;mdash; питаю я,&amp;mdash; може, мені якого гостинця привіз?&amp;quot; Не втерпіла я, взяла та й розшморгнула зав&amp;#39;язку. Дивлюся, а там дорогі шовкові сукні та тонкі дорогі сорочки: все пом&amp;#39;яте, жмутами набите в мішок... Я догадалась та й кажу: &amp;quot;Грегоре, ти когось обікрав! Не хочу я краденого добра. Я бога маю в серці. Нащо ти крадеш? Я не буду держати цього добра в своїй оселі. Ти й сам пропадеш і мою душу згубиш&amp;quot;. Він спахнув, як огонь. Чорні очі страшно блиснули, аж в мене ноги затрусились. Я не вгляділа, звідкіль він вихопив ножа, вхопив мене однією рукою за плечі, а другою^ підняв ніж надо мною та й каже: &amp;quot;Ховай зараз оцей мішок та нікому й слова не кажи, що я в тебе був, тебе бачив. А коли ти кому слово скажеш, то я тричі всаджу оцей ніж тобі в груди й покраю тебе на шматки, як покраяв свою жінку та її коханка. Чуєш! Я тебе вб&amp;#39;ю, хоч люблю тебе, як свою душу. З злодіями нема жартів&amp;quot;!</w:t>
      </w:r>
    </w:p>
    <w:p>
      <w:r>
        <w:t>Гострий ніж блиснув надо мною в здоровому кулаці. Грегор став страшний, як сатана. Люті очі блищали, неначе в звіра. В мене в душі похололо. Як стояла я, так і похилилась на його руку. Він мене одіпхнув ні живу ні мертву, вхопив мішка, вибіг надвір, вкинув у погріб та й знов увійшов у хату. Я сиджу на лаві, як мертва. Він вхопив мене обома руками, пригорнув до себе та й каже: &amp;quot;Я тебе злякав; не бійсяі прощай, та нікому не кажи, бо й сама на Сибір підеш разом зо мною&amp;quot;. Вибіг він надвір, скочив на коня та й вилетів з двора. Я за ним надвір, а за двором ще троє сиділо на вороних здорових конях. Я тільки почула, що коні заприхкали й полетіли на гору, як птиці.</w:t>
      </w:r>
    </w:p>
    <w:p>
      <w:r>
        <w:t>Чи це він, чи ні? Чи снилось мені, чи й справді це все було! Насилу-силу ворушиться в мене думка. Опам&amp;#39;яталась я, дивлюсь: місяць світить, як удень. На горі видко усей Кишинів. Доми й церкви біліють. Скрізь тихо, як у сні. Мені стало холодно. Чую, що я уся дрижу. В грудях стукотить серце, неначе хоче вискочити. В вухах задзвеніло, потім зашуміло. Я дивлюсь на хату, двері одчинені. Мені чогось здалося, що мене обікрали злодії та хотіли вбити, що один злодій замірився на мене блискучим ножем. Я крикнула і, як несамовита, побігла вулицею до Хаброні. Стукаю в її двері та кричу. Вибігла Хаброня й перелякалась. &amp;quot;Що це з тобою, Насте?&amp;quot; &amp;mdash; питає вона в мене. Ото ввела вона мене в хату, засвітила світло. Я вся дрижу, аж зуби цокотять, а голова горить, неначе в огні. &amp;quot;Хаброню! &amp;mdash; кажу я,&amp;mdash; дай мені свяченої води. Нечистий спокушає мене: був у мене сатана оце тільки що та трохи не зарізав мене&amp;quot;. Напилась я свяченої води, та мені й полегшало. &amp;quot;Мабуть, приїздив оце до тебе отой злодій Грегор&amp;quot;,&amp;mdash; каже Хаброня. &amp;quot;Та еге ж! &amp;mdash; кажу я,&amp;mdash; та такий страшний, побитий, та трохи мене не заколов ножем&amp;quot;.</w:t>
      </w:r>
    </w:p>
    <w:p>
      <w:r>
        <w:t>Розказала я усе чисто Хаброні, а вона каже: &amp;quot;Це до тебе справді нечистий причепився. Коли б часом не сталося тобі якого горя. Ото злодії когось обікрали, а завтра поліція буде нишпорити та трусити по городі. Треба нам зараз десь діти того мішка, бо ти будеш сидіти за його в тюрмі&amp;quot;.</w:t>
      </w:r>
    </w:p>
    <w:p>
      <w:r>
        <w:t>Пішли ми з Хабронею, витягли з погреба того мішка, взяли заступа, та через городи, та на гору, та зайшли аж за гору, та й закопали його в проваллі. &amp;quot;Тепер ходім та лягаймо спати! &amp;mdash; каже Хаброня,&amp;mdash; а як ще прийде до тебе той нечистий, то ти поклич поліцію&amp;quot;.</w:t>
      </w:r>
    </w:p>
    <w:p>
      <w:r>
        <w:t>Прийшла я додому та вже й спати не лягла. Сиджу на призьбі та боюся і в хату ввійти: так і манячить блискучий ніж над моєю головою. Тільки що почало розвиднюватись, дивлюся я, аж летять шляхом проз двір москалі на конях, а за ними поліція та і дмухнула на гору. Коли біжить Хаброня та й каже, що вже трусять у сусід на кутку, перетрусили усе в хаті в куми Марти, знайшли якийсь лантух з краденим добром. Кажуть, цієї ночі завіз до неї якийсь молодий циган. Марту вже взяли в тюрму. Не вспіла Хаброня вийти з мого городу, набігла поліція до мене, перетрусила усе чисто в хаті, в скрині, в комірчині, в погребі. Тільки що одчинили скриню, в мене в душі похололо: ото, думаю, знайдуть те дороге намисто, що подарував Грегор, то й буде біда. Перекидали усе в скрині, а намиста нема! Аж мені дивно стало! Мабуть, вкрав той, хто подарував, бо я часом кидала незамкнуту скриню, як він був у мене. Як пішла поліція з двору, я аж перехрестилась. Ото пішли ми з Хабронею на базар, чуємо, усі говорять, що цієї ночі цигани розбійники вбили на шляху за Кишиневом якусь паню, її горничну й погонича. В одній корчмі на яру пили ті цигани. Опівночі верталася додому в своє село якась багата пані. Цигани знали, що вона буде вертатись з гостей, та й засіли в рову під горою коло самої корчми. Тільки що карета минула шинк, вони вискочили та й спинили коні. Один циган кинувся до погонича і вдарив його ломом по голові. Погонич так і покотився з козел. Тоді цигани витягли з карети паню. Один циган вдарив і її ломом по голові; вона впала. В кареті сиділа горнична. Вони витягли й горничну й почали її бити ломом. Вона впала навзнак на землю і все закривала лице долонями, бо була дуже гарна. Цигани розмізчили їй пальці на пелюстки і таки вбили. Потім випрягли коні, поскакали в село й напали на дом тієї пані. В домі вже усі спали. Цигани повиймали вікна, понадівали на лице машкари, пов&amp;#39;язали слуг, вбили економа, розламали скрині й позабирали гроші та усе дочиста добро. В той час, як вони порались в домі, пані опам&amp;#39;яталась і якось долізла до шинку. В шинк заїхали молдавани і нагодився якийсь пан. Шинкаря жида зв&amp;#39;язали, а пан та молдавани кинулись в село, наробили гвалту і погнались за циганами. Цигани вскочили в Кишинів, а з Кишинева шляхом до Дністра та в ліси. Погоня побігла за ними. Пастухи розказали, що бачили чотирьох циган на дорогих конях, що вони вскочили в ліс і десь поховались в лісі.</w:t>
      </w:r>
    </w:p>
    <w:p>
      <w:r>
        <w:t>Розказують нам це люди, а я тільки мовчки поглядаю на Хаброню, а вона на мене. &amp;quot;Мабуть, це порався твій</w:t>
      </w:r>
    </w:p>
    <w:p>
      <w:r>
        <w:t>Грегор та твої гості,&amp;mdash; каже Хаброня.&amp;mdash; Тепер же мовчи та нікому й слова не кажи, що ти їх бачила, бо підеш на Сибір&amp;quot;. &amp;quot;А може й не вони,&amp;mdash; кажу я.&amp;mdash; Хіба мало циган бродить по Басарабії?&amp;quot; А сама чогось аж трушусь: і світ мені став немилий, і сон мене не бере. &amp;quot;Невже,&amp;mdash; думаю,&amp;mdash; мій Грегор не то що злодій, а ще й розбійник!&amp;quot;</w:t>
      </w:r>
    </w:p>
    <w:p>
      <w:r>
        <w:t>Минув тиждень, я ходжу ні жива ні мертва. Коли чую, знов люди гомонять на базарі, що вже впіймали тих розбійників і що вони вже сидять в Кишиневі в тюрмі. Кажуть, що з-за границі, з Молдаванщини вже давно перейшла на Басарабію ціла юрба циган розбійників, розбивала по дорогах та переховувалась в лісах над Дністром. В глибокому яру, між горами, була страшна гущавина. Усей той яр так заріс кущами, що не тільки не пройде чоловік, але й собака не пролізе. Через ту гущавину тече малесенька течія й тільки по тій течії з одного боку можна пройти в ту гущавину і навіть конем проїхати. Розбійники вирубали там дерево та кущі й стали шатрами. Москалі та поліція позганяли народ з сіл. Кажуть, що собаки донюхались до того місця й почали брехати, як на звіра. Порубали кущі, увійшли москалі з рушницями й зловили п&amp;#39;ятнадцять циган. Шатра були вистлані й обвішані всередині дорогими килимами. Там стояло й четверо дорогих коней на припоні тієї пані, що цигани хотіли вбити.</w:t>
      </w:r>
    </w:p>
    <w:p>
      <w:r>
        <w:t>Почула я це та й голову похилила... Через два дні вже чую, що трьох циган засудили на смерть і їх будуть стріляти за городом другого дня вранці. Хаброня потягла й мене на те місце. Іду я ні жива ні мертва. І боюся так, що мене аж пропасниця трясе, і цікава я знати, чи то Грегора впіймали, чи кого іншого.</w:t>
      </w:r>
    </w:p>
    <w:p>
      <w:r>
        <w:t>Прийшли ми за город на долину. Ще й сонечко не сходило, а народ біжить туди, аж спотикається. Дивлюся я, на горі стоїть сила народу, а на долині біліє три стовпи. Народ гомонить, гуде, як бджоли в улику. Баби хрестяться. Викотилось з-за гори сонце. Я глянула на шлях, з гори полилася неначе річка москалів з рушницями на плечах. Сонце блищить на рушницях. Курява піднімається, як дим. Коли це в куряві, неначе на хмарах, з&amp;#39;явився перший високий віз, потім другий і третій. Глянула я, на першому возі високо-високо над людськими головами гойдається сивий, аж білий чоловік, прив&amp;#39;язаний до дошки спиною. Я впізнала того діда, що був у</w:t>
      </w:r>
    </w:p>
    <w:p>
      <w:r>
        <w:t>23&amp;mdash;Нечуй-Левнцькнй, т. 4.</w:t>
      </w:r>
    </w:p>
    <w:p>
      <w:r>
        <w:t>353</w:t>
      </w:r>
    </w:p>
    <w:p>
      <w:r>
        <w:t>мене в гостях з Грегором. Він сидів, похиливши сиву голову, й не дивився на людей. Не встигла я одвести од його очі, знов угляділа віз, а на йому сидить Грегор без шапки. Як угляділа я його, та й крикнула не своїм голосом. На мене ніхто й не глянув, неначе я крикнула серед лісу... Дивлюся я, на третьому возі сидить той високий молодий циган, що був у мене в гостях з Грегором. Люди гомонять, що то попереду повезли батька, цигана Кос-така, а за ним його старшого сина Сандула, а за ним меншого сина Степана. Той Сандул був мій Грегор.</w:t>
      </w:r>
    </w:p>
    <w:p>
      <w:r>
        <w:t>Позводили їх усіх трьох з возів і поприв&amp;#39;язували до стовпів. Коло середнього стовпа прив&amp;#39;язали батька, по праву руку коло його Грегора, по ліву руку меншого сина. їм позав&amp;#39;язували очі білими хусточками. Я стояла й думала, неначе це все мені сниться. Пам&amp;#39;ятаю тільки, що народ втих, що стало так тихо, неначе там не було й душі. Коли чую, народ кругом мене загомонів, що вже швидко стрелятимуть циган. В мене руки й ноги затрусились. Я й не стямилась, як кинулась втікати. Хаброня вгляділа, що я біжу, та давай мене доганяти. А я все біжу й сама не знаю куди. Я готова була бігти хоч на край світу. Коли чую, бахнуло раз, другий, третій. Я впала на землю і вже не пам&amp;#39;ятаю, що діялось зо мною. Як опам&amp;#39;яталась я, то вгляділа тільки Хаброню, що стояла коло мене.</w:t>
      </w:r>
    </w:p>
    <w:p>
      <w:r>
        <w:t>Повела мене Хаброня додому. Ідемо ми, аж до церков дзвонять. Хотіла я зайти в церкву, стала коло порога та й назад вернулась. &amp;quot;Тепер,&amp;mdash; думаю,&amp;mdash; й бог не прийме моєї молитви; а за того, хто згубив з світу стільки душ, гріх і молитись&amp;quot;. А Хаброня каже: &amp;quot;Ходімо до шинку, як вип&amp;#39;єш, то й лихо забудеш&amp;quot;. Як пішли ми до шинку, то я пила цілий день: і не снідала, й не обідала, й не вечеряла^ та все пила. П&amp;#39;ю та плачу, а Хаброня мене втішає. Вже опівночі жид замкнув шинк, а ми побрались з Хабронею попід руки та й пішли додому.</w:t>
      </w:r>
    </w:p>
    <w:p>
      <w:r>
        <w:t>Отак-то, кумо, нечистий насміявся з мене. Од того часу я вже закаялась пити й любити. Але часом і тепер прийде година, то нечистий і приступає до мене, тягне на спокусу та й тягне! Вже в мене ледве сили стає вдержатись од тієї чортячої спокуси.</w:t>
      </w:r>
    </w:p>
    <w:p>
      <w:r>
        <w:t>&amp;nbsp;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Чортяча спокуса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