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Демон</w:t>
      </w:r>
    </w:p>
    <w:p>
      <w:r>
        <w:br/>
        <w:t xml:space="preserve"> ДЕМОН&lt;br /&gt;</w:t>
        <w:br/>
        <w:t>Східна повість&lt;br /&gt;</w:t>
        <w:br/>
        <w:t>ЧАСТИНА ПЕРША&lt;br /&gt;</w:t>
        <w:br/>
        <w:t>І&lt;br /&gt;</w:t>
        <w:br/>
        <w:t>Печальний демон, дух вигнання,&lt;br /&gt;</w:t>
        <w:br/>
        <w:t>Літав над обрієм земним,&lt;br /&gt;</w:t>
        <w:br/>
        <w:t>І днів минулих спогадання&lt;br /&gt;</w:t>
        <w:br/>
        <w:t>Пливли юрбою перед ним;&lt;br /&gt;</w:t>
        <w:br/>
        <w:t>Тих днів, коли в чертогах світу&lt;br /&gt;</w:t>
        <w:br/>
        <w:t>Сіяв він, чистий херувим,&lt;br /&gt;</w:t>
        <w:br/>
        <w:t>І на бігу, в огні блакитнім,&lt;br /&gt;</w:t>
        <w:br/>
        <w:t>Комета усміхом привітним&lt;br /&gt;</w:t>
        <w:br/>
        <w:t>Любила поміняться з ним,&lt;br /&gt;</w:t>
        <w:br/>
        <w:t>Коли крізь вічності тумани,&lt;br /&gt;</w:t>
        <w:br/>
        <w:t>Жадібний знань і повний сил,&lt;br /&gt;</w:t>
        <w:br/>
        <w:t>Він стежив зграйні каравани&lt;br /&gt;</w:t>
        <w:br/>
        <w:t>-В простори кинутих світил;&lt;br /&gt;</w:t>
        <w:br/>
        <w:t>Коли, мов ясний небосхил,&lt;br /&gt;</w:t>
        <w:br/>
        <w:t>Йому любов сіяла рання!&lt;br /&gt;</w:t>
        <w:br/>
        <w:t>Не знав злоби він, ні вагання,&lt;br /&gt;</w:t>
        <w:br/>
        <w:t>І не жахав ума його&lt;br /&gt;</w:t>
        <w:br/>
        <w:t>Віків похмурих ряд безкрилий...&lt;br /&gt;</w:t>
        <w:br/>
        <w:t>Він згадував... Але всього.&lt;br /&gt;</w:t>
        <w:br/>
        <w:t>Не мав він пригадати сили!&lt;br /&gt;</w:t>
        <w:br/>
        <w:t>II&lt;br /&gt;</w:t>
        <w:br/>
        <w:t>Давно він, проклятий, блукав&lt;br /&gt;</w:t>
        <w:br/>
        <w:t>Серед страшної самотини:&lt;br /&gt;</w:t>
        <w:br/>
        <w:t>Услід за віком вік спливав,</w:t>
      </w:r>
    </w:p>
    <w:p>
      <w:r>
        <w:br/>
        <w:t>Як за хвилинами хвилини,&lt;br /&gt;</w:t>
        <w:br/>
        <w:t>У блиску зір ;і льоті хмар...&lt;br /&gt;</w:t>
        <w:br/>
        <w:t>Землі безмежний володар,&lt;br /&gt;</w:t>
        <w:br/>
        <w:t>Він сіяв зло без насолоди,&lt;br /&gt;</w:t>
        <w:br/>
        <w:t>І на страшнім шляху тому&lt;br /&gt;</w:t>
        <w:br/>
        <w:t>Не зустрічав він перешкоди, —&lt;br /&gt;</w:t>
        <w:br/>
        <w:t>І зло наскучило йому.&lt;br /&gt;</w:t>
        <w:br/>
        <w:t>III&lt;br /&gt;</w:t>
        <w:br/>
        <w:t>Над верховинами Кавказу&lt;br /&gt;</w:t>
        <w:br/>
        <w:t>Вигнанець раю пролітав;&lt;br /&gt;</w:t>
        <w:br/>
        <w:t>Під ним Казбек, як грань алмазу,&lt;br /&gt;</w:t>
        <w:br/>
        <w:t>Снігами вічними сіяв,&lt;br /&gt;</w:t>
        <w:br/>
        <w:t>І, повен жаху для людини,&lt;br /&gt;</w:t>
        <w:br/>
        <w:t>Мов щілина, житло зміїне,&lt;br /&gt;</w:t>
        <w:br/>
        <w:t>Дар'ял між горами зіяв,&lt;br /&gt;</w:t>
        <w:br/>
        <w:t>І Терек, буйний, як левиця,&lt;br /&gt;</w:t>
        <w:br/>
        <w:t>Піднявши гриву на хребті,&lt;br /&gt;</w:t>
        <w:br/>
        <w:t>Ревів — і звір гірський, і птиця&lt;br /&gt;</w:t>
        <w:br/>
        <w:t>У ясносиній висоті&lt;br /&gt;</w:t>
        <w:br/>
        <w:t>Глаголу вод його вчували,&lt;br /&gt;</w:t>
        <w:br/>
        <w:t>І позолочені хмарки&lt;br /&gt;</w:t>
        <w:br/>
        <w:t>З країн південних, здалеки&lt;br /&gt;</w:t>
        <w:br/>
        <w:t>Його на північ проводжали.&lt;br /&gt;</w:t>
        <w:br/>
        <w:t>І скелі, оповиті в сум.&lt;br /&gt;</w:t>
        <w:br/>
        <w:t>Юрбою димною дрімливо&lt;br /&gt;</w:t>
        <w:br/>
        <w:t>Дивилися на білий шум,&lt;br /&gt;</w:t>
        <w:br/>
        <w:t>На хвиль бентежних вічну зливу.&lt;br /&gt;</w:t>
        <w:br/>
        <w:t>І темні башти замкові,&lt;br /&gt;</w:t>
        <w:br/>
        <w:t>Чолом шматуючи тумани,&lt;br /&gt;</w:t>
        <w:br/>
        <w:t>Кавказу вічні вартові&lt;br /&gt;</w:t>
        <w:br/>
        <w:t>Між гір стояли, як титани!&lt;br /&gt;</w:t>
        <w:br/>
        <w:t>Прекрасно-дикий був навкруг&lt;br /&gt;</w:t>
        <w:br/>
        <w:t>Весь божий світ — та гордий дух&lt;br /&gt;</w:t>
        <w:br/>
        <w:t>Зневажливим окинув оком&lt;br /&gt;</w:t>
        <w:br/>
        <w:t>Все, Богом створене самим,&lt;br /&gt;</w:t>
        <w:br/>
        <w:t>І на чолі його високім&lt;br /&gt;</w:t>
        <w:br/>
        <w:t>Це не відбилося ІНІЧИМ.</w:t>
      </w:r>
    </w:p>
    <w:p>
      <w:r>
        <w:br/>
        <w:t>І&amp;#165;&lt;br /&gt;</w:t>
        <w:br/>
        <w:t>І перед ним нові картини&lt;br /&gt;</w:t>
        <w:br/>
        <w:t>З'явилися в ясній імлі:&lt;br /&gt;</w:t>
        <w:br/>
        <w:t>Розкішна Грузія долини&lt;br /&gt;</w:t>
        <w:br/>
        <w:t>Прослала килимом вдалі...&lt;br /&gt;</w:t>
        <w:br/>
        <w:t>Щасливий, пишний край землі!&lt;br /&gt;</w:t>
        <w:br/>
        <w:t>Стовпами зведені раїни,&lt;br /&gt;</w:t>
        <w:br/>
        <w:t>Під ними срібні ручаї&lt;br /&gt;</w:t>
        <w:br/>
        <w:t>На ложі з різного каміння,&lt;br /&gt;</w:t>
        <w:br/>
        <w:t>Хитання роз, де соловТ&lt;br /&gt;</w:t>
        <w:br/>
        <w:t>Красуням ШЛЮТБ пісні пломіннї,&lt;br /&gt;</w:t>
        <w:br/>
        <w:t>Палкі освідчення свої;&lt;br /&gt;</w:t>
        <w:br/>
        <w:t>Чинари пишні та розлогі,&lt;br /&gt;</w:t>
        <w:br/>
        <w:t>Густим увінчані плющем,&lt;br /&gt;</w:t>
        <w:br/>
        <w:t>Печери, де лежть тихцем&lt;br /&gt;</w:t>
        <w:br/>
        <w:t>Удень олені ряснорогі,&lt;br /&gt;</w:t>
        <w:br/>
        <w:t>І шум, і рух, і листя дим,&lt;br /&gt;</w:t>
        <w:br/>
        <w:t>І гомону далекий грім,&lt;br /&gt;</w:t>
        <w:br/>
        <w:t>І ніжні пахощі рослинні',&lt;br /&gt;</w:t>
        <w:br/>
        <w:t>І день палкий в огні прикрас;&lt;br /&gt;</w:t>
        <w:br/>
        <w:t>Росою повні кожний раз&lt;br /&gt;</w:t>
        <w:br/>
        <w:t>Вогкі і ароматні ночі,&lt;br /&gt;</w:t>
        <w:br/>
        <w:t>І зорі пристрасні, як очі&lt;br /&gt;</w:t>
        <w:br/>
        <w:t>Грузинки у кохання час...&lt;br /&gt;</w:t>
        <w:br/>
        <w:t>Але крім заздрості глухої&lt;br /&gt;</w:t>
        <w:br/>
        <w:t>Бенкет природи не збудив&lt;br /&gt;</w:t>
        <w:br/>
        <w:t>У серці, сповненім злобою,&lt;br /&gt;</w:t>
        <w:br/>
        <w:t>Ні сил нових, ні почуттів.&lt;br /&gt;</w:t>
        <w:br/>
        <w:t>Весь чар земних розкішних видив&lt;br /&gt;</w:t>
        <w:br/>
        <w:t>Він зневажав чи ненавидів.&lt;br /&gt;</w:t>
        <w:br/>
        <w:t>V&lt;br /&gt;</w:t>
        <w:br/>
        <w:t>Високий дім, широкий двір&lt;br /&gt;</w:t>
        <w:br/>
        <w:t>На славу в сивого Гудала....&lt;br /&gt;</w:t>
        <w:br/>
        <w:t>Труда він коштував немало&lt;br /&gt;</w:t>
        <w:br/>
        <w:t>І сліз рабам ще з давніх пір.&lt;br /&gt;</w:t>
        <w:br/>
        <w:t>Удосвіта на схили гір&lt;br /&gt;</w:t>
        <w:br/>
        <w:t>Він тіні— відкида блакитнг,</w:t>
      </w:r>
    </w:p>
    <w:p>
      <w:r>
        <w:br/>
        <w:t>У скелі сходи ледь помітні&lt;br /&gt;</w:t>
        <w:br/>
        <w:t>Від башти крайньої ведуть&lt;br /&gt;</w:t>
        <w:br/>
        <w:t>Туди, де ллє Арагва хвилі.&lt;br /&gt;</w:t>
        <w:br/>
        <w:t>Не раз по сходах держить путь&lt;br /&gt;</w:t>
        <w:br/>
        <w:t>В чадрі княжна Тамара білій:&lt;br /&gt;</w:t>
        <w:br/>
        <w:t>Дівчата воду там беруть.&lt;br /&gt;</w:t>
        <w:br/>
        <w:t>VI&lt;br /&gt;</w:t>
        <w:br/>
        <w:t>Завжди безмовний, на долини&lt;br /&gt;</w:t>
        <w:br/>
        <w:t>Зорив байдуже хмурий дім;&lt;br /&gt;</w:t>
        <w:br/>
        <w:t>Гучний бенкет сьогодні в нім —&lt;br /&gt;</w:t>
        <w:br/>
        <w:t>Звучить зурна і ллються вина —&lt;br /&gt;</w:t>
        <w:br/>
        <w:t>Тамару віддає Гудал.&lt;br /&gt;</w:t>
        <w:br/>
        <w:t>Для цього він усю родину&lt;br /&gt;</w:t>
        <w:br/>
        <w:t>Покликав. Юна молода&lt;br /&gt;</w:t>
        <w:br/>
        <w:t>Сидить між подруг на покрівлі,&lt;br /&gt;</w:t>
        <w:br/>
        <w:t>Де співи й ткані, й злота дар;&lt;br /&gt;</w:t>
        <w:br/>
        <w:t>Вже за високими шпилями&lt;br /&gt;</w:t>
        <w:br/>
        <w:t>Заходить сонце як пожар...&lt;br /&gt;</w:t>
        <w:br/>
        <w:t>Б'ючи помірно в такт руками,&lt;br /&gt;</w:t>
        <w:br/>
        <w:t>Співає коло... Молодій&lt;br /&gt;</w:t>
        <w:br/>
        <w:t>Кортить до танцю... Бубон свій&lt;br /&gt;</w:t>
        <w:br/>
        <w:t>Вона бере, її рука&lt;br /&gt;</w:t>
        <w:br/>
        <w:t>Взялась крутить його; легка,&lt;br /&gt;</w:t>
        <w:br/>
        <w:t>Вона летить, пливе, мов пава,&lt;br /&gt;</w:t>
        <w:br/>
        <w:t>То раптом спиниться на мить —&lt;br /&gt;</w:t>
        <w:br/>
        <w:t>І погляд як огонь горить,&lt;br /&gt;</w:t>
        <w:br/>
        <w:t>І кличе, вогкий та лукавий.&lt;br /&gt;</w:t>
        <w:br/>
        <w:t>То стрепенеться, оживе,&lt;br /&gt;</w:t>
        <w:br/>
        <w:t>Свій стан гнучкий нахилить трішки,&lt;br /&gt;</w:t>
        <w:br/>
        <w:t>І знов по килиму пливе&lt;br /&gt;</w:t>
        <w:br/>
        <w:t>Краса божественної ніжки.&lt;br /&gt;</w:t>
        <w:br/>
        <w:t>І усміхається вона,&lt;br /&gt;</w:t>
        <w:br/>
        <w:t>Весела й чиста, як весна.&lt;br /&gt;</w:t>
        <w:br/>
        <w:t>Проміння місячне, що грає&lt;br /&gt;</w:t>
        <w:br/>
        <w:t>По розхвильованій воді, —&lt;br /&gt;</w:t>
        <w:br/>
        <w:t>Хто з ним ці чари порівняє,&lt;br /&gt;</w:t>
        <w:br/>
        <w:t>Як цвіт, як щастя, молоді?</w:t>
      </w:r>
    </w:p>
    <w:p>
      <w:r>
        <w:br/>
        <w:t>Клянуся сонцем з-понад хмар,&lt;br /&gt;</w:t>
        <w:br/>
        <w:t>Клянуся славою пророка,&lt;br /&gt;</w:t>
        <w:br/>
        <w:t>Персидський гордий володар&lt;br /&gt;</w:t>
        <w:br/>
        <w:t>І ні один на світі цар&lt;br /&gt;</w:t>
        <w:br/>
        <w:t>Не цілував такого ока.&lt;br /&gt;</w:t>
        <w:br/>
        <w:t>Гарему пишного фонтан&lt;br /&gt;</w:t>
        <w:br/>
        <w:t>У чарах літнього спокою&lt;br /&gt;</w:t>
        <w:br/>
        <w:t>Своєю срібною росою&lt;br /&gt;</w:t>
        <w:br/>
        <w:t>Не обмивав подібний стан!&lt;br /&gt;</w:t>
        <w:br/>
        <w:t>Рука ще жодної людини&lt;br /&gt;</w:t>
        <w:br/>
        <w:t>У ніжних пестощів хвилини&lt;br /&gt;</w:t>
        <w:br/>
        <w:t>Подібних кіс не розплела;&lt;br /&gt;</w:t>
        <w:br/>
        <w:t>Відколи світ позбувся раю,&lt;br /&gt;</w:t>
        <w:br/>
        <w:t>Така красуня, присягаю,&lt;br /&gt;</w:t>
        <w:br/>
        <w:t>Під сонцем півдня не цвіла.&lt;br /&gt;</w:t>
        <w:br/>
        <w:t>VIII&lt;br /&gt;</w:t>
        <w:br/>
        <w:t>Востаннє в танці мрійно лине&lt;br /&gt;</w:t>
        <w:br/>
        <w:t>Дочка Гудалова єдина&lt;br /&gt;</w:t>
        <w:br/>
        <w:t>Бо ждуть уже на цю дитину&lt;br /&gt;</w:t>
        <w:br/>
        <w:t>Далекі люди, не свої&lt;br /&gt;</w:t>
        <w:br/>
        <w:t>В новій, незнаній батьківщині,&lt;br /&gt;</w:t>
        <w:br/>
        <w:t>І доля тихої рабині&lt;br /&gt;</w:t>
        <w:br/>
        <w:t>В чужім краю, в чужій сім'ї.&lt;br /&gt;</w:t>
        <w:br/>
        <w:t>І часто потайні вагання&lt;br /&gt;</w:t>
        <w:br/>
        <w:t>Темнили світле їй чоло;&lt;br /&gt;</w:t>
        <w:br/>
        <w:t>Та повне все зачарування,&lt;br /&gt;</w:t>
        <w:br/>
        <w:t>Таке ясне, як зірка рання,&lt;br /&gt;</w:t>
        <w:br/>
        <w:t>Таке все миле в ній було,&lt;br /&gt;</w:t>
        <w:br/>
        <w:t>Що навіть Демон сам крилатий,&lt;br /&gt;</w:t>
        <w:br/>
        <w:t>Коли б побачив він її,&lt;br /&gt;</w:t>
        <w:br/>
        <w:t>Зітхнув би, мусив би згадати&lt;br /&gt;</w:t>
        <w:br/>
        <w:t>Безгрішні, давні дні свої.&lt;br /&gt;</w:t>
        <w:br/>
        <w:t>IX&lt;br /&gt;</w:t>
        <w:br/>
        <w:t>І Демон бачив... Як світання,&lt;br /&gt;</w:t>
        <w:br/>
        <w:t>Неясний вітер хвилювання</w:t>
      </w:r>
    </w:p>
    <w:p>
      <w:r>
        <w:br/>
        <w:t>В собі відчув неждано він...&lt;br /&gt;</w:t>
        <w:br/>
        <w:t>Його душі німу пустиню&lt;br /&gt;</w:t>
        <w:br/>
        <w:t>Мов благовісний сповнив дзвін...&lt;br /&gt;</w:t>
        <w:br/>
        <w:t>І осягнув він знов святиню&lt;br /&gt;</w:t>
        <w:br/>
        <w:t>Добра, любові й красоти!..&lt;br /&gt;</w:t>
        <w:br/>
        <w:t>І довго з дивної картини&lt;br /&gt;</w:t>
        <w:br/>
        <w:t>Він тішив зір... Дух самоти,&lt;br /&gt;</w:t>
        <w:br/>
        <w:t>В тумани мрій він знов полинув&lt;br /&gt;</w:t>
        <w:br/>
        <w:t>Про щастя давнє, в давні дні,&lt;br /&gt;</w:t>
        <w:br/>
        <w:t>Що одцвіли удалині.&lt;br /&gt;</w:t>
        <w:br/>
        <w:t>Немов у бран незнана сила&lt;br /&gt;</w:t>
        <w:br/>
        <w:t>Його взяла, — як все навкруг...&lt;br /&gt;</w:t>
        <w:br/>
        <w:t>В нім почуття заговорило,&lt;br /&gt;</w:t>
        <w:br/>
        <w:t>Ожив його холодний дух...&lt;br /&gt;</w:t>
        <w:br/>
        <w:t>Чи знак відродження то з неба?&lt;br /&gt;</w:t>
        <w:br/>
        <w:t>Спокуси слів знайти у себе&lt;br /&gt;</w:t>
        <w:br/>
        <w:t>Вже він не міг... Він їх не мав...&lt;br /&gt;</w:t>
        <w:br/>
        <w:t>Забуть? Бог забуття не дав:&lt;br /&gt;</w:t>
        <w:br/>
        <w:t>Та забуття йому й не треба!..&lt;br /&gt;</w:t>
        <w:br/>
        <w:t>X&lt;br /&gt;</w:t>
        <w:br/>
        <w:t>Гарячим змученим конем,&lt;br /&gt;</w:t>
        <w:br/>
        <w:t>Бажання сповнений вогнем,&lt;br /&gt;</w:t>
        <w:br/>
        <w:t>Мчав на весілля наречений.&lt;br /&gt;</w:t>
        <w:br/>
        <w:t>Арагва срібна і студена&lt;br /&gt;</w:t>
        <w:br/>
        <w:t>Вже котить хвилі перед ним.&lt;br /&gt;</w:t>
        <w:br/>
        <w:t>Він їде з почетом гучним.&lt;br /&gt;</w:t>
        <w:br/>
        <w:t>Із вантажем для молодої&lt;br /&gt;</w:t>
        <w:br/>
        <w:t>Ідуть поважною ходою&lt;br /&gt;</w:t>
        <w:br/>
        <w:t>Верблюди, й дзвоники дзвенять.&lt;br /&gt;</w:t>
        <w:br/>
        <w:t>Він сам, володар Сінодала,&lt;br /&gt;</w:t>
        <w:br/>
        <w:t>Веде багатий караван.&lt;br /&gt;</w:t>
        <w:br/>
        <w:t>Його не спинять ні обвали,&lt;br /&gt;</w:t>
        <w:br/>
        <w:t>Ні дощ, ні вітер, ні туман.&lt;br /&gt;</w:t>
        <w:br/>
        <w:t>Його скарбам числа немає;&lt;br /&gt;</w:t>
        <w:br/>
        <w:t>Оправа шаблі так і грає&lt;br /&gt;</w:t>
        <w:br/>
        <w:t>На сонці золотим огнем;</w:t>
      </w:r>
    </w:p>
    <w:p>
      <w:r>
        <w:br/>
        <w:t>Рушниця добра за плечем.&lt;br /&gt;</w:t>
        <w:br/>
        <w:t>Пустує вітер рукавами&lt;br /&gt;</w:t>
        <w:br/>
        <w:t>Його чухи, горить вона&lt;br /&gt;</w:t>
        <w:br/>
        <w:t>В яскравім сяйві галуна.&lt;br /&gt;</w:t>
        <w:br/>
        <w:t>Усе гаптоване шовками&lt;br /&gt;</w:t>
        <w:br/>
        <w:t>Його сідло... У дзвоні зброї&lt;br /&gt;</w:t>
        <w:br/>
        <w:t>Зорить він мужньо в далечінь ..&lt;br /&gt;</w:t>
        <w:br/>
        <w:t>Під ним баский злотистий кінь,&lt;br /&gt;</w:t>
        <w:br/>
        <w:t>Краса і гордість Карабаху;&lt;br /&gt;</w:t>
        <w:br/>
        <w:t>Він щулиться, хропе від жаху&lt;br /&gt;</w:t>
        <w:br/>
        <w:t>І скоса дивиться туди,&lt;br /&gt;</w:t>
        <w:br/>
        <w:t>Де хвилі спінені води...&lt;br /&gt;</w:t>
        <w:br/>
        <w:t>Тривожна путь на узбережжі,&lt;br /&gt;</w:t>
        <w:br/>
        <w:t>Ліворуч — скелі, наче вежі,&lt;br /&gt;</w:t>
        <w:br/>
        <w:t>Праворуч — річки глибина.&lt;br /&gt;</w:t>
        <w:br/>
        <w:t>Вже пізно. Сніжна вишина&lt;br /&gt;</w:t>
        <w:br/>
        <w:t>Поволі гасне... Встав туман,&lt;br /&gt;</w:t>
        <w:br/>
        <w:t>І посцішає караван.&lt;br /&gt;</w:t>
        <w:br/>
        <w:t>XI&lt;br /&gt;</w:t>
        <w:br/>
        <w:t>Аж ось каплиця при дорозі.&lt;br /&gt;</w:t>
        <w:br/>
        <w:t>З давніх давен почиє в бозі&lt;br /&gt;</w:t>
        <w:br/>
        <w:t>Тут князь якийсь. Його метка&lt;br /&gt;</w:t>
        <w:br/>
        <w:t>Забила месника рука.&lt;br /&gt;</w:t>
        <w:br/>
        <w:t>З тих пір на свято чи на битву,&lt;br /&gt;</w:t>
        <w:br/>
        <w:t>Куди б і хто не поспішав,&lt;br /&gt;</w:t>
        <w:br/>
        <w:t>Завжди ставав тут на молитву&lt;br /&gt;</w:t>
        <w:br/>
        <w:t>І в тишині поклони клав.&lt;br /&gt;</w:t>
        <w:br/>
        <w:t>І та молитва зберігала&lt;br /&gt;</w:t>
        <w:br/>
        <w:t>Від мусульманського кинджала.&lt;br /&gt;</w:t>
        <w:br/>
        <w:t>Забув, одначе, молодий&lt;br /&gt;</w:t>
        <w:br/>
        <w:t>Про звичай прадідів святий.&lt;br /&gt;</w:t>
        <w:br/>
        <w:t>То демон мрією п'янкою&lt;br /&gt;</w:t>
        <w:br/>
        <w:t>Його в дорозі спокушав,&lt;br /&gt;</w:t>
        <w:br/>
        <w:t>І він в думках, під ночі тьмою,&lt;br /&gt;</w:t>
        <w:br/>
        <w:t>Уста Тамари цілував.&lt;br /&gt;</w:t>
        <w:br/>
        <w:t>Враз перед ним майнуло двоє,&lt;br /&gt;</w:t>
        <w:br/>
        <w:t>І ще, і ще... у тьмі, на жах,</w:t>
      </w:r>
    </w:p>
    <w:p>
      <w:r>
        <w:br/>
        <w:t>Ударив постріл, і в горах&lt;br /&gt;</w:t>
        <w:br/>
        <w:t>Полинув тужною луною...&lt;br /&gt;</w:t>
        <w:br/>
        <w:t>Підвівся князь на стременах,&lt;br /&gt;</w:t>
        <w:br/>
        <w:t>Немов орел, щоб стать до бою...&lt;br /&gt;</w:t>
        <w:br/>
        <w:t>Сяйнув турецький ствол в руках, —&lt;br /&gt;</w:t>
        <w:br/>
        <w:t>І він помчав на бій стрілою.&lt;br /&gt;</w:t>
        <w:br/>
        <w:t>Знов постріли, і крик глухий,&lt;br /&gt;</w:t>
        <w:br/>
        <w:t>І стогін в темряві долини...&lt;br /&gt;</w:t>
        <w:br/>
        <w:t>Тривав недовго смертний бій:&lt;br /&gt;</w:t>
        <w:br/>
        <w:t>У нім не встояли грузини!&lt;br /&gt;</w:t>
        <w:br/>
        <w:t>XII&lt;br /&gt;</w:t>
        <w:br/>
        <w:t>Замовкло все в долині тій,&lt;br /&gt;</w:t>
        <w:br/>
        <w:t>Що стріла караван бідою.&lt;br /&gt;</w:t>
        <w:br/>
        <w:t>І над мерцями, в тьмі важкій,&lt;br /&gt;</w:t>
        <w:br/>
        <w:t>Верблюди збилися юрбою;&lt;br /&gt;</w:t>
        <w:br/>
        <w:t>Лиш їх дзвіночки біля ший&lt;br /&gt;</w:t>
        <w:br/>
        <w:t>Свій плач тонкий зливали з тьмою.&lt;br /&gt;</w:t>
        <w:br/>
        <w:t>Пограбували караван,&lt;br /&gt;</w:t>
        <w:br/>
        <w:t>І над тілами християн&lt;br /&gt;</w:t>
        <w:br/>
        <w:t>Уже кружляє птиця ночі!&lt;br /&gt;</w:t>
        <w:br/>
        <w:t>Навік закрилися їм очі,&lt;br /&gt;</w:t>
        <w:br/>
        <w:t>Не жде їх вічний супокій&lt;br /&gt;</w:t>
        <w:br/>
        <w:t>Біля батьків, в землі своїй,&lt;br /&gt;</w:t>
        <w:br/>
        <w:t>Під монастирською плитою.&lt;br /&gt;</w:t>
        <w:br/>
        <w:t>Не прийдуть сестри й матері&lt;br /&gt;</w:t>
        <w:br/>
        <w:t>Над ними плакать на зорі,&lt;br /&gt;</w:t>
        <w:br/>
        <w:t>Покриті довгою чадрою.&lt;br /&gt;</w:t>
        <w:br/>
        <w:t>На пам'ять тут про вихор бою&lt;br /&gt;</w:t>
        <w:br/>
        <w:t>Біля дороги хтось хреста&lt;br /&gt;</w:t>
        <w:br/>
        <w:t>Поставить доброю рукою,&lt;br /&gt;</w:t>
        <w:br/>
        <w:t>Щоб плющ, зеленою весною,&lt;br /&gt;</w:t>
        <w:br/>
        <w:t>Своєю сіткою тонкою&lt;br /&gt;</w:t>
        <w:br/>
        <w:t>Його ласкаво обплітав,&lt;br /&gt;</w:t>
        <w:br/>
        <w:t>В'ючись до сонця без тривоги,&lt;br /&gt;</w:t>
        <w:br/>
        <w:t>Де хмари, птиці й вітру спів;&lt;br /&gt;</w:t>
        <w:br/>
        <w:t>Щоб після довгої дороги&lt;br /&gt;</w:t>
        <w:br/>
        <w:t>Тут перехожий відпочив...</w:t>
      </w:r>
    </w:p>
    <w:p>
      <w:r>
        <w:br/>
        <w:t>XIII&lt;br /&gt;</w:t>
        <w:br/>
        <w:t>У пітьмі кінь летить стрілою,&lt;br /&gt;</w:t>
        <w:br/>
        <w:t>Хропе і рветься, мов до бою;&lt;br /&gt;</w:t>
        <w:br/>
        <w:t>То раптом стане на скаку,&lt;br /&gt;</w:t>
        <w:br/>
        <w:t>Прислухається в ніч лунку,&lt;br /&gt;</w:t>
        <w:br/>
        <w:t>Всім тілом тремтячи з нестями;&lt;br /&gt;</w:t>
        <w:br/>
        <w:t>То в землю вдарить копитами,&lt;br /&gt;</w:t>
        <w:br/>
        <w:t>Так, що гуде вона, як мідь,&lt;br /&gt;</w:t>
        <w:br/>
        <w:t>То знову гривою важкою&lt;br /&gt;</w:t>
        <w:br/>
        <w:t>На вітрі маючи, стрілою&lt;br /&gt;</w:t>
        <w:br/>
        <w:t>Вперед без пам'яті летить.&lt;br /&gt;</w:t>
        <w:br/>
        <w:t>Він швидко дихає, лякливий,&lt;br /&gt;</w:t>
        <w:br/>
        <w:t>У настороженій імлі,&lt;br /&gt;</w:t>
        <w:br/>
        <w:t>І ніби б'ється у сідлі&lt;br /&gt;</w:t>
        <w:br/>
        <w:t>На ньому вершник мовчазливий,&lt;br /&gt;</w:t>
        <w:br/>
        <w:t>З чолом, похиленим на гриву.&lt;br /&gt;</w:t>
        <w:br/>
        <w:t>Летить він в морок навмання,&lt;br /&gt;</w:t>
        <w:br/>
        <w:t>Він не керує поводами,&lt;br /&gt;</w:t>
        <w:br/>
        <w:t>І кров широкими струмками&lt;br /&gt;</w:t>
        <w:br/>
        <w:t>Стікає з нього на коня,&lt;br /&gt;</w:t>
        <w:br/>
        <w:t>Що від клинків, в важку годину,&lt;br /&gt;</w:t>
        <w:br/>
        <w:t>Свого господаря беріг,&lt;br /&gt;</w:t>
        <w:br/>
        <w:t>Але від кулі осетина&lt;br /&gt;</w:t>
        <w:br/>
        <w:t>Урятувать його не зміг!&lt;br /&gt;</w:t>
        <w:br/>
        <w:t>XIV&lt;br /&gt;</w:t>
        <w:br/>
        <w:t>В сім'ї Гудаловій ридання,&lt;br /&gt;</w:t>
        <w:br/>
        <w:t>В подвір'ї юрмиться нарід:&lt;br /&gt;</w:t>
        <w:br/>
        <w:t>Чий кінь примчав і без дихання&lt;br /&gt;</w:t>
        <w:br/>
        <w:t>На камінь впав біля воріт?&lt;br /&gt;</w:t>
        <w:br/>
        <w:t>І хто цей вершник, що на ньому&lt;br /&gt;</w:t>
        <w:br/>
        <w:t>Поникнув, наче од утоми,&lt;br /&gt;</w:t>
        <w:br/>
        <w:t>В обіймах смерті? В юнака,&lt;br /&gt;</w:t>
        <w:br/>
        <w:t>Що вже не дивиться навколо,&lt;br /&gt;</w:t>
        <w:br/>
        <w:t>В останнім тиску захолола&lt;br /&gt;</w:t>
        <w:br/>
        <w:t>На гриві скрючена рука.&lt;br /&gt;</w:t>
        <w:br/>
        <w:t>Недовго ждав на молодого&lt;br /&gt;</w:t>
        <w:br/>
        <w:t>Тамари зір в огні уяв, —</w:t>
      </w:r>
    </w:p>
    <w:p>
      <w:r>
        <w:br/>
        <w:t>Князівське виконав він слово&lt;br /&gt;</w:t>
        <w:br/>
        <w:t>І на весілля він примчав...&lt;br /&gt;</w:t>
        <w:br/>
        <w:t>Та вже на румака свойого&lt;br /&gt;</w:t>
        <w:br/>
        <w:t>Повік не сяде він прудкого?..&lt;br /&gt;</w:t>
        <w:br/>
        <w:t>XV&lt;br /&gt;</w:t>
        <w:br/>
        <w:t>Грозою впала в день ясний&lt;br /&gt;</w:t>
        <w:br/>
        <w:t>На дім Іудала божа кара? .&lt;br /&gt;</w:t>
        <w:br/>
        <w:t>В сльозах поникнула Тамара,&lt;br /&gt;</w:t>
        <w:br/>
        <w:t>Журбі віддавшися тяжкій.&lt;br /&gt;</w:t>
        <w:br/>
        <w:t>їй груди рвуть важкі ридання,&lt;br /&gt;</w:t>
        <w:br/>
        <w:t>Ніхто ридань таких не знав?&lt;br /&gt;</w:t>
        <w:br/>
        <w:t>І голос ніжний, як дихання,&lt;br /&gt;</w:t>
        <w:br/>
        <w:t>В її уяві зазвучав:&lt;br /&gt;</w:t>
        <w:br/>
        <w:t>"Не плач, не плач, моя дитино,&lt;br /&gt;</w:t>
        <w:br/>
        <w:t>І не смути свого чола!&lt;br /&gt;</w:t>
        <w:br/>
        <w:t>Не повернуть сльозі невинній&lt;br /&gt;</w:t>
        <w:br/>
        <w:t>Того, що смерть уже взяла.&lt;br /&gt;</w:t>
        <w:br/>
        <w:t>Сльоза лише псує ланіти,&lt;br /&gt;</w:t>
        <w:br/>
        <w:t>Туманить блиск очей ясних.&lt;br /&gt;</w:t>
        <w:br/>
        <w:t>Його нема, ї оцінити&lt;br /&gt;</w:t>
        <w:br/>
        <w:t>Не зможе він страждань твоїх.&lt;br /&gt;</w:t>
        <w:br/>
        <w:t>Він там, де спочиває серце,&lt;br /&gt;</w:t>
        <w:br/>
        <w:t>Де ані часу, ані мір;&lt;br /&gt;</w:t>
        <w:br/>
        <w:t>Огонь небес давно вже ллється&lt;br /&gt;</w:t>
        <w:br/>
        <w:t>В його очей блаженний зір,&lt;br /&gt;</w:t>
        <w:br/>
        <w:t>Святої музики дихання&lt;br /&gt;</w:t>
        <w:br/>
        <w:t>Як вічне щастя там бринить...&lt;br /&gt;</w:t>
        <w:br/>
        <w:t>Що значить дівчини ридання&lt;br /&gt;</w:t>
        <w:br/>
        <w:t>Для гостя райського в цю мить?..&lt;br /&gt;</w:t>
        <w:br/>
        <w:t>Ні, доля смертної людини,&lt;br /&gt;</w:t>
        <w:br/>
        <w:t>Повір, мій ангеле ясний,&lt;br /&gt;</w:t>
        <w:br/>
        <w:t>Не варта навіть і хвилини&lt;br /&gt;</w:t>
        <w:br/>
        <w:t>Твоїх сумних дівочих мрій.&lt;br /&gt;</w:t>
        <w:br/>
        <w:t>"У небеснім океані&lt;br /&gt;</w:t>
        <w:br/>
        <w:t>Без керма і без вітрил&lt;br /&gt;</w:t>
        <w:br/>
        <w:t>Тихо плавають в тумані</w:t>
      </w:r>
    </w:p>
    <w:p>
      <w:r>
        <w:br/>
        <w:t>Хори трепетні світил.&lt;br /&gt;</w:t>
        <w:br/>
        <w:t>У пустелі неозорій,&lt;br /&gt;</w:t>
        <w:br/>
        <w:t>Не лишаючи сліда,&lt;br /&gt;</w:t>
        <w:br/>
        <w:t>Хмари сходяться прозорі&lt;br /&gt;</w:t>
        <w:br/>
        <w:t>У невпіймані стада.&lt;br /&gt;</w:t>
        <w:br/>
        <w:t>Час побачення й розстання&lt;br /&gt;</w:t>
        <w:br/>
        <w:t>їм ні в радість, ні в печаль,&lt;br /&gt;</w:t>
        <w:br/>
        <w:t>їм майбутнє — без бажання,&lt;br /&gt;</w:t>
        <w:br/>
        <w:t>їм минулого не жаль.&lt;br /&gt;</w:t>
        <w:br/>
        <w:t>В день томливої тривоги&lt;br /&gt;</w:t>
        <w:br/>
        <w:t>Ти про них лиш спом'яни;&lt;br /&gt;</w:t>
        <w:br/>
        <w:t>Будь байдужа до земного,&lt;br /&gt;</w:t>
        <w:br/>
        <w:t>Безтурботна, як вони!"&lt;br /&gt;</w:t>
        <w:br/>
        <w:t>"Як тиха ніч своїм покровом&lt;br /&gt;</w:t>
        <w:br/>
        <w:t>Огорне скелі і шпилі,&lt;br /&gt;</w:t>
        <w:br/>
        <w:t>Як все на світі сном чудовим&lt;br /&gt;</w:t>
        <w:br/>
        <w:t>Засне на втомленій землі;&lt;br /&gt;</w:t>
        <w:br/>
        <w:t>Як вітер, повний супокою,&lt;br /&gt;</w:t>
        <w:br/>
        <w:t>Повіє тихо над травою,&lt;br /&gt;</w:t>
        <w:br/>
        <w:t>І пташка, схована у ній.&lt;br /&gt;</w:t>
        <w:br/>
        <w:t>Полине в темряві німій,&lt;br /&gt;</w:t>
        <w:br/>
        <w:t>Як, рос напившися медових,&lt;br /&gt;</w:t>
        <w:br/>
        <w:t>Край виноградів смарагдових&lt;br /&gt;</w:t>
        <w:br/>
        <w:t>Розквітне пишний квіт нічний,&lt;br /&gt;</w:t>
        <w:br/>
        <w:t>Як тільки місяць золотий&lt;br /&gt;</w:t>
        <w:br/>
        <w:t>Із-за гори тихенько встане&lt;br /&gt;</w:t>
        <w:br/>
        <w:t>І крадькома на тебе гляне, —&lt;br /&gt;</w:t>
        <w:br/>
        <w:t>До тебе буду прилітать,&lt;br /&gt;</w:t>
        <w:br/>
        <w:t>І колисати ніжні мрії,&lt;br /&gt;</w:t>
        <w:br/>
        <w:t>І на твої шовкові вії&lt;br /&gt;</w:t>
        <w:br/>
        <w:t>Сни чарівливі навівать".&lt;br /&gt;</w:t>
        <w:br/>
        <w:t>XVI&lt;br /&gt;</w:t>
        <w:br/>
        <w:t>Слова замовкли... Мов примари&lt;br /&gt;</w:t>
        <w:br/>
        <w:t>Пройшли, розвіялися сном.&lt;br /&gt;</w:t>
        <w:br/>
        <w:t>І зачарована Тамара&lt;br /&gt;</w:t>
        <w:br/>
        <w:t>Крізь сльози дивиться кругом...</w:t>
      </w:r>
    </w:p>
    <w:p>
      <w:r>
        <w:br/>
        <w:t>У ній в нежданому прибої&lt;br /&gt;</w:t>
        <w:br/>
        <w:t>І жаль, і захват із журбою;&lt;br /&gt;</w:t>
        <w:br/>
        <w:t>З душі немов тягар упав,&lt;br /&gt;</w:t>
        <w:br/>
        <w:t>Забила в жилах кров, як пломінь.&lt;br /&gt;</w:t>
        <w:br/>
        <w:t>І довго голос невідомий,&lt;br /&gt;</w:t>
        <w:br/>
        <w:t>Здавалось їй, у тьмі звучав.&lt;br /&gt;</w:t>
        <w:br/>
        <w:t>І лиш на ранок сон бажаний&lt;br /&gt;</w:t>
        <w:br/>
        <w:t>їй вії стомлені закрив,&lt;br /&gt;</w:t>
        <w:br/>
        <w:t>Але думки її збудив&lt;br /&gt;</w:t>
        <w:br/>
        <w:t>Передчуттям якимсь туманним&lt;br /&gt;</w:t>
        <w:br/>
        <w:t>Цей гість, незнаний і близький,&lt;br /&gt;</w:t>
        <w:br/>
        <w:t>В красі невиданій своїй;&lt;br /&gt;</w:t>
        <w:br/>
        <w:t>Подібний до вогню, схиливсь&lt;br /&gt;</w:t>
        <w:br/>
        <w:t>Він до її обличчя знову&lt;br /&gt;</w:t>
        <w:br/>
        <w:t>І зором, сповненим любові,&lt;br /&gt;</w:t>
        <w:br/>
        <w:t>На неї сумно так дививсь,&lt;br /&gt;</w:t>
        <w:br/>
        <w:t>Немов жалів її... Не схожий&lt;br /&gt;</w:t>
        <w:br/>
        <w:t>Він був на ангела, що з божих&lt;br /&gt;</w:t>
        <w:br/>
        <w:t>Небес до неї прилітав&lt;br /&gt;</w:t>
        <w:br/>
        <w:t>І від гріха охороняв,&lt;br /&gt;</w:t>
        <w:br/>
        <w:t>В вінці з проміння золотому,&lt;br /&gt;</w:t>
        <w:br/>
        <w:t>Що на чолі сіяв святому...&lt;br /&gt;</w:t>
        <w:br/>
        <w:t>Для нього слів у нас нема,&lt;br /&gt;</w:t>
        <w:br/>
        <w:t>То був не пекла дух жахливий,&lt;br /&gt;</w:t>
        <w:br/>
        <w:t>Він ніби вечір був мінливий:&lt;br /&gt;</w:t>
        <w:br/>
        <w:t>Ні світло дня, ні ночі тьма.&lt;br /&gt;</w:t>
        <w:br/>
        <w:t>ЧАСТИНА ДРУГА&lt;br /&gt;</w:t>
        <w:br/>
        <w:t>І&lt;br /&gt;</w:t>
        <w:br/>
        <w:t>"О татку мій, залиш погрози,&lt;br /&gt;</w:t>
        <w:br/>
        <w:t>Свою Тамару пожалій!&lt;br /&gt;</w:t>
        <w:br/>
        <w:t>Я плачу... Бачиш ти ці сльози?..&lt;br /&gt;</w:t>
        <w:br/>
        <w:t>Вони не перші, тату мій!&lt;br /&gt;</w:t>
        <w:br/>
        <w:t>Хай юнаки до мене линуть,&lt;br /&gt;</w:t>
        <w:br/>
        <w:t>Несуть серця свої і юнь, —&lt;br /&gt;</w:t>
        <w:br/>
        <w:t>Немало в Грузії красунь!&lt;br /&gt;</w:t>
        <w:br/>
        <w:t>А я нікому за дружину</w:t>
      </w:r>
    </w:p>
    <w:p>
      <w:r>
        <w:br/>
        <w:t>Не зможу бути, рідний мій!..&lt;br /&gt;</w:t>
        <w:br/>
        <w:t>О, не кляни мене, постій!&lt;br /&gt;</w:t>
        <w:br/>
        <w:t>Ти бачиш сам, я сохну, в'яну,&lt;br /&gt;</w:t>
        <w:br/>
        <w:t>Мене терзає дух незнаний&lt;br /&gt;</w:t>
        <w:br/>
        <w:t>Непереборних мрій огнем.&lt;br /&gt;</w:t>
        <w:br/>
        <w:t>Я гину... Пожалій мене!&lt;br /&gt;</w:t>
        <w:br/>
        <w:t>Не можу'бути я з журбою&lt;br /&gt;</w:t>
        <w:br/>
        <w:t>В цих дум пекельному чаду;&lt;br /&gt;</w:t>
        <w:br/>
        <w:t>За монастирською стіною&lt;br /&gt;</w:t>
        <w:br/>
        <w:t>Я порятунок свій знайду.&lt;br /&gt;</w:t>
        <w:br/>
        <w:t>Туди я пташкою полину,&lt;br /&gt;</w:t>
        <w:br/>
        <w:t>Проллю святим журбу свою,&lt;br /&gt;</w:t>
        <w:br/>
        <w:t>І келія, мов домовина,&lt;br /&gt;</w:t>
        <w:br/>
        <w:t>Зустріне хай дочку твою..."&lt;br /&gt;</w:t>
        <w:br/>
        <w:t>II&lt;br /&gt;</w:t>
        <w:br/>
        <w:t>І в божий дім батьки Тамару&lt;br /&gt;</w:t>
        <w:br/>
        <w:t>Навіки з дому одвезли,&lt;br /&gt;</w:t>
        <w:br/>
        <w:t>У власяницю, мов на кару,&lt;br /&gt;</w:t>
        <w:br/>
        <w:t>Красу дівочу одягли.&lt;br /&gt;</w:t>
        <w:br/>
        <w:t>Та й під одежею святою,&lt;br /&gt;</w:t>
        <w:br/>
        <w:t>Як під узорною чадрою,&lt;br /&gt;</w:t>
        <w:br/>
        <w:t>Гріховна мрія знов і знов,&lt;br /&gt;</w:t>
        <w:br/>
        <w:t>Серед свічок і молитов,&lt;br /&gt;</w:t>
        <w:br/>
        <w:t>Дівочу хвилювала кров...&lt;br /&gt;</w:t>
        <w:br/>
        <w:t>В вечірній час і в час ранковий,&lt;br /&gt;</w:t>
        <w:br/>
        <w:t>Вночі і вдень, вночі і вдень,&lt;br /&gt;</w:t>
        <w:br/>
        <w:t>Вона знайому чула мову&lt;br /&gt;</w:t>
        <w:br/>
        <w:t>Серед божественних пісень.&lt;br /&gt;</w:t>
        <w:br/>
        <w:t>В похмурому просторі храма&lt;br /&gt;</w:t>
        <w:br/>
        <w:t>Сіяв, над блиском вівтаря,&lt;br /&gt;</w:t>
        <w:br/>
        <w:t>Серед туману фіміама,&lt;br /&gt;</w:t>
        <w:br/>
        <w:t>Знайомий образ, як зоря,&lt;br /&gt;</w:t>
        <w:br/>
        <w:t>Й кудись примарною рукою&lt;br /&gt;</w:t>
        <w:br/>
        <w:t>Тамару кликав за собою...&lt;br /&gt;</w:t>
        <w:br/>
        <w:t>НІ&lt;br /&gt;</w:t>
        <w:br/>
        <w:t>Там, де чинари і тополі&lt;br /&gt;</w:t>
        <w:br/>
        <w:t>Рядами стали в дружнім колі,</w:t>
      </w:r>
    </w:p>
    <w:p>
      <w:r>
        <w:br/>
        <w:t>В тіні між пагорбів густій&lt;br /&gt;</w:t>
        <w:br/>
        <w:t>Ховався монастир святий.&lt;br /&gt;</w:t>
        <w:br/>
        <w:t>Як ніч надходили, мов хмара,&lt;br /&gt;</w:t>
        <w:br/>
        <w:t>І серед гір лягала мла,&lt;br /&gt;</w:t>
        <w:br/>
        <w:t>Лампада грішної Тамари&lt;br /&gt;</w:t>
        <w:br/>
        <w:t>Крізь вікна сяево лила.&lt;br /&gt;</w:t>
        <w:br/>
        <w:t>Там, у тіні дерев мигдальних,&lt;br /&gt;</w:t>
        <w:br/>
        <w:t>Де ряд хрестів стояв печальних.&lt;br /&gt;</w:t>
        <w:br/>
        <w:t>Безмовних вартових гробниць,&lt;br /&gt;</w:t>
        <w:br/>
        <w:t>Тремтіли радо співи птиць,&lt;br /&gt;</w:t>
        <w:br/>
        <w:t>І по камінню від криниць&lt;br /&gt;</w:t>
        <w:br/>
        <w:t>Струмки холодні дзюркотіли,&lt;br /&gt;</w:t>
        <w:br/>
        <w:t>В єдиний злившися потік&lt;br /&gt;</w:t>
        <w:br/>
        <w:t>На дні ущелини, де лік&lt;br /&gt;</w:t>
        <w:br/>
        <w:t>Природа квітам загубила.&lt;br /&gt;</w:t>
        <w:br/>
        <w:t>IV&lt;br /&gt;</w:t>
        <w:br/>
        <w:t>Було на північ видно гори,&lt;br /&gt;</w:t>
        <w:br/>
        <w:t>В огні ранкової аврори,&lt;br /&gt;</w:t>
        <w:br/>
        <w:t>Коли тонкий від диму слід&lt;br /&gt;</w:t>
        <w:br/>
        <w:t>Синіє в глибині долини,&lt;br /&gt;</w:t>
        <w:br/>
        <w:t>І, обернувшися на схід,&lt;br /&gt;</w:t>
        <w:br/>
        <w:t>Молитись кличуть муедзини,&lt;br /&gt;</w:t>
        <w:br/>
        <w:t>Й лякають дзвони тишину,&lt;br /&gt;</w:t>
        <w:br/>
        <w:t>І будять монастир од сну;&lt;br /&gt;</w:t>
        <w:br/>
        <w:t>Коли ідуть з гори крутої&lt;br /&gt;</w:t>
        <w:br/>
        <w:t>По воду юною ходою&lt;br /&gt;</w:t>
        <w:br/>
        <w:t>Грузинки з глеками. В ясну&lt;br /&gt;</w:t>
        <w:br/>
        <w:t>Піднесли гори вишину&lt;br /&gt;</w:t>
        <w:br/>
        <w:t>Снігами вкриті верховини.&lt;br /&gt;</w:t>
        <w:br/>
        <w:t>У барв лілово-ніжній грі,&lt;br /&gt;</w:t>
        <w:br/>
        <w:t>Що надвечірньої години&lt;br /&gt;</w:t>
        <w:br/>
        <w:t>Були рум'яні від зорі;&lt;br /&gt;</w:t>
        <w:br/>
        <w:t>І височів над гір юрбою,&lt;br /&gt;</w:t>
        <w:br/>
        <w:t>Чоло підвівши вище хмар,&lt;br /&gt;</w:t>
        <w:br/>
        <w:t>Казбек — Кавказу володар —&lt;br /&gt;</w:t>
        <w:br/>
        <w:t>В чалмі із ризи парчової.</w:t>
      </w:r>
    </w:p>
    <w:p>
      <w:r>
        <w:br/>
        <w:t>Та чистих радощів не знає&lt;br /&gt;</w:t>
        <w:br/>
        <w:t>Тамари серце; в муках мрій&lt;br /&gt;</w:t>
        <w:br/>
        <w:t>Уся земля здається їй&lt;br /&gt;</w:t>
        <w:br/>
        <w:t>Сумною й темною без краю.&lt;br /&gt;</w:t>
        <w:br/>
        <w:t>Чи кине ранок промінь свій,&lt;br /&gt;</w:t>
        <w:br/>
        <w:t>Чи ніч покриє даль габою, —&lt;br /&gt;</w:t>
        <w:br/>
        <w:t>Все будить розпач лиш у ній,&lt;br /&gt;</w:t>
        <w:br/>
        <w:t>Усе охмарене журбою.&lt;br /&gt;</w:t>
        <w:br/>
        <w:t>Як день погасне за горою&lt;br /&gt;</w:t>
        <w:br/>
        <w:t>І пить росу почне трава,&lt;br /&gt;</w:t>
        <w:br/>
        <w:t>Перед іконою святою&lt;br /&gt;</w:t>
        <w:br/>
        <w:t>Вона сльозами вилива&lt;br /&gt;</w:t>
        <w:br/>
        <w:t>Печаль свою, печаль безкраю.&lt;br /&gt;</w:t>
        <w:br/>
        <w:t>Ридання, сповнене одчаю,&lt;br /&gt;</w:t>
        <w:br/>
        <w:t>Лякає в тьмі мандрівника,&lt;br /&gt;</w:t>
        <w:br/>
        <w:t>І дума він: "То дух прикутий&lt;br /&gt;</w:t>
        <w:br/>
        <w:t>В печері стогне"... і рука&lt;br /&gt;</w:t>
        <w:br/>
        <w:t>Його нагай міцніш стискає,&lt;br /&gt;</w:t>
        <w:br/>
        <w:t>Й коня він швидше поганяє.&lt;br /&gt;</w:t>
        <w:br/>
        <w:t>VI&lt;br /&gt;</w:t>
        <w:br/>
        <w:t>А дні пливуть, нема їм дна.&lt;br /&gt;</w:t>
        <w:br/>
        <w:t>Тамара часто край вікна&lt;br /&gt;</w:t>
        <w:br/>
        <w:t>Сидить скорботна, одинока,&lt;br /&gt;</w:t>
        <w:br/>
        <w:t>І зорить в даль уважним оком,&lt;br /&gt;</w:t>
        <w:br/>
        <w:t>Зітхає й жде, під біг годин...&lt;br /&gt;</w:t>
        <w:br/>
        <w:t>їй хтось шепоче: "Прийде він!"&lt;br /&gt;</w:t>
        <w:br/>
        <w:t>Не марно в снах вона спокою&lt;br /&gt;</w:t>
        <w:br/>
        <w:t>Не знала, й він з'являвся їй,&lt;br /&gt;</w:t>
        <w:br/>
        <w:t>З очима в тоскності німій,&lt;br /&gt;</w:t>
        <w:br/>
        <w:t>Під шепіт мови неземної...&lt;br /&gt;</w:t>
        <w:br/>
        <w:t>Життя подібне їй до ночі,&lt;br /&gt;</w:t>
        <w:br/>
        <w:t>Сама не відає чому:&lt;br /&gt;</w:t>
        <w:br/>
        <w:t>Святим молитися захоче,&lt;br /&gt;</w:t>
        <w:br/>
        <w:t>А серце молиться йому.&lt;br /&gt;</w:t>
        <w:br/>
        <w:t>Без сил од боротьби з собою&lt;br /&gt;</w:t>
        <w:br/>
        <w:t>Чи схилиться на ложе сна,</w:t>
      </w:r>
    </w:p>
    <w:p>
      <w:r>
        <w:br/>
        <w:t>Уся в огні тремтить вона,&lt;br /&gt;</w:t>
        <w:br/>
        <w:t>Пече подушка, давить млою&lt;br /&gt;</w:t>
        <w:br/>
        <w:t>її гаряча тишина.&lt;br /&gt;</w:t>
        <w:br/>
        <w:t>Нема куди втекти від муки,&lt;br /&gt;</w:t>
        <w:br/>
        <w:t>І лиш туман стоїть в очах...&lt;br /&gt;</w:t>
        <w:br/>
        <w:t>Обіймів ждуть жадібно руки,&lt;br /&gt;</w:t>
        <w:br/>
        <w:t>Цілунки тануть на вустах...&lt;br /&gt;</w:t>
        <w:br/>
        <w:t>VII&lt;br /&gt;</w:t>
        <w:br/>
        <w:t>Покрила Грузії долини&lt;br /&gt;</w:t>
        <w:br/>
        <w:t>Вечірня мла. Далеких гір&lt;br /&gt;</w:t>
        <w:br/>
        <w:t>Уже туманяться вершини.&lt;br /&gt;</w:t>
        <w:br/>
        <w:t>І Демон в думах про єдину&lt;br /&gt;</w:t>
        <w:br/>
        <w:t>Знов прилетів у монастир.&lt;br /&gt;</w:t>
        <w:br/>
        <w:t>І там, де мурій довгі тіні&lt;br /&gt;</w:t>
        <w:br/>
        <w:t>Над сонним дзвоном ручаїв,&lt;br /&gt;</w:t>
        <w:br/>
        <w:t>Він довго мирної святині&lt;br /&gt;</w:t>
        <w:br/>
        <w:t>Порушить супокій не смів,&lt;br /&gt;</w:t>
        <w:br/>
        <w:t>Здавалось, замір свій жорстокий&lt;br /&gt;</w:t>
        <w:br/>
        <w:t>Готовий був покинуть він.&lt;br /&gt;</w:t>
        <w:br/>
        <w:t>І під його нечутним кроком&lt;br /&gt;</w:t>
        <w:br/>
        <w:t>Без вітру листя/в тьмі глибокій,&lt;br /&gt;</w:t>
        <w:br/>
        <w:t>Тремтіло — ніби без причин...&lt;br /&gt;</w:t>
        <w:br/>
        <w:t>Скрізь тишина стоїть незмінна...&lt;br /&gt;</w:t>
        <w:br/>
        <w:t>Він зводить очі до вікна —&lt;br /&gt;</w:t>
        <w:br/>
        <w:t>Неначе жде когось вона,&lt;br /&gt;</w:t>
        <w:br/>
        <w:t>Лампади промінь звідти лине...&lt;br /&gt;</w:t>
        <w:br/>
        <w:t>І от, мов вітер десь майнув,&lt;br /&gt;</w:t>
        <w:br/>
        <w:t>Крилом вгамовуючи муки,&lt;br /&gt;</w:t>
        <w:br/>
        <w:t>І розітнули тишину&lt;br /&gt;</w:t>
        <w:br/>
        <w:t>Чинари дзвін і пісні звуки,&lt;br /&gt;</w:t>
        <w:br/>
        <w:t>Що, наче сльози, потекли&lt;br /&gt;</w:t>
        <w:br/>
        <w:t>Один за одним... мов зложив&lt;br /&gt;</w:t>
        <w:br/>
        <w:t>На небі, для землі, той спів&lt;br /&gt;</w:t>
        <w:br/>
        <w:t>Хтось ніжний-ніжний... І були&lt;br /&gt;</w:t>
        <w:br/>
        <w:t>І звуки ті і весь той спів&lt;br /&gt;</w:t>
        <w:br/>
        <w:t>Немов солодке щастя й туга!</w:t>
      </w:r>
    </w:p>
    <w:p>
      <w:r>
        <w:br/>
        <w:t>Мов ангел із небес до друга&lt;br /&gt;</w:t>
        <w:br/>
        <w:t>Шляхом таємним прилетів&lt;br /&gt;</w:t>
        <w:br/>
        <w:t>І тихо річ свою повів,&lt;br /&gt;</w:t>
        <w:br/>
        <w:t>Про дні далекі спогадання.&lt;br /&gt;</w:t>
        <w:br/>
        <w:t>Уперше Демон і кохання,&lt;br /&gt;</w:t>
        <w:br/>
        <w:t>І тугу зрозумів людей.&lt;br /&gt;</w:t>
        <w:br/>
        <w:t>Вжахнувсь він, хоче відлетіти,&lt;br /&gt;</w:t>
        <w:br/>
        <w:t>Але крило немов прибите:&lt;br /&gt;</w:t>
        <w:br/>
        <w:t>І чудо! Із його очей&lt;br /&gt;</w:t>
        <w:br/>
        <w:t>Сльоза на темні впала плити,&lt;br /&gt;</w:t>
        <w:br/>
        <w:t>І досі можна бачить слід&lt;br /&gt;</w:t>
        <w:br/>
        <w:t>Під монастирською стіною:&lt;br /&gt;</w:t>
        <w:br/>
        <w:t>Його сльозою нелюдською&lt;br /&gt;</w:t>
        <w:br/>
        <w:t>Наскрізь пропечений граніт!..&lt;br /&gt;</w:t>
        <w:br/>
        <w:t>VIII&lt;br /&gt;</w:t>
        <w:br/>
        <w:t>І він іде, любить готовий,&lt;br /&gt;</w:t>
        <w:br/>
        <w:t>Щоб стать навік на путь добра.&lt;br /&gt;</w:t>
        <w:br/>
        <w:t>І дума він — для щастя знову&lt;br /&gt;</w:t>
        <w:br/>
        <w:t>Прийшла сподівана пора.&lt;br /&gt;</w:t>
        <w:br/>
        <w:t>Неясний трепет сподівання,&lt;br /&gt;</w:t>
        <w:br/>
        <w:t>Перед незнаним жах німий,&lt;br /&gt;</w:t>
        <w:br/>
        <w:t>Неначе в першу мить кохання.&lt;br /&gt;</w:t>
        <w:br/>
        <w:t>Опали дух його хмурний,&lt;br /&gt;</w:t>
        <w:br/>
        <w:t>Лихе було в тім провіщання!&lt;br /&gt;</w:t>
        <w:br/>
        <w:t>Він увіходить. Перед ним&lt;br /&gt;</w:t>
        <w:br/>
        <w:t>Стоїть прекрасний херувим,&lt;br /&gt;</w:t>
        <w:br/>
        <w:t>На варті грішної черниці,&lt;br /&gt;</w:t>
        <w:br/>
        <w:t>Вінець на ньому проміниться&lt;br /&gt;</w:t>
        <w:br/>
        <w:t>Огнями раю над чолом.&lt;br /&gt;</w:t>
        <w:br/>
        <w:t>Тамару він закрив крилом,&lt;br /&gt;</w:t>
        <w:br/>
        <w:t>І духа злого зір нечистий&lt;br /&gt;</w:t>
        <w:br/>
        <w:t>Він засліпив огнем святим.&lt;br /&gt;</w:t>
        <w:br/>
        <w:t>Були слова його огнисті&lt;br /&gt;</w:t>
        <w:br/>
        <w:t>Докором сповнені тяжким:&lt;br /&gt;</w:t>
        <w:br/>
        <w:t>IX&lt;br /&gt;</w:t>
        <w:br/>
        <w:t>"Дух неспокійний, дух лукавий,&lt;br /&gt;</w:t>
        <w:br/>
        <w:t>Хто ждав твоєї тут появи?</w:t>
      </w:r>
    </w:p>
    <w:p>
      <w:r>
        <w:br/>
        <w:t>Тут думи чисті лиш живуть,&lt;br /&gt;</w:t>
        <w:br/>
        <w:t>Тут не було гріха донині.&lt;br /&gt;</w:t>
        <w:br/>
        <w:t>В мою любов, мою святиню&lt;br /&gt;</w:t>
        <w:br/>
        <w:t>Не прокладай злочинну путь.&lt;br /&gt;</w:t>
        <w:br/>
        <w:t>^Як ти насмілився прибуть?"&lt;br /&gt;</w:t>
        <w:br/>
        <w:t>Лиха усмішка зазміїлась&lt;br /&gt;</w:t>
        <w:br/>
        <w:t>У злого духа на устах,&lt;br /&gt;</w:t>
        <w:br/>
        <w:t>Ненависть давня пробудилась&lt;br /&gt;</w:t>
        <w:br/>
        <w:t>І загорілася в очах.&lt;br /&gt;</w:t>
        <w:br/>
        <w:t>"Вона моя! — сказав він грізно. —&lt;br /&gt;</w:t>
        <w:br/>
        <w:t>Залиш її, вона моя!&lt;br /&gt;</w:t>
        <w:br/>
        <w:t>Ти рятувать з'явився пізно&lt;br /&gt;</w:t>
        <w:br/>
        <w:t>І з нею нам ти не суддя.&lt;br /&gt;</w:t>
        <w:br/>
        <w:t>На серце, сповнене гордині,&lt;br /&gt;</w:t>
        <w:br/>
        <w:t>Я положив печать свою.&lt;br /&gt;</w:t>
        <w:br/>
        <w:t>Твоєї тут нема святині,&lt;br /&gt;</w:t>
        <w:br/>
        <w:t>Тут я паную і люблю!"&lt;br /&gt;</w:t>
        <w:br/>
        <w:t>І херувим поникло глянув&lt;br /&gt;</w:t>
        <w:br/>
        <w:t>На бідну грішницю, сумний...&lt;br /&gt;</w:t>
        <w:br/>
        <w:t>Крильми махнув він і розтанув,&lt;br /&gt;</w:t>
        <w:br/>
        <w:t>Як промінь сонця золотий.&lt;br /&gt;</w:t>
        <w:br/>
        <w:t>X&lt;br /&gt;</w:t>
        <w:br/>
        <w:t>Тамара&lt;br /&gt;</w:t>
        <w:br/>
        <w:t>Ти хто такий? З жахливим словом&lt;br /&gt;</w:t>
        <w:br/>
        <w:t>Тебе послав чи ад чи рай?&lt;br /&gt;</w:t>
        <w:br/>
        <w:t>Чого ти хочеш?&lt;br /&gt;</w:t>
        <w:br/>
        <w:t>Демон&lt;br /&gt;</w:t>
        <w:br/>
        <w:t>Ти чудова!&lt;br /&gt;</w:t>
        <w:br/>
        <w:t>Тамара&lt;br /&gt;</w:t>
        <w:br/>
        <w:t>Хто ти такий? Відповідай!..&lt;br /&gt;</w:t>
        <w:br/>
        <w:t>Демон&lt;br /&gt;</w:t>
        <w:br/>
        <w:t>Я той, кого ти чула й знала&lt;br /&gt;</w:t>
        <w:br/>
        <w:t>Ув опівнічній тишині,</w:t>
      </w:r>
    </w:p>
    <w:p>
      <w:r>
        <w:br/>
        <w:t>Чия душа твоїй шептала,&lt;br /&gt;</w:t>
        <w:br/>
        <w:t>Чий сум ти смутно відгадала,&lt;br /&gt;</w:t>
        <w:br/>
        <w:t>Чий образ бачила вві сні.&lt;br /&gt;</w:t>
        <w:br/>
        <w:t>Я той, чий зір в'ялить до краю&lt;br /&gt;</w:t>
        <w:br/>
        <w:t>Ще молодий надії цвіт,&lt;br /&gt;</w:t>
        <w:br/>
        <w:t>Кого живе все проклинає,&lt;br /&gt;</w:t>
        <w:br/>
        <w:t>Кого ненавидить весь світ.к&lt;br /&gt;</w:t>
        <w:br/>
        <w:t>Я цар пізнання і свободи,&lt;br /&gt;</w:t>
        <w:br/>
        <w:t>Я бич рабів моїх земних,&lt;br /&gt;</w:t>
        <w:br/>
        <w:t>Я ворог неба, зло природи —&lt;br /&gt;</w:t>
        <w:br/>
        <w:t>І от я біля ніг твоїх!&lt;br /&gt;</w:t>
        <w:br/>
        <w:t>До тебе я приніс з журбою&lt;br /&gt;</w:t>
        <w:br/>
        <w:t>Молитву радісну мою,&lt;br /&gt;</w:t>
        <w:br/>
        <w:t>Любові першої земної&lt;br /&gt;</w:t>
        <w:br/>
        <w:t>Гарячі сльози... О, молю,&lt;br /&gt;</w:t>
        <w:br/>
        <w:t>Мене ти вислухай з жалю!&lt;br /&gt;</w:t>
        <w:br/>
        <w:t>Могла б ти словом повернути&lt;br /&gt;</w:t>
        <w:br/>
        <w:t>Мене добру і небесам,&lt;br /&gt;</w:t>
        <w:br/>
        <w:t>І, скинувши гріховні пута,&lt;br /&gt;</w:t>
        <w:br/>
        <w:t>В новому блиску був я б там.&lt;br /&gt;</w:t>
        <w:br/>
        <w:t>О, тільки вислухай, молю?&lt;br /&gt;</w:t>
        <w:br/>
        <w:t>Я раб твій, я тебе люблю!&lt;br /&gt;</w:t>
        <w:br/>
        <w:t>Свою зненаввдів я владу,&lt;br /&gt;</w:t>
        <w:br/>
        <w:t>Як тільки я тебе зустрів,&lt;br /&gt;</w:t>
        <w:br/>
        <w:t>І смертним бути захотів,&lt;br /&gt;</w:t>
        <w:br/>
        <w:t>Безсмертю власному не радий.&lt;br /&gt;</w:t>
        <w:br/>
        <w:t>Так, я позаздрив мимоволі&lt;br /&gt;</w:t>
        <w:br/>
        <w:t>Неповній радості земній.&lt;br /&gt;</w:t>
        <w:br/>
        <w:t>Не жить, як ти, в цім — стільки болю.&lt;br /&gt;</w:t>
        <w:br/>
        <w:t>Нарізно — страшна жить мені?&lt;br /&gt;</w:t>
        <w:br/>
        <w:t>Неначе променем нежданим&lt;br /&gt;</w:t>
        <w:br/>
        <w:t>Спахнула враз душа моя,&lt;br /&gt;</w:t>
        <w:br/>
        <w:t>Печаль на дні старої рани&lt;br /&gt;</w:t>
        <w:br/>
        <w:t>Заворушилась, як змія.&lt;br /&gt;</w:t>
        <w:br/>
        <w:t>Без тебе вічність неозора&lt;br /&gt;</w:t>
        <w:br/>
        <w:t>І володінь моїх простори,&lt;br /&gt;</w:t>
        <w:br/>
        <w:t>Немов без значення слова —&lt;br /&gt;</w:t>
        <w:br/>
        <w:t>Розкішний храм без божества!</w:t>
      </w:r>
    </w:p>
    <w:p>
      <w:r>
        <w:br/>
        <w:t>Тамара&lt;br /&gt;</w:t>
        <w:br/>
        <w:t>Залиш мене, о дух лукавий!&lt;br /&gt;</w:t>
        <w:br/>
        <w:t>Не вірю ворогові я...&lt;br /&gt;</w:t>
        <w:br/>
        <w:t>0 боже мій! Душа моя,&lt;br /&gt;</w:t>
        <w:br/>
        <w:t>Неначе вогняної лави,&lt;br /&gt;</w:t>
        <w:br/>
        <w:t>Отрути сповнена... Ніяк&lt;br /&gt;</w:t>
        <w:br/>
        <w:t>Молитви слів не пригадаю.&lt;br /&gt;</w:t>
        <w:br/>
        <w:t>Мій розум слабне, я конаю...&lt;br /&gt;</w:t>
        <w:br/>
        <w:t>1 вороття нема назад.&lt;br /&gt;</w:t>
        <w:br/>
        <w:t>Послухай, ти мене загубиш.&lt;br /&gt;</w:t>
        <w:br/>
        <w:t>Твої слова — вогонь і яд.&lt;br /&gt;</w:t>
        <w:br/>
        <w:t>Скажи, чому мене ти любиш?&lt;br /&gt;</w:t>
        <w:br/>
        <w:t>Демон&lt;br /&gt;</w:t>
        <w:br/>
        <w:t>Чому, красуне? Розгадать&lt;br /&gt;</w:t>
        <w:br/>
        <w:t>Не сила. Повний щастя знову,&lt;br /&gt;</w:t>
        <w:br/>
        <w:t>З чола злочинного зірвать&lt;br /&gt;</w:t>
        <w:br/>
        <w:t>Вінець я зважився терновий;&lt;br /&gt;</w:t>
        <w:br/>
        <w:t>Я все минуле кинув в прах,&lt;br /&gt;</w:t>
        <w:br/>
        <w:t>Мій рай, мій ад — в твоїх очах.&lt;br /&gt;</w:t>
        <w:br/>
        <w:t>Люблю тебе так, як ніколи&lt;br /&gt;</w:t>
        <w:br/>
        <w:t>Тебе любить ніхто б не зміг,&lt;br /&gt;</w:t>
        <w:br/>
        <w:t>Всією силою і болем&lt;br /&gt;</w:t>
        <w:br/>
        <w:t>Безсмертних дум і мрій моїх.&lt;br /&gt;</w:t>
        <w:br/>
        <w:t>В душі твій образ, як святиня,&lt;br /&gt;</w:t>
        <w:br/>
        <w:t>Живе від світу перших днів,&lt;br /&gt;</w:t>
        <w:br/>
        <w:t>Мені як сонце він світив&lt;br /&gt;</w:t>
        <w:br/>
        <w:t>В ефіру вічного пустині.&lt;br /&gt;</w:t>
        <w:br/>
        <w:t>Тривожив думу він мою,&lt;br /&gt;</w:t>
        <w:br/>
        <w:t>Твоє ім'я мені звучало,&lt;br /&gt;</w:t>
        <w:br/>
        <w:t>В блаженства дні мені в раю&lt;br /&gt;</w:t>
        <w:br/>
        <w:t>Тебе одної неставало.&lt;br /&gt;</w:t>
        <w:br/>
        <w:t>Якби могла ти зрозуміть,&lt;br /&gt;</w:t>
        <w:br/>
        <w:t>Яка нудьга, яка гіркота,&lt;br /&gt;</w:t>
        <w:br/>
        <w:t>Коли не можна розділить&lt;br /&gt;</w:t>
        <w:br/>
        <w:t>Ані страждань, ні насолоди,&lt;br /&gt;</w:t>
        <w:br/>
        <w:t>Ні тишини, ні бур, ні гроз,&lt;br /&gt;</w:t>
        <w:br/>
        <w:t>В віках самотньому блукати,</w:t>
      </w:r>
    </w:p>
    <w:p>
      <w:r>
        <w:br/>
        <w:t>За зло похвал не дожидати&lt;br /&gt;</w:t>
        <w:br/>
        <w:t>І нагороди за добро;&lt;br /&gt;</w:t>
        <w:br/>
        <w:t>Терзатися самим собою,&lt;br /&gt;</w:t>
        <w:br/>
        <w:t>І мукою, і боротьбою&lt;br /&gt;</w:t>
        <w:br/>
        <w:t>Без мирних днів, без торжества!&lt;br /&gt;</w:t>
        <w:br/>
        <w:t>Завжди жаліть, і не бажати,&lt;br /&gt;</w:t>
        <w:br/>
        <w:t>Все бачить, знать і почувати&lt;br /&gt;</w:t>
        <w:br/>
        <w:t>Всією силою єства,&lt;br /&gt;</w:t>
        <w:br/>
        <w:t>Усе зненавидіть без краю&lt;br /&gt;</w:t>
        <w:br/>
        <w:t>В віках, що в безвість одлітають,&lt;br /&gt;</w:t>
        <w:br/>
        <w:t>На всьому бачить їх печать,&lt;br /&gt;</w:t>
        <w:br/>
        <w:t>І все на світі зневажать!&lt;br /&gt;</w:t>
        <w:br/>
        <w:t>Як тільки Богове прокляття&lt;br /&gt;</w:t>
        <w:br/>
        <w:t>Збулось, став зразу відчувать я&lt;br /&gt;</w:t>
        <w:br/>
        <w:t>Природи холод, що була&lt;br /&gt;</w:t>
        <w:br/>
        <w:t>Для мене сповнена тепла;&lt;br /&gt;</w:t>
        <w:br/>
        <w:t>Синіли навкруги простори;&lt;br /&gt;</w:t>
        <w:br/>
        <w:t>Весільні бачив я убори&lt;br /&gt;</w:t>
        <w:br/>
        <w:t>Світил, знайомих так давно...&lt;br /&gt;</w:t>
        <w:br/>
        <w:t>Вони пливли, всі в злоті, мимо —&lt;br /&gt;</w:t>
        <w:br/>
        <w:t>І що ж! Свойого побратима&lt;br /&gt;</w:t>
        <w:br/>
        <w:t>З них не пізнало ні одно,&lt;br /&gt;</w:t>
        <w:br/>
        <w:t>І став я кликати з одчаєм&lt;br /&gt;</w:t>
        <w:br/>
        <w:t>Таких же гнаних, як і я,&lt;br /&gt;</w:t>
        <w:br/>
        <w:t>Але облич, де лють безкрая,&lt;br /&gt;</w:t>
        <w:br/>
        <w:t>Не міг пізнать уже ніяк.&lt;br /&gt;</w:t>
        <w:br/>
        <w:t>І я крильми змахнув легкими,&lt;br /&gt;</w:t>
        <w:br/>
        <w:t>Помчався — та куди, за чим?&lt;br /&gt;</w:t>
        <w:br/>
        <w:t>Не знаю... Друзями своїми&lt;br /&gt;</w:t>
        <w:br/>
        <w:t>Невизнаний, у світі цім&lt;br /&gt;</w:t>
        <w:br/>
        <w:t>Лишився сам я, невтомимим.&lt;br /&gt;</w:t>
        <w:br/>
        <w:t>Так без вітрил і без керма,&lt;br /&gt;</w:t>
        <w:br/>
        <w:t>Розбитий бурею морською,&lt;br /&gt;</w:t>
        <w:br/>
        <w:t>Хитливий човен за водою&lt;br /&gt;</w:t>
        <w:br/>
        <w:t>Пливе... Одірвана від хмар,&lt;br /&gt;</w:t>
        <w:br/>
        <w:t>Хмарина так летить і мріє,&lt;br /&gt;</w:t>
        <w:br/>
        <w:t>Але ніде пристать не сміє.&lt;br /&gt;</w:t>
        <w:br/>
        <w:t>Летить, мов кинене орля,</w:t>
      </w:r>
    </w:p>
    <w:p>
      <w:r>
        <w:br/>
        <w:t>Бог зна куди і відкіля!&lt;br /&gt;</w:t>
        <w:br/>
        <w:t>І я людьми не довго правив,&lt;br /&gt;</w:t>
        <w:br/>
        <w:t>Гріху не довго їх навчав,&lt;br /&gt;</w:t>
        <w:br/>
        <w:t>І благородне все неславив,&lt;br /&gt;</w:t>
        <w:br/>
        <w:t>І все прекрасне проклинав.&lt;br /&gt;</w:t>
        <w:br/>
        <w:t>Не довго... Чистий промінь віри&lt;br /&gt;</w:t>
        <w:br/>
        <w:t>Назавжди погасив я в них...&lt;br /&gt;</w:t>
        <w:br/>
        <w:t>Чи ж варт були зусиль моїх&lt;br /&gt;</w:t>
        <w:br/>
        <w:t>Невігласи і лицеміри?&lt;br /&gt;</w:t>
        <w:br/>
        <w:t>І я.помчав в тумани гір,&lt;br /&gt;</w:t>
        <w:br/>
        <w:t>Що мандрівний манили зір,&lt;br /&gt;</w:t>
        <w:br/>
        <w:t>Блукати в тьмі ночей глибокій...&lt;br /&gt;</w:t>
        <w:br/>
        <w:t>І часто вершник одинокий,&lt;br /&gt;</w:t>
        <w:br/>
        <w:t>Оманним зраджений огнем,&lt;br /&gt;</w:t>
        <w:br/>
        <w:t>Летів у тьму разом з конем&lt;br /&gt;</w:t>
        <w:br/>
        <w:t>І марно кликав... Слід кривавий&lt;br /&gt;</w:t>
        <w:br/>
        <w:t>За ним на скелі червонів...&lt;br /&gt;</w:t>
        <w:br/>
        <w:t>Але похмурі ці забави&lt;br /&gt;</w:t>
        <w:br/>
        <w:t>Не довго тішили мій гнів!&lt;br /&gt;</w:t>
        <w:br/>
        <w:t>В борні з.шаленим ураганом,&lt;br /&gt;</w:t>
        <w:br/>
        <w:t>Що люто в груди бив мені,&lt;br /&gt;</w:t>
        <w:br/>
        <w:t>У блискавицях і туманах&lt;br /&gt;</w:t>
        <w:br/>
        <w:t>Шумливо мчав я в вишині,&lt;br /&gt;</w:t>
        <w:br/>
        <w:t>Щоб у стихій бентежнім гулі&lt;br /&gt;</w:t>
        <w:br/>
        <w:t>Тривогу серця заглушить,&lt;br /&gt;</w:t>
        <w:br/>
        <w:t>Забути дні мої минулі,&lt;br /&gt;</w:t>
        <w:br/>
        <w:t>Що не забуду ні на мить.&lt;br /&gt;</w:t>
        <w:br/>
        <w:t>Всі люди, роджені землею&lt;br /&gt;</w:t>
        <w:br/>
        <w:t>Для марних мук і поривань,&lt;br /&gt;</w:t>
        <w:br/>
        <w:t>Моїх невизнаних страждань&lt;br /&gt;</w:t>
        <w:br/>
        <w:t>Не варті й миті однієї!&lt;br /&gt;</w:t>
        <w:br/>
        <w:t>Що люди? їх життя і труд?&lt;br /&gt;</w:t>
        <w:br/>
        <w:t>їх смерть земних позбавить пут.&lt;br /&gt;</w:t>
        <w:br/>
        <w:t>Надія є — небесний суд,&lt;br /&gt;</w:t>
        <w:br/>
        <w:t>Що їх простить, хоч покарає.&lt;br /&gt;</w:t>
        <w:br/>
        <w:t>Моя ж печаль незмінно тут,&lt;br /&gt;</w:t>
        <w:br/>
        <w:t>їй краю, як мені, немає.&lt;br /&gt;</w:t>
        <w:br/>
        <w:t>І не заснуть в могилі їй,</w:t>
      </w:r>
    </w:p>
    <w:p>
      <w:r>
        <w:br/>
        <w:t>Вона то лащиться, мов змій,&lt;br /&gt;</w:t>
        <w:br/>
        <w:t>То, мов огнем, пече без краю,&lt;br /&gt;</w:t>
        <w:br/>
        <w:t>То душу кам'яно стискає,&lt;br /&gt;</w:t>
        <w:br/>
        <w:t>І вир неугасимий цей —&lt;br /&gt;</w:t>
        <w:br/>
        <w:t>Надій погаслих мавзолей!&lt;br /&gt;</w:t>
        <w:br/>
        <w:t>Тамара&lt;br /&gt;</w:t>
        <w:br/>
        <w:t>Мені страждань твоїх не треба,&lt;br /&gt;</w:t>
        <w:br/>
        <w:t>Для чого знати їх мені?&lt;br /&gt;</w:t>
        <w:br/>
        <w:t>Ти согрішив...&lt;br /&gt;</w:t>
        <w:br/>
        <w:t>Демон&lt;br /&gt;</w:t>
        <w:br/>
        <w:t>Чи проти тебе?&lt;br /&gt;</w:t>
        <w:br/>
        <w:t>Тамара&lt;br /&gt;</w:t>
        <w:br/>
        <w:t>Нас можуть чути!..&lt;br /&gt;</w:t>
        <w:br/>
        <w:t>Демон&lt;br /&gt;</w:t>
        <w:br/>
        <w:t>Ми одні!&lt;br /&gt;</w:t>
        <w:br/>
        <w:t>Тамара&lt;br /&gt;</w:t>
        <w:br/>
        <w:t>А Бог?&lt;br /&gt;</w:t>
        <w:br/>
        <w:t>Демон&lt;br /&gt;</w:t>
        <w:br/>
        <w:t>На нас він і не гляне, —&lt;br /&gt;</w:t>
        <w:br/>
        <w:t>Він тільки небом зайнятий!&lt;br /&gt;</w:t>
        <w:br/>
        <w:t>Тамара&lt;br /&gt;</w:t>
        <w:br/>
        <w:t>А в пеклі кара невблаганна?&lt;br /&gt;</w:t>
        <w:br/>
        <w:t>Демон&lt;br /&gt;</w:t>
        <w:br/>
        <w:t>Ну що ж! І там я буду твій!&lt;br /&gt;</w:t>
        <w:br/>
        <w:t>Тамара&lt;br /&gt;</w:t>
        <w:br/>
        <w:t>Хто б ти не був, незнаний друже,&lt;br /&gt;</w:t>
        <w:br/>
        <w:t>Твій голос душу порива,&lt;br /&gt;</w:t>
        <w:br/>
        <w:t>В солодкім чарі, як недужа,&lt;br /&gt;</w:t>
        <w:br/>
        <w:t>Твої я слухаю слова.&lt;br /&gt;</w:t>
        <w:br/>
        <w:t>Коли ж вони в собі ховають&lt;br /&gt;</w:t>
        <w:br/>
        <w:t>Туман облудливий, — і я...&lt;br /&gt;</w:t>
        <w:br/>
        <w:t>О, пожалій мене, благаю!</w:t>
      </w:r>
    </w:p>
    <w:p>
      <w:r>
        <w:br/>
        <w:t>Нащо тобі душа моя?&lt;br /&gt;</w:t>
        <w:br/>
        <w:t>Невже красою я не схожа&lt;br /&gt;</w:t>
        <w:br/>
        <w:t>На всіх, що зір твій проминув?&lt;br /&gt;</w:t>
        <w:br/>
        <w:t>Цвітуть вони, неначе рожі;&lt;br /&gt;</w:t>
        <w:br/>
        <w:t>Як тут, незаймане їх ложе&lt;br /&gt;</w:t>
        <w:br/>
        <w:t>Рукою смертний не торкнув.&lt;br /&gt;</w:t>
        <w:br/>
        <w:t>Ні, поклянись мені, благаю,&lt;br /&gt;</w:t>
        <w:br/>
        <w:t>Скажи, — ти бачиш, я страждаю,&lt;br /&gt;</w:t>
        <w:br/>
        <w:t>Солодкий жах мене проймає...&lt;br /&gt;</w:t>
        <w:br/>
        <w:t>Ти зрозумів усе до краю,&lt;br /&gt;</w:t>
        <w:br/>
        <w:t>І вірю — пожалієш ти.&lt;br /&gt;</w:t>
        <w:br/>
        <w:t>Клянись мені... Нехай жадання&lt;br /&gt;</w:t>
        <w:br/>
        <w:t>Тебе навік покине тьма.&lt;br /&gt;</w:t>
        <w:br/>
        <w:t>Невже на світі для кохання&lt;br /&gt;</w:t>
        <w:br/>
        <w:t>Вже непорушних клятв нема?&lt;br /&gt;</w:t>
        <w:br/>
        <w:t>Демон&lt;br /&gt;</w:t>
        <w:br/>
        <w:t>Клянусь я днем, коли повстанув&lt;br /&gt;</w:t>
        <w:br/>
        <w:t>Цей світ, розкинутий кругом,&lt;br /&gt;</w:t>
        <w:br/>
        <w:t>Клянусь огнем його останнім&lt;br /&gt;</w:t>
        <w:br/>
        <w:t>І правди вічним торжеством.&lt;br /&gt;</w:t>
        <w:br/>
        <w:t>Клянусь я злочину ганьбою,&lt;br /&gt;</w:t>
        <w:br/>
        <w:t>Падінням, мукою образ,&lt;br /&gt;</w:t>
        <w:br/>
        <w:t>Клянусь побаченням з тобою,&lt;br /&gt;</w:t>
        <w:br/>
        <w:t>Розлукою, що жде на нас;&lt;br /&gt;</w:t>
        <w:br/>
        <w:t>Клянуся силами і тьмами&lt;br /&gt;</w:t>
        <w:br/>
        <w:t>Мені підвладних і рабів,&lt;br /&gt;</w:t>
        <w:br/>
        <w:t>Мечами ангелів над нами,&lt;br /&gt;</w:t>
        <w:br/>
        <w:t>Моїх безсмертних ворогів;&lt;br /&gt;</w:t>
        <w:br/>
        <w:t>Клянусь пекельними вогнями,&lt;br /&gt;</w:t>
        <w:br/>
        <w:t>Клянусь тобі усім святим,&lt;br /&gt;</w:t>
        <w:br/>
        <w:t>Твоїми першими сльозами.&lt;br /&gt;</w:t>
        <w:br/>
        <w:t>Останнім поглядом твоїм,&lt;br /&gt;</w:t>
        <w:br/>
        <w:t>Безгрішних уст твоїх диханням&lt;br /&gt;</w:t>
        <w:br/>
        <w:t>І шовком кучерів густим;&lt;br /&gt;</w:t>
        <w:br/>
        <w:t>Клянусь блаженством і стражданням,&lt;br /&gt;</w:t>
        <w:br/>
        <w:t>Коханням зоряним моїм, —&lt;br /&gt;</w:t>
        <w:br/>
        <w:t>Від дум про помсти і гордині</w:t>
      </w:r>
    </w:p>
    <w:p>
      <w:r>
        <w:br/>
        <w:t>Я відриваюся в цю мить,&lt;br /&gt;</w:t>
        <w:br/>
        <w:t>Спокуси чар гіркий однині&lt;br /&gt;</w:t>
        <w:br/>
        <w:t>Нікому серця не сп'янить;&lt;br /&gt;</w:t>
        <w:br/>
        <w:t>Я небу ворогом не буду.&lt;br /&gt;</w:t>
        <w:br/>
        <w:t>Молитва чиста сповнить груди,&lt;br /&gt;</w:t>
        <w:br/>
        <w:t>Повірю знову я добру.&lt;br /&gt;</w:t>
        <w:br/>
        <w:t>Сльозою каяття зітру&lt;br /&gt;</w:t>
        <w:br/>
        <w:t>Я на чолі, тебе достойнім,&lt;br /&gt;</w:t>
        <w:br/>
        <w:t>Сліди небесного вогню,&lt;br /&gt;</w:t>
        <w:br/>
        <w:t>І світу з болем невигойним&lt;br /&gt;</w:t>
        <w:br/>
        <w:t>Його покину метушню.&lt;br /&gt;</w:t>
        <w:br/>
        <w:t>0 вір мені! В шукань горінні&lt;br /&gt;</w:t>
        <w:br/>
        <w:t>Лиш я тебе збагнути міг.&lt;br /&gt;</w:t>
        <w:br/>
        <w:t>Для мене ти — моя святиня,&lt;br /&gt;</w:t>
        <w:br/>
        <w:t>1 владу всю свою віднині&lt;br /&gt;</w:t>
        <w:br/>
        <w:t>Складаю я до ніг твоїх.&lt;br /&gt;</w:t>
        <w:br/>
        <w:t>Від тебе щастя жду, як дару,&lt;br /&gt;</w:t>
        <w:br/>
        <w:t>Я вічність дам тобі за мить.&lt;br /&gt;</w:t>
        <w:br/>
        <w:t>В любові й злобі, вір, Тамаро,&lt;br /&gt;</w:t>
        <w:br/>
        <w:t>Мене нікому не змінить.&lt;br /&gt;</w:t>
        <w:br/>
        <w:t>Над зорі, хмари й блискавиці&lt;br /&gt;</w:t>
        <w:br/>
        <w:t>Тебе візьму з собою я,&lt;br /&gt;</w:t>
        <w:br/>
        <w:t>І будеш світу ти цариця,&lt;br /&gt;</w:t>
        <w:br/>
        <w:t>Єдина подруга моя.&lt;br /&gt;</w:t>
        <w:br/>
        <w:t>Спокійно й байдуже дивитись&lt;br /&gt;</w:t>
        <w:br/>
        <w:t>На грішну землю будеш ти,&lt;br /&gt;</w:t>
        <w:br/>
        <w:t>Де ні красою не зустрітись,&lt;br /&gt;</w:t>
        <w:br/>
        <w:t>Ні щастя й миру не знайти.&lt;br /&gt;</w:t>
        <w:br/>
        <w:t>Де тільки злочини та страти,&lt;br /&gt;</w:t>
        <w:br/>
        <w:t>Де мучилась душа твоя,&lt;br /&gt;</w:t>
        <w:br/>
        <w:t>Де не уміють ні кохати,&lt;br /&gt;</w:t>
        <w:br/>
        <w:t>Ні так ненавидіть, як я.&lt;br /&gt;</w:t>
        <w:br/>
        <w:t>Людей хвилинної любові&lt;br /&gt;</w:t>
        <w:br/>
        <w:t>Хіба не знаєш ти сама?&lt;br /&gt;</w:t>
        <w:br/>
        <w:t>Тривога молодої крові, —&lt;br /&gt;</w:t>
        <w:br/>
        <w:t>А потім — і цього нема!&lt;br /&gt;</w:t>
        <w:br/>
        <w:t>І переборе хто розлуку.&lt;br /&gt;</w:t>
        <w:br/>
        <w:t>Краси нової бран новий,</w:t>
      </w:r>
    </w:p>
    <w:p>
      <w:r>
        <w:br/>
        <w:t>Розчарування, втому, скуку,&lt;br /&gt;</w:t>
        <w:br/>
        <w:t>Мінливий цвіт бажань і мрій?&lt;br /&gt;</w:t>
        <w:br/>
        <w:t>Ні, не тобі в земній неволі&lt;br /&gt;</w:t>
        <w:br/>
        <w:t>Призначено, на глум і сміх,&lt;br /&gt;</w:t>
        <w:br/>
        <w:t>Зів'янути в тісному колі&lt;br /&gt;</w:t>
        <w:br/>
        <w:t>Рабою ревнощів сліпих,&lt;br /&gt;</w:t>
        <w:br/>
        <w:t>Між друзів кволих і нещирих,&lt;br /&gt;</w:t>
        <w:br/>
        <w:t>Між ворогів, надій і мрій,&lt;br /&gt;</w:t>
        <w:br/>
        <w:t>Згубивши час, і лік, і міру&lt;br /&gt;</w:t>
        <w:br/>
        <w:t>Роботі марній і нудній!&lt;br /&gt;</w:t>
        <w:br/>
        <w:t>За муром цим, під дзвонів клекіт,&lt;br /&gt;</w:t>
        <w:br/>
        <w:t>Не згасне юнь твоя жива;&lt;br /&gt;</w:t>
        <w:br/>
        <w:t>Завжди однаково далека&lt;br /&gt;</w:t>
        <w:br/>
        <w:t>Ти від людей і божества.&lt;br /&gt;</w:t>
        <w:br/>
        <w:t>Ні, не на це судило небо&lt;br /&gt;</w:t>
        <w:br/>
        <w:t>Тобі у цьому світі жить;&lt;br /&gt;</w:t>
        <w:br/>
        <w:t>Страждання інше жде на тебе&lt;br /&gt;</w:t>
        <w:br/>
        <w:t>І інших радощів блакить.&lt;br /&gt;</w:t>
        <w:br/>
        <w:t>Покинь свої старі бажання,&lt;br /&gt;</w:t>
        <w:br/>
        <w:t>Лиши нікчемній їх юрбі,&lt;br /&gt;</w:t>
        <w:br/>
        <w:t>Безодню гордого пізнання&lt;br /&gt;</w:t>
        <w:br/>
        <w:t>За це відкрию я тобі.&lt;br /&gt;</w:t>
        <w:br/>
        <w:t>Щоб слугувать тобі, покличу&lt;br /&gt;</w:t>
        <w:br/>
        <w:t>Я юрби духів неземних,&lt;br /&gt;</w:t>
        <w:br/>
        <w:t>Прислужниць юних, чарівничих&lt;br /&gt;</w:t>
        <w:br/>
        <w:t>До ніг я покладу твоїх.&lt;br /&gt;</w:t>
        <w:br/>
        <w:t>З зорі досвітньої для тебе&lt;br /&gt;</w:t>
        <w:br/>
        <w:t>Зірву корону золоту,&lt;br /&gt;</w:t>
        <w:br/>
        <w:t>Росою з квітів, що як небо,&lt;br /&gt;</w:t>
        <w:br/>
        <w:t>Я окроплю корону ту.&lt;br /&gt;</w:t>
        <w:br/>
        <w:t>Вечірнім променем рум'яним&lt;br /&gt;</w:t>
        <w:br/>
        <w:t>Твій стан, як стрічкою, пов'ю&lt;br /&gt;</w:t>
        <w:br/>
        <w:t>І ароматів океани&lt;br /&gt;</w:t>
        <w:br/>
        <w:t>Навколо тебе розіллю.&lt;br /&gt;</w:t>
        <w:br/>
        <w:t>Твої розвію я тривоги&lt;br /&gt;</w:t>
        <w:br/>
        <w:t>Музикою, що як зоря,&lt;br /&gt;</w:t>
        <w:br/>
        <w:t>Я возведу ясні чертоги&lt;br /&gt;</w:t>
        <w:br/>
        <w:t>Із бірюзи і янтаря.</w:t>
      </w:r>
    </w:p>
    <w:p>
      <w:r>
        <w:br/>
        <w:t>На моря дно, що в тьмі вирує,&lt;br /&gt;</w:t>
        <w:br/>
        <w:t>Я опущусь, помчу за твердь,&lt;br /&gt;</w:t>
        <w:br/>
        <w:t>Я все земне тобі дарую,&lt;br /&gt;</w:t>
        <w:br/>
        <w:t>Люби мене]..&lt;br /&gt;</w:t>
        <w:br/>
        <w:t>XI&lt;br /&gt;</w:t>
        <w:br/>
        <w:t>І він ледь-ледь&lt;br /&gt;</w:t>
        <w:br/>
        <w:t>Торкнувсь гарячими вустами&lt;br /&gt;</w:t>
        <w:br/>
        <w:t>До губ тремтливих, і у тьмі&lt;br /&gt;</w:t>
        <w:br/>
        <w:t>З його знадливими словами&lt;br /&gt;</w:t>
        <w:br/>
        <w:t>Злились благання молоді.&lt;br /&gt;</w:t>
        <w:br/>
        <w:t>Могутній зір палив їй очі&lt;br /&gt;</w:t>
        <w:br/>
        <w:t>Страшним огнем. Крізь морок ночі&lt;br /&gt;</w:t>
        <w:br/>
        <w:t>Над нею владно він сіяв&lt;br /&gt;</w:t>
        <w:br/>
        <w:t>Огнем невиданих заграв...&lt;br /&gt;</w:t>
        <w:br/>
        <w:t>І поцілунок враз гріховний&lt;br /&gt;</w:t>
        <w:br/>
        <w:t>їй грудь, як блискавка, пропік —&lt;br /&gt;</w:t>
        <w:br/>
        <w:t>І ночі тишину безмовну&lt;br /&gt;</w:t>
        <w:br/>
        <w:t>Протяв жахливий болю крик...&lt;br /&gt;</w:t>
        <w:br/>
        <w:t>XII&lt;br /&gt;</w:t>
        <w:br/>
        <w:t>В той час обхідник опівнічний,&lt;br /&gt;</w:t>
        <w:br/>
        <w:t>Один у мороці німім,&lt;br /&gt;</w:t>
        <w:br/>
        <w:t>Обходив мури кроком звичним&lt;br /&gt;</w:t>
        <w:br/>
        <w:t>Під сяйвом місяця блідим.&lt;br /&gt;</w:t>
        <w:br/>
        <w:t>Пливли на небі дальні хмари&lt;br /&gt;</w:t>
        <w:br/>
        <w:t>У голубому царстві снів.&lt;br /&gt;</w:t>
        <w:br/>
        <w:t>І біля келії Тамари&lt;br /&gt;</w:t>
        <w:br/>
        <w:t>Він тихий крок свій зупинив.&lt;br /&gt;</w:t>
        <w:br/>
        <w:t>Там, за вікном, і крик і стогін&lt;br /&gt;</w:t>
        <w:br/>
        <w:t>На мить прорвали тишину, —&lt;br /&gt;</w:t>
        <w:br/>
        <w:t>Він руку зняв, мов для тривоги,&lt;br /&gt;</w:t>
        <w:br/>
        <w:t>Над дошкою із чавуну.&lt;br /&gt;</w:t>
        <w:br/>
        <w:t>Крізь келії тісної шиби&lt;br /&gt;</w:t>
        <w:br/>
        <w:t>Чернець, недремний вартовий,&lt;br /&gt;</w:t>
        <w:br/>
        <w:t>Почув і поцілунки ніби,&lt;br /&gt;</w:t>
        <w:br/>
        <w:t>І ніби зойк якийсь тяжкий!&lt;br /&gt;</w:t>
        <w:br/>
        <w:t>І серце сторожа старого</w:t>
      </w:r>
    </w:p>
    <w:p>
      <w:r>
        <w:br/>
        <w:t>Гріховний сумнів полонив.&lt;br /&gt;</w:t>
        <w:br/>
        <w:t>І знову тиша, знов мовчання&lt;br /&gt;</w:t>
        <w:br/>
        <w:t>Навкруг. Лиш чути здалеки&lt;br /&gt;</w:t>
        <w:br/>
        <w:t>Густого листя трепетання&lt;br /&gt;</w:t>
        <w:br/>
        <w:t>Та плескіт бистрої ріки.&lt;br /&gt;</w:t>
        <w:br/>
        <w:t>І в тишині канон святого&lt;br /&gt;</w:t>
        <w:br/>
        <w:t>Спішить обхідник прочитать,&lt;br /&gt;</w:t>
        <w:br/>
        <w:t>Щоб чарування духа злого&lt;br /&gt;</w:t>
        <w:br/>
        <w:t>І грішні думи відігнать.&lt;br /&gt;</w:t>
        <w:br/>
        <w:t>Хрестом він хоче заспокоїть&lt;br /&gt;</w:t>
        <w:br/>
        <w:t>Схвильовану раптово грудь,&lt;br /&gt;</w:t>
        <w:br/>
        <w:t>І в тьму тривожною ходою&lt;br /&gt;</w:t>
        <w:br/>
        <w:t>Продовжує знайому путь.&lt;br /&gt;</w:t>
        <w:br/>
        <w:t>XIII&lt;br /&gt;</w:t>
        <w:br/>
        <w:t>Як пері в сні, вона була&lt;br /&gt;</w:t>
        <w:br/>
        <w:t>В гробу під білим покривалом,&lt;br /&gt;</w:t>
        <w:br/>
        <w:t>Що ніби млою облягало&lt;br /&gt;</w:t>
        <w:br/>
        <w:t>Печальний сніг її чола.&lt;br /&gt;</w:t>
        <w:br/>
        <w:t>Закрила вії смерть востаннє...&lt;br /&gt;</w:t>
        <w:br/>
        <w:t>Та хто б, о небо, не сказав,&lt;br /&gt;</w:t>
        <w:br/>
        <w:t>Що зір під ними не чекав&lt;br /&gt;</w:t>
        <w:br/>
        <w:t>На дотик губ чи світло раннє?&lt;br /&gt;</w:t>
        <w:br/>
        <w:t>Але даремно заливав&lt;br /&gt;</w:t>
        <w:br/>
        <w:t>їх промінь золотом заграв,&lt;br /&gt;</w:t>
        <w:br/>
        <w:t>І марно з невимовним жалем&lt;br /&gt;</w:t>
        <w:br/>
        <w:t>їх рідні губи цілували.&lt;br /&gt;</w:t>
        <w:br/>
        <w:t>Ні... Смерті грізної печать&lt;br /&gt;</w:t>
        <w:br/>
        <w:t>Ніщо не в силі вже зірвать!&lt;br /&gt;</w:t>
        <w:br/>
        <w:t>XIV&lt;br /&gt;</w:t>
        <w:br/>
        <w:t>Ніколи ще, у жодні свята,&lt;br /&gt;</w:t>
        <w:br/>
        <w:t>Вбрання Тамари не було&lt;br /&gt;</w:t>
        <w:br/>
        <w:t>Таке розкішне і багате,&lt;br /&gt;</w:t>
        <w:br/>
        <w:t>їй груди, руки і чоло&lt;br /&gt;</w:t>
        <w:br/>
        <w:t>Залляли квіти ароматом.&lt;br /&gt;</w:t>
        <w:br/>
        <w:t>Так обрядить її велів</w:t>
      </w:r>
    </w:p>
    <w:p>
      <w:r>
        <w:br/>
        <w:t>Закон, узятий від батьків.&lt;br /&gt;</w:t>
        <w:br/>
        <w:t>Квітки її стискали руки,&lt;br /&gt;</w:t>
        <w:br/>
        <w:t>Мов із землею на розлуку.&lt;br /&gt;</w:t>
        <w:br/>
        <w:t>Ніщо в обличчі не було&lt;br /&gt;</w:t>
        <w:br/>
        <w:t>Ознакою кінця страшного&lt;br /&gt;</w:t>
        <w:br/>
        <w:t>Від шалу пристрасті п'янкого;&lt;br /&gt;</w:t>
        <w:br/>
        <w:t>В своїй красі її чоло&lt;br /&gt;</w:t>
        <w:br/>
        <w:t>І риси, ніжні й благородні,&lt;br /&gt;</w:t>
        <w:br/>
        <w:t>Як мармур мертвий і холодний,&lt;br /&gt;</w:t>
        <w:br/>
        <w:t>Позбавлений чуття й ума,&lt;br /&gt;</w:t>
        <w:br/>
        <w:t>Таємний, наче смерть сама.&lt;br /&gt;</w:t>
        <w:br/>
        <w:t>Усмішка дивна і несміла&lt;br /&gt;</w:t>
        <w:br/>
        <w:t>Застигла на її устах,&lt;br /&gt;</w:t>
        <w:br/>
        <w:t>Вона багато говорила&lt;br /&gt;</w:t>
        <w:br/>
        <w:t>І сум будила у серцях.&lt;br /&gt;</w:t>
        <w:br/>
        <w:t>У ній зневага і благання&lt;br /&gt;</w:t>
        <w:br/>
        <w:t>Душі, що відлітає в рай,&lt;br /&gt;</w:t>
        <w:br/>
        <w:t>Остання дума і останнє&lt;br /&gt;</w:t>
        <w:br/>
        <w:t>Землі покірливе "прощай".&lt;br /&gt;</w:t>
        <w:br/>
        <w:t>Була усмішка та примарна,&lt;br /&gt;</w:t>
        <w:br/>
        <w:t>Як промінь осені блідий,&lt;br /&gt;</w:t>
        <w:br/>
        <w:t>Останній промінь, відблиск марний&lt;br /&gt;</w:t>
        <w:br/>
        <w:t>Очей, погаслих назавжди.&lt;br /&gt;</w:t>
        <w:br/>
        <w:t>Так в час вечірньої утоми.&lt;br /&gt;</w:t>
        <w:br/>
        <w:t>Коли у морі золотому&lt;br /&gt;</w:t>
        <w:br/>
        <w:t>Лишає день багряну путь,&lt;br /&gt;</w:t>
        <w:br/>
        <w:t>І тіні падають в долини,&lt;br /&gt;</w:t>
        <w:br/>
        <w:t>Сніги Кавказу на хвилину&lt;br /&gt;</w:t>
        <w:br/>
        <w:t>Рум'яний відблиск бережуть,&lt;br /&gt;</w:t>
        <w:br/>
        <w:t>І сяють горді верховини.&lt;br /&gt;</w:t>
        <w:br/>
        <w:t>Але цей промінь неживий&lt;br /&gt;</w:t>
        <w:br/>
        <w:t>Ніде вже відблиску не має,&lt;br /&gt;</w:t>
        <w:br/>
        <w:t>І шлях нікому не осяє&lt;br /&gt;</w:t>
        <w:br/>
        <w:t>З вершини в кризі голубій!..&lt;br /&gt;</w:t>
        <w:br/>
        <w:t>XV&lt;br /&gt;</w:t>
        <w:br/>
        <w:t>Юрбою рідні і знайомі&lt;br /&gt;</w:t>
        <w:br/>
        <w:t>Готові вже в печальну путь.</w:t>
      </w:r>
    </w:p>
    <w:p>
      <w:r>
        <w:br/>
        <w:t>Рвучи волосся й до утоми&lt;br /&gt;</w:t>
        <w:br/>
        <w:t>Б'ючи себе в старечу грудь,&lt;br /&gt;</w:t>
        <w:br/>
        <w:t>В останній раз Гудал рушає&lt;br /&gt;</w:t>
        <w:br/>
        <w:t>На білогривому коні, —&lt;br /&gt;</w:t>
        <w:br/>
        <w:t>І похід вирушив. Три дні&lt;br /&gt;</w:t>
        <w:br/>
        <w:t>І ночі путь їх бути має.&lt;br /&gt;</w:t>
        <w:br/>
        <w:t>Там між дідів старих кісток&lt;br /&gt;</w:t>
        <w:br/>
        <w:t>Спокійний жде її куток.&lt;br /&gt;</w:t>
        <w:br/>
        <w:t>Один із прадідів Гудала,&lt;br /&gt;</w:t>
        <w:br/>
        <w:t>Що люд і села грабував,&lt;br /&gt;</w:t>
        <w:br/>
        <w:t>Коли біда його спіткала&lt;br /&gt;</w:t>
        <w:br/>
        <w:t>І умирати час настав,&lt;br /&gt;</w:t>
        <w:br/>
        <w:t>Щоб дні гріховні замолити,&lt;br /&gt;</w:t>
        <w:br/>
        <w:t>На верховині скель з граніту&lt;br /&gt;</w:t>
        <w:br/>
        <w:t>Поставить церкву слово дав.&lt;br /&gt;</w:t>
        <w:br/>
        <w:t>І скоро між снігів Казбеку&lt;br /&gt;</w:t>
        <w:br/>
        <w:t>Підвівся одинокий храм,&lt;br /&gt;</w:t>
        <w:br/>
        <w:t>І кості лютого, абрека&lt;br /&gt;</w:t>
        <w:br/>
        <w:t>Знайшли навіки спокій там.&lt;br /&gt;</w:t>
        <w:br/>
        <w:t>І стала цвинтарем в ті дні&lt;br /&gt;</w:t>
        <w:br/>
        <w:t>Та скеля, де простори сині:&lt;br /&gt;</w:t>
        <w:br/>
        <w:t>Неначе там, у вишині,&lt;br /&gt;</w:t>
        <w:br/>
        <w:t>Тепліш по смерті в домовини&lt;br /&gt;</w:t>
        <w:br/>
        <w:t>Неначе там, де вітру спів,&lt;br /&gt;</w:t>
        <w:br/>
        <w:t>Ніхто вже сну не потривожить!..&lt;br /&gt;</w:t>
        <w:br/>
        <w:t>Та марно? Мертвий снить не може&lt;br /&gt;</w:t>
        <w:br/>
        <w:t>Про сум і радість давніх днів...&lt;br /&gt;</w:t>
        <w:br/>
        <w:t>XVI&lt;br /&gt;</w:t>
        <w:br/>
        <w:t>В ефіру синьому просторі&lt;br /&gt;</w:t>
        <w:br/>
        <w:t>Один із ангелів святих&lt;br /&gt;</w:t>
        <w:br/>
        <w:t>Летів на крилах золотих&lt;br /&gt;</w:t>
        <w:br/>
        <w:t>І душу грішну ніс між зорі&lt;br /&gt;</w:t>
        <w:br/>
        <w:t>В обіймах праведних своїх.&lt;br /&gt;</w:t>
        <w:br/>
        <w:t>Солодким словом сповідання&lt;br /&gt;</w:t>
        <w:br/>
        <w:t>її він болі відганяв,&lt;br /&gt;</w:t>
        <w:br/>
        <w:t>Сліди гріха, сліди страждання&lt;br /&gt;</w:t>
        <w:br/>
        <w:t>Сльозами з неї він змивав.</w:t>
      </w:r>
    </w:p>
    <w:p>
      <w:r>
        <w:br/>
        <w:t>Здаля прозорі звуки раю&lt;br /&gt;</w:t>
        <w:br/>
        <w:t>Уже леліяли їм слух,&lt;br /&gt;</w:t>
        <w:br/>
        <w:t>Як враз їм путь перетинає&lt;br /&gt;</w:t>
        <w:br/>
        <w:t>З пекельної безодні дух.&lt;br /&gt;</w:t>
        <w:br/>
        <w:t>Він весь, як вихор темнокрилий,&lt;br /&gt;</w:t>
        <w:br/>
        <w:t>Як чорна блискавка сія,&lt;br /&gt;</w:t>
        <w:br/>
        <w:t>І гордовито, певний сили,&lt;br /&gt;</w:t>
        <w:br/>
        <w:t>Промовив він: "Вона моя!"&lt;br /&gt;</w:t>
        <w:br/>
        <w:t>На груди ангела припала,&lt;br /&gt;</w:t>
        <w:br/>
        <w:t>Ховаючи в молитві жах,&lt;br /&gt;</w:t>
        <w:br/>
        <w:t>Тамари грішної душа,&lt;br /&gt;</w:t>
        <w:br/>
        <w:t>їй долю зараз вирішали,&lt;br /&gt;</w:t>
        <w:br/>
        <w:t>Знов перед нею він стояв.&lt;br /&gt;</w:t>
        <w:br/>
        <w:t>Та, боже, хто б його пізнав?&lt;br /&gt;</w:t>
        <w:br/>
        <w:t>Яким огнем йому горіли&lt;br /&gt;</w:t>
        <w:br/>
        <w:t>Зіниці, грізно помутнілі!..&lt;br /&gt;</w:t>
        <w:br/>
        <w:t>Така там лють... І край їй де?..&lt;br /&gt;</w:t>
        <w:br/>
        <w:t>Смертельним холодом могили&lt;br /&gt;</w:t>
        <w:br/>
        <w:t>Обличчя віяло бліде.&lt;br /&gt;</w:t>
        <w:br/>
        <w:t>"Залиш її, примаро аду! —&lt;br /&gt;</w:t>
        <w:br/>
        <w:t>Небесний гість йому сказав, —&lt;br /&gt;</w:t>
        <w:br/>
        <w:t>Вже ти доволі сняткував;&lt;br /&gt;</w:t>
        <w:br/>
        <w:t>Тут не твоя панує влада.&lt;br /&gt;</w:t>
        <w:br/>
        <w:t>Суда жаданий час настав.&lt;br /&gt;</w:t>
        <w:br/>
        <w:t>Вже їй чужі земні тривоги,&lt;br /&gt;</w:t>
        <w:br/>
        <w:t>Як пута, що на ній були.&lt;br /&gt;</w:t>
        <w:br/>
        <w:t>Для неї дні важкі пройшли,&lt;br /&gt;</w:t>
        <w:br/>
        <w:t>Така безсмертна воля Бога!&lt;br /&gt;</w:t>
        <w:br/>
        <w:t>Давно на неї ми чекали,&lt;br /&gt;</w:t>
        <w:br/>
        <w:t>її душа була із тих,&lt;br /&gt;</w:t>
        <w:br/>
        <w:t>Життя яких, як блиск світання,&lt;br /&gt;</w:t>
        <w:br/>
        <w:t>В огні нестерпного стражддння,&lt;br /&gt;</w:t>
        <w:br/>
        <w:t>Бажань нездійснених земних.&lt;br /&gt;</w:t>
        <w:br/>
        <w:t>Рука творця їх струни ткала&lt;br /&gt;</w:t>
        <w:br/>
        <w:t>З проміння іншого, ніж всіх.&lt;br /&gt;</w:t>
        <w:br/>
        <w:t>Не для землі вони постали,&lt;br /&gt;</w:t>
        <w:br/>
        <w:t>Й земля постала не для них!</w:t>
      </w:r>
    </w:p>
    <w:p>
      <w:r>
        <w:br/>
        <w:t>Ціною муки заплатила&lt;br /&gt;</w:t>
        <w:br/>
        <w:t>Вона за сумнівів одчай...&lt;br /&gt;</w:t>
        <w:br/>
        <w:t>Вона страждала і любила —&lt;br /&gt;</w:t>
        <w:br/>
        <w:t>Й відкрився для любові рай!"&lt;br /&gt;</w:t>
        <w:br/>
        <w:t>І ангел строгими очима&lt;br /&gt;</w:t>
        <w:br/>
        <w:t>На духа злобного зирнув,&lt;br /&gt;</w:t>
        <w:br/>
        <w:t>Змахнув крильми він золотими&lt;br /&gt;</w:t>
        <w:br/>
        <w:t>І в синім небі потонув.&lt;br /&gt;</w:t>
        <w:br/>
        <w:t>І Демон, мукою розп'ятий,&lt;br /&gt;</w:t>
        <w:br/>
        <w:t>Прокляв безумний порив свій,&lt;br /&gt;</w:t>
        <w:br/>
        <w:t>Щоб, як завжди, в світах блукати&lt;br /&gt;</w:t>
        <w:br/>
        <w:t>Самотньо й гордо, без відради,&lt;br /&gt;</w:t>
        <w:br/>
        <w:t>І без любові, й без надій.&lt;br /&gt;</w:t>
        <w:br/>
        <w:t>На схилі кам'янім гори,&lt;br /&gt;</w:t>
        <w:br/>
        <w:t>Край Койшаурської долини,&lt;br /&gt;</w:t>
        <w:br/>
        <w:t>Ще і до нашої пори&lt;br /&gt;</w:t>
        <w:br/>
        <w:t>Старі підносяться руїни.&lt;br /&gt;</w:t>
        <w:br/>
        <w:t>Про них страшні оповідання&lt;br /&gt;</w:t>
        <w:br/>
        <w:t>Дітей лякають уночі...&lt;br /&gt;</w:t>
        <w:br/>
        <w:t>Як привид, пам'ятник останній&lt;br /&gt;</w:t>
        <w:br/>
        <w:t>Про днів казкових далечінь&lt;br /&gt;</w:t>
        <w:br/>
        <w:t>Поміж гіллям дерев чорніє.&lt;br /&gt;</w:t>
        <w:br/>
        <w:t>Внизу розкиданий аул,&lt;br /&gt;</w:t>
        <w:br/>
        <w:t>Земля цвіте і зеленіє,&lt;br /&gt;</w:t>
        <w:br/>
        <w:t>І гомону далекий гул&lt;br /&gt;</w:t>
        <w:br/>
        <w:t>Доносить вітер. Каравани&lt;br /&gt;</w:t>
        <w:br/>
        <w:t>Пливуть у даль, де синь лунка,&lt;br /&gt;</w:t>
        <w:br/>
        <w:t>І, падаючи крізь тумани,&lt;br /&gt;</w:t>
        <w:br/>
        <w:t>Вирує піною ріка.&lt;br /&gt;</w:t>
        <w:br/>
        <w:t>Під грою сонця золотою&lt;br /&gt;</w:t>
        <w:br/>
        <w:t>Своєю вічною весною&lt;br /&gt;</w:t>
        <w:br/>
        <w:t>Радіє й тішиться земля,&lt;br /&gt;</w:t>
        <w:br/>
        <w:t>Мов безтурботливе маля.&lt;br /&gt;</w:t>
        <w:br/>
        <w:t>Та сумно в замку. Онімілий,&lt;br /&gt;</w:t>
        <w:br/>
        <w:t>Він одслужив чергу свою,&lt;br /&gt;</w:t>
        <w:br/>
        <w:t>Як дід, що пережив, похилий,&lt;br /&gt;</w:t>
        <w:br/>
        <w:t>І любих друзів, і сім'ю.</w:t>
      </w:r>
    </w:p>
    <w:p>
      <w:r>
        <w:br/>
        <w:t>Як ніч настане, в прохолоді&lt;br /&gt;</w:t>
        <w:br/>
        <w:t>Незримі мешканці його&lt;br /&gt;</w:t>
        <w:br/>
        <w:t>Святкують радісно свободу,&lt;br /&gt;</w:t>
        <w:br/>
        <w:t>Дзижчать і бігають кругом.&lt;br /&gt;</w:t>
        <w:br/>
        <w:t>В кутку павук нечутно лине,&lt;br /&gt;</w:t>
        <w:br/>
        <w:t>Й пряде химерне павутиння;&lt;br /&gt;</w:t>
        <w:br/>
        <w:t>Зелених ящірок сім'я&lt;br /&gt;</w:t>
        <w:br/>
        <w:t>У сяйві на покрівлі грає,&lt;br /&gt;</w:t>
        <w:br/>
        <w:t>І обережлива змія&lt;br /&gt;</w:t>
        <w:br/>
        <w:t>Із тьми щілини виповзає&lt;br /&gt;</w:t>
        <w:br/>
        <w:t>На плити ґанку: то за мить&lt;br /&gt;</w:t>
        <w:br/>
        <w:t>Зів'ється в коло, то лежить&lt;br /&gt;</w:t>
        <w:br/>
        <w:t>При світлі смугою тонкою,&lt;br /&gt;</w:t>
        <w:br/>
        <w:t>Огнем лисніючи страшним,&lt;br /&gt;</w:t>
        <w:br/>
        <w:t>Як меч на полі бойовім.&lt;br /&gt;</w:t>
        <w:br/>
        <w:t>Вже зайвий мертвому герою!..&lt;br /&gt;</w:t>
        <w:br/>
        <w:t>Так дико скрізь. Ніде сліда&lt;br /&gt;</w:t>
        <w:br/>
        <w:t>Минулих днів: немов вода&lt;br /&gt;</w:t>
        <w:br/>
        <w:t>Так довго, довго їх змивала.&lt;br /&gt;</w:t>
        <w:br/>
        <w:t>І вже ніщо, ніщо кругом&lt;br /&gt;</w:t>
        <w:br/>
        <w:t>Не нагадає про Гудала&lt;br /&gt;</w:t>
        <w:br/>
        <w:t>І про любов дочки його!&lt;br /&gt;</w:t>
        <w:br/>
        <w:t>Лиш церква на стрімкій вершині,&lt;br /&gt;</w:t>
        <w:br/>
        <w:t>Де сплять вони у тишині,&lt;br /&gt;</w:t>
        <w:br/>
        <w:t>Про дні минулі, давні дні&lt;br /&gt;</w:t>
        <w:br/>
        <w:t>Між хмар нагадує й донині.&lt;br /&gt;</w:t>
        <w:br/>
        <w:t>Біля старих її воріт&lt;br /&gt;</w:t>
        <w:br/>
        <w:t>На варті чорною юрбою&lt;br /&gt;</w:t>
        <w:br/>
        <w:t>Стоять граніти, вітру літ&lt;br /&gt;</w:t>
        <w:br/>
        <w:t>їм не дає в снігах спокою,&lt;br /&gt;</w:t>
        <w:br/>
        <w:t>І, замість броні бойової,&lt;br /&gt;</w:t>
        <w:br/>
        <w:t>Покрив їм груди вічний лід.&lt;br /&gt;</w:t>
        <w:br/>
        <w:t>Обвали виснуть, як загроза,&lt;br /&gt;</w:t>
        <w:br/>
        <w:t>В снігів холодному цвіту,&lt;br /&gt;</w:t>
        <w:br/>
        <w:t>Мов водоспади, що морозом&lt;br /&gt;</w:t>
        <w:br/>
        <w:t>їх закувало на льоту.&lt;br /&gt;</w:t>
        <w:br/>
        <w:t>І хуга там дозором бродить,&lt;br /&gt;</w:t>
        <w:br/>
        <w:t>Здуває пил із стін старих,</w:t>
      </w:r>
    </w:p>
    <w:p>
      <w:r>
        <w:br/>
        <w:t>То пісні довгої заводить,&lt;br /&gt;</w:t>
        <w:br/>
        <w:t>То в тьмі гукає вартових;&lt;br /&gt;</w:t>
        <w:br/>
        <w:t>Почувши в далині туманній&lt;br /&gt;</w:t>
        <w:br/>
        <w:t>Про давній храм в тій стороні,&lt;br /&gt;</w:t>
        <w:br/>
        <w:t>Зі сходу хмари лиш одні&lt;br /&gt;</w:t>
        <w:br/>
        <w:t>Спішать на прощу караваном.&lt;br /&gt;</w:t>
        <w:br/>
        <w:t>Та над мерців холодним сном&lt;br /&gt;</w:t>
        <w:br/>
        <w:t>Ніхто не плаче вже давно,&lt;br /&gt;</w:t>
        <w:br/>
        <w:t>їх стереже Казбек незмінно&lt;br /&gt;</w:t>
        <w:br/>
        <w:t>В своїй одежі сніговій,&lt;br /&gt;</w:t>
        <w:br/>
        <w:t>І вічним гомоном людина&lt;br /&gt;</w:t>
        <w:br/>
        <w:t>їх не стривожить супокій.&lt;br /&gt;</w:t>
        <w:br/>
        <w:t>1841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Демон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