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Деревце</w:t>
      </w:r>
    </w:p>
    <w:p>
      <w:r>
        <w:br/>
        <w:t xml:space="preserve"> Ішов Панас із города додому&lt;br /&gt;</w:t>
        <w:br/>
        <w:t>З сокирою й мішком.&lt;br /&gt;</w:t>
        <w:br/>
        <w:t>Вертаться довелось самому,&lt;br /&gt;</w:t>
        <w:br/>
        <w:t>Прямуючи ліском.&lt;br /&gt;</w:t>
        <w:br/>
        <w:t>Іде Панас, не розглядає,&lt;br /&gt;</w:t>
        <w:br/>
        <w:t>Міркуючи про щось&lt;br /&gt;</w:t>
        <w:br/>
        <w:t>(Міркує той, хто нужду знає),&lt;br /&gt;</w:t>
        <w:br/>
        <w:t>Аж чує — кличе хтось:&lt;br /&gt;</w:t>
        <w:br/>
        <w:t>— Гов, дядьку! — хтось гукнув близенько.&lt;br /&gt;</w:t>
        <w:br/>
        <w:t>Оглянувся: — А хто там,— каже,— де?&lt;br /&gt;</w:t>
        <w:br/>
        <w:t>— Се я,— озвалося тихенько&lt;br /&gt;</w:t>
        <w:br/>
        <w:t>Деревце молоде,-&lt;br /&gt;</w:t>
        <w:br/>
        <w:t>Як вгледіло я вас, так аж зраділо.&lt;br /&gt;</w:t>
        <w:br/>
        <w:t>— А що тобі? — пита Панас.&lt;br /&gt;</w:t>
        <w:br/>
        <w:t>— Є дільце, дядечку, до вас.&lt;br /&gt;</w:t>
        <w:br/>
        <w:t>— Кажи, яке там діло.&lt;br /&gt;</w:t>
        <w:br/>
        <w:t>Деревце почало казать,&lt;br /&gt;</w:t>
        <w:br/>
        <w:t>Яке йому життя погане.&lt;br /&gt;</w:t>
        <w:br/>
        <w:t>Що не росте воно, а в’яне,&lt;br /&gt;</w:t>
        <w:br/>
        <w:t>Що ніде віти розпускать&lt;br /&gt;</w:t>
        <w:br/>
        <w:t>Через оті дуби й осики,&lt;br /&gt;</w:t>
        <w:br/>
        <w:t>Хоч пропади навіки.&lt;br /&gt;</w:t>
        <w:br/>
        <w:t>— А якби я само росло,&lt;br /&gt;</w:t>
        <w:br/>
        <w:t>Я б не таке було:&lt;br /&gt;</w:t>
        <w:br/>
        <w:t>Я б виросло високе та зелене,&lt;br /&gt;</w:t>
        <w:br/>
        <w:t>Усі раділи б через мене:&lt;br /&gt;</w:t>
        <w:br/>
        <w:t>Вівчарики і орачі&lt;br /&gt;</w:t>
        <w:br/>
        <w:t>У холодочку б тут лежали,&lt;br /&gt;</w:t>
        <w:br/>
        <w:t>Ввесь день би пташечки співали&lt;br /&gt;</w:t>
        <w:br/>
        <w:t>І спали б уночі…&lt;br /&gt;</w:t>
        <w:br/>
        <w:t>Зробіте ласку, дядечку, велику,&lt;br /&gt;</w:t>
        <w:br/>
        <w:t>Не жалуйте дерев старих,&lt;br /&gt;</w:t>
        <w:br/>
        <w:t>Озьміть та вирубайте їх,-&lt;br /&gt;</w:t>
        <w:br/>
        <w:t>Я дякуватиму довіку! —&lt;br /&gt;</w:t>
        <w:br/>
        <w:t>Достав Панас сокиру та брусок,&lt;br /&gt;</w:t>
        <w:br/>
        <w:t>Налагодивсь — і полягли дерев’я…&lt;br /&gt;</w:t>
        <w:br/>
        <w:t>Пропав лісок&lt;br /&gt;</w:t>
        <w:br/>
        <w:t>Знічев’я!&lt;br /&gt;</w:t>
        <w:br/>
        <w:t>Тепер само собі стоїть&lt;br /&gt;</w:t>
        <w:br/>
        <w:t>Деревце молоденьке,&lt;br /&gt;</w:t>
        <w:br/>
        <w:t>Сміється, шелестить&lt;br /&gt;</w:t>
        <w:br/>
        <w:t>(Раденьке, що дурненьке!).&lt;br /&gt;</w:t>
        <w:br/>
        <w:t>День, два — не вспіло погулять,&lt;br /&gt;</w:t>
        <w:br/>
        <w:t>Вже й лихо стало докучать:&lt;br /&gt;</w:t>
        <w:br/>
        <w:t>То сонечко пече, то вітер його пхає,&lt;br /&gt;</w:t>
        <w:br/>
        <w:t>А іноді буває&lt;br /&gt;</w:t>
        <w:br/>
        <w:t>Морока і з дощем.&lt;br /&gt;</w:t>
        <w:br/>
        <w:t>Раз якось хмара наступила,&lt;br /&gt;</w:t>
        <w:br/>
        <w:t>Схопилась буря і зломила&lt;br /&gt;</w:t>
        <w:br/>
        <w:t>Деревце бідне з корінцем.&lt;br /&gt;</w:t>
        <w:br/>
        <w:t>— Бач, божевільне, так і треба,-&lt;br /&gt;</w:t>
        <w:br/>
        <w:t>От тобі й виросло до неба! —&lt;br /&gt;</w:t>
        <w:br/>
        <w:t>Озвалася Сова,-&lt;br /&gt;</w:t>
        <w:br/>
        <w:t>Сама дурненька голова,&lt;br /&gt;</w:t>
        <w:br/>
        <w:t>Мовляв, біду собі купила —&lt;br /&gt;</w:t>
        <w:br/>
        <w:t>Талан занапастила.&lt;br /&gt;</w:t>
        <w:br/>
        <w:t>Гай, гай! Росло б і розрослось,&lt;br /&gt;</w:t>
        <w:br/>
        <w:t>І виросло б, набралось сили,&lt;br /&gt;</w:t>
        <w:br/>
        <w:t>І хоч самому б жити довелось,&lt;br /&gt;</w:t>
        <w:br/>
        <w:t>Біди б не склалось… Світе милий!&lt;br /&gt;</w:t>
        <w:br/>
        <w:t>Нам лишенько через таких,&lt;br /&gt;</w:t>
        <w:br/>
        <w:t>Та жалко й їх.</w:t>
      </w:r>
    </w:p>
    <w:p>
      <w:r>
        <w:br/>
        <w:t>Моторнії сини й онуки!&lt;br /&gt;</w:t>
        <w:br/>
        <w:t>Читайте байку — для науки.&lt;br /&gt;</w:t>
        <w:br/>
        <w:t>1864-1872.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Деревце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