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у Мічігані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у Мічігані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