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Діалог у паризькому салоні</w:t>
      </w:r>
    </w:p>
    <w:p>
      <w:r>
        <w:br/>
        <w:t xml:space="preserve"> Десь був Деґа.&lt;br /&gt;</w:t>
        <w:br/>
        <w:t>Де? Га?&lt;br /&gt;</w:t>
        <w:br/>
        <w:t>Деґа. Художник. Дивак. Самітник.&lt;br /&gt;</w:t>
        <w:br/>
        <w:t>І те сказати: суспільство — смітник.&lt;br /&gt;</w:t>
        <w:br/>
        <w:t>Між іншим, ви себе в ньому почуваєте незле.&lt;br /&gt;</w:t>
        <w:br/>
        <w:t>Але...&lt;br /&gt;</w:t>
        <w:br/>
        <w:t>Що — але?&lt;br /&gt;</w:t>
        <w:br/>
        <w:t>Ви теж себе в ньому почуваєте незле.&lt;br /&gt;</w:t>
        <w:br/>
        <w:t>Ми — про Деґа. Йому погано! З таким іронічним розумом&lt;br /&gt;</w:t>
        <w:br/>
        <w:t>він може зробити дивертисмент із власної муки.&lt;br /&gt;</w:t>
        <w:br/>
        <w:t>— То для ближніх. Декорум.&lt;br /&gt;</w:t>
        <w:br/>
        <w:t>Щоб не бути живим докором.&lt;br /&gt;</w:t>
        <w:br/>
        <w:t>— Ближнім що? Постачай сенсації.&lt;br /&gt;</w:t>
        <w:br/>
        <w:t>Ні, — засудять. На смерть. Без касації.&lt;br /&gt;</w:t>
        <w:br/>
        <w:t>— Але ж він і так все одно що помер.&lt;br /&gt;</w:t>
        <w:br/>
        <w:t>Мистецтво робить гігантські кроки,&lt;br /&gt;</w:t>
        <w:br/>
        <w:t>а він не виставляє картин три роки!&lt;br /&gt;</w:t>
        <w:br/>
        <w:t>Ось, у Салоні, висить всіляка лузга.&lt;br /&gt;</w:t>
        <w:br/>
        <w:t>А де — Деґа? Я вас питаю — де Деґа?&lt;br /&gt;</w:t>
        <w:br/>
        <w:t>— Він десь один. Десь на відлюдді.&lt;br /&gt;</w:t>
        <w:br/>
        <w:t>У нього творча криза.&lt;br /&gt;</w:t>
        <w:br/>
        <w:t>— Що?.. У нього творча криза?!&lt;br /&gt;</w:t>
        <w:br/>
        <w:t>— Так, у нього творча криза.&lt;br /&gt;</w:t>
        <w:br/>
        <w:t>Він написав геніальних танечниць.&lt;br /&gt;</w:t>
        <w:br/>
        <w:t>— То у нього творча криза&lt;br /&gt;</w:t>
        <w:br/>
        <w:t>чи він написав геніальних танечниць?&lt;br /&gt;</w:t>
        <w:br/>
        <w:t>— У нього дуже творча криза.&lt;br /&gt;</w:t>
        <w:br/>
        <w:t>Він уже викинув танечниць.&lt;br /&gt;</w:t>
        <w:br/>
        <w:t>Він уже пише безконечність.&lt;br /&gt;</w:t>
        <w:br/>
        <w:t>— Чому ж він не виставляє свої картини?&lt;br /&gt;</w:t>
        <w:br/>
        <w:t>— Щоб писали статті кретини?&lt;br /&gt;</w:t>
        <w:br/>
        <w:t>— Але ж бувають і люди в Салоні!&lt;br /&gt;</w:t>
        <w:br/>
        <w:t>І в слави ж голос — як у сирен.&lt;br /&gt;</w:t>
        <w:br/>
        <w:t>— Для лаврів сучасності треба чавунні скроні.&lt;br /&gt;</w:t>
        <w:br/>
        <w:t>І потім — його відхилив професор N.&lt;br /&gt;</w:t>
        <w:br/>
        <w:t>— Професор № Це ж нежить мистецтва, нежить!&lt;br /&gt;</w:t>
        <w:br/>
        <w:t>— На жаль, від нього усе залежить.&lt;br /&gt;</w:t>
        <w:br/>
        <w:t>І взагалі у нас в Академії&lt;br /&gt;</w:t>
        <w:br/>
        <w:t>Деґа бояться, як епідемії.&lt;br /&gt;</w:t>
        <w:br/>
        <w:t>— Він що, заважає чиїйсь кар'єрі?&lt;br /&gt;</w:t>
        <w:br/>
        <w:t>— Немає Моцарта — ніхто не Сальєрі.&lt;br /&gt;</w:t>
        <w:br/>
        <w:t>— З таким талантом&lt;br /&gt;</w:t>
        <w:br/>
        <w:t>міг би стати Атлантом!&lt;br /&gt;</w:t>
        <w:br/>
        <w:t>— У нас немає неба.&lt;br /&gt;</w:t>
        <w:br/>
        <w:t>— Хай підпирає стелю.&lt;br /&gt;</w:t>
        <w:br/>
        <w:t>— Низько згинатись.&lt;br /&gt;</w:t>
        <w:br/>
        <w:t>Брудна і підперта погонами.&lt;br /&gt;</w:t>
        <w:br/>
        <w:t>— Тим часом мистецтво кишить епігонами!&lt;br /&gt;</w:t>
        <w:br/>
        <w:t>— Кратер вщух. Погасли критерії.&lt;br /&gt;</w:t>
        <w:br/>
        <w:t>Бунтарство перенесене в кафетерії.&lt;br /&gt;</w:t>
        <w:br/>
        <w:t>А він... Він — лев. Пішов у пустелю.&lt;br /&gt;</w:t>
        <w:br/>
        <w:t>Він має небо. Ми маєм стелю.&lt;br /&gt;</w:t>
        <w:br/>
        <w:t>— Він класик?&lt;br /&gt;</w:t>
        <w:br/>
        <w:t>— Ні.&lt;br /&gt;</w:t>
        <w:br/>
        <w:t>— Модерніст?&lt;br /&gt;</w:t>
        <w:br/>
        <w:t>— А хтозна.&lt;br /&gt;</w:t>
        <w:br/>
        <w:t>— Реаліст? Романтик? Хто ж він, га?&lt;br /&gt;</w:t>
        <w:br/>
        <w:t>— Кров у мистецтва сьогодні венозна.&lt;br /&gt;</w:t>
        <w:br/>
        <w:t>А він окремо. Він — Деґа.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Діалог у паризькому салоні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