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Дідів прогноз</w:t>
      </w:r>
    </w:p>
    <w:p>
      <w:r>
        <w:br/>
        <w:t xml:space="preserve"> &lt;p&gt;Було це надвечір у суботу, під неділю, а може, в п'ятницю надвечір під суботу, — іі;е не так-то уже дуже й важливо.</w:t>
      </w:r>
    </w:p>
    <w:p>
      <w:r>
        <w:br/>
        <w:t>Головне — було це ще взимку.</w:t>
      </w:r>
    </w:p>
    <w:p>
      <w:r>
        <w:br/>
        <w:t>Снігу вже нападало чимало, а сніг усе іде собі та іде.</w:t>
      </w:r>
    </w:p>
    <w:p>
      <w:r>
        <w:br/>
        <w:t>Голова правління одного колгоспу, Махтей Федотович, наказав сторожеві:</w:t>
      </w:r>
    </w:p>
    <w:p>
      <w:r>
        <w:br/>
        <w:t>— А поклич-но мені діда Тимоша!</w:t>
      </w:r>
    </w:p>
    <w:p>
      <w:r>
        <w:br/>
        <w:t>— Якого, — питає сторож, — вам покликати діда Тимоша? У нас є два діди, і обидва Тимоші.</w:t>
      </w:r>
    </w:p>
    <w:p>
      <w:r>
        <w:br/>
        <w:t>— Глухого.</w:t>
      </w:r>
    </w:p>
    <w:p>
      <w:r>
        <w:br/>
        <w:t>— Так вони ж у нас обидва глухі!</w:t>
      </w:r>
    </w:p>
    <w:p>
      <w:r>
        <w:br/>
        <w:t>— Хіба і другий вже оглух?</w:t>
      </w:r>
    </w:p>
    <w:p>
      <w:r>
        <w:br/>
        <w:t>— Оглух! Ще влітку, як ото буря була. Як ото страшенно гримнуло, — вони й оглухли.</w:t>
      </w:r>
    </w:p>
    <w:p>
      <w:r>
        <w:br/>
        <w:t>— А я й не знав! — каже голова. — Ти мені того поклич, що вже давно не чує.</w:t>
      </w:r>
    </w:p>
    <w:p>
      <w:r>
        <w:br/>
        <w:t>— Так, мабуть, з печі не стягну, вони ж із печі не злазять!</w:t>
      </w:r>
    </w:p>
    <w:p>
      <w:r>
        <w:br/>
        <w:t>— А ти не тягни, а ладиком його, ладиком! Голова, мовляв, правління просять, щоб до правління прийшли. Діло, мовляв, важливе є.</w:t>
      </w:r>
    </w:p>
    <w:p>
      <w:r>
        <w:br/>
        <w:t>Пішов сторож кликати діда Тимоша до голови правління.</w:t>
      </w:r>
    </w:p>
    <w:p>
      <w:r>
        <w:br/>
        <w:t>У дідовій Тимошевій хаті сторож застав самого тільки діда, на печі, звичайно.</w:t>
      </w:r>
    </w:p>
    <w:p>
      <w:r>
        <w:br/>
        <w:t>— Здорові були, діду!</w:t>
      </w:r>
    </w:p>
    <w:p>
      <w:r>
        <w:br/>
        <w:t>— Га? — питає дід Тиміш.</w:t>
      </w:r>
    </w:p>
    <w:p>
      <w:r>
        <w:br/>
        <w:t>— Здоровенькі, кажу, були, діду! — з усієї сили гукнув сторож.</w:t>
      </w:r>
    </w:p>
    <w:p>
      <w:r>
        <w:br/>
        <w:t>— Ага! — відповів дід Тиміш.</w:t>
      </w:r>
    </w:p>
    <w:p>
      <w:r>
        <w:br/>
        <w:t>— Голова правління, Махтей Федотович, просить, щоб до правління прийшли! — гукнув сторож.</w:t>
      </w:r>
    </w:p>
    <w:p>
      <w:r>
        <w:br/>
        <w:t>— Що каєте? — питає дід Тиміш.</w:t>
      </w:r>
    </w:p>
    <w:p>
      <w:r>
        <w:br/>
        <w:t>— Голова правління просить! Голова! — аж посинів сторож од крику.</w:t>
      </w:r>
    </w:p>
    <w:p>
      <w:r>
        <w:br/>
        <w:t>— Голова, каєте? — перепитує дід Тиміш.</w:t>
      </w:r>
    </w:p>
    <w:p>
      <w:r>
        <w:br/>
        <w:t>— Еге! Голова!</w:t>
      </w:r>
    </w:p>
    <w:p>
      <w:r>
        <w:br/>
        <w:t>— Голова, каєте?! Ні! Голова не болить. Ноги гудуть. Та поперека на кольки бере. А голова — ні! Голова в мене — ого-го!</w:t>
      </w:r>
    </w:p>
    <w:p>
      <w:r>
        <w:br/>
        <w:t>Довгенько довелося сторожеві розмовляти з дідом Тимошем, доки дід Тиміш зрозумів, чого від нього хотять.</w:t>
      </w:r>
    </w:p>
    <w:p>
      <w:r>
        <w:br/>
        <w:t>Зліз кінець кінцем дід Тиміш із печі, одягнув на себе все те, що взимку дідові одягати треба, узяв патерицю і вийшов із хати.</w:t>
      </w:r>
    </w:p>
    <w:p>
      <w:r>
        <w:br/>
        <w:t>— Що воно ото таке біле скрізь? — питає дід у сторожа.</w:t>
      </w:r>
    </w:p>
    <w:p>
      <w:r>
        <w:br/>
        <w:t>— Сніг, діду!</w:t>
      </w:r>
    </w:p>
    <w:p>
      <w:r>
        <w:br/>
        <w:t>— Га? А по-моєму — сніг. Коли ж це його стільки насипало? Я як на покрову на призьбі сидів, так іще його не було!</w:t>
      </w:r>
    </w:p>
    <w:p>
      <w:r>
        <w:br/>
        <w:t>— Правда ваша, діду, на покрову ще не було! — ствердив сторож.</w:t>
      </w:r>
    </w:p>
    <w:p>
      <w:r>
        <w:br/>
        <w:t>— Е, ти мені не говори! А я кажу, що не було! Не було, не було! Я все пам'ятаю! Щоб я та не пам'ятав! Ого-го!</w:t>
      </w:r>
    </w:p>
    <w:p>
      <w:r>
        <w:br/>
        <w:t>Голова правління Махтей Федотович дуже привітно зустрів діда Тимоша.</w:t>
      </w:r>
    </w:p>
    <w:p>
      <w:r>
        <w:br/>
        <w:t>— Драстуйте, діду! Сідайте! Давненько щось до нас не заходили.</w:t>
      </w:r>
    </w:p>
    <w:p>
      <w:r>
        <w:br/>
        <w:t>— Що каєте? — перепитав дід Тиміш.</w:t>
      </w:r>
    </w:p>
    <w:p>
      <w:r>
        <w:br/>
        <w:t>— Не заходили, кажу, давненько!</w:t>
      </w:r>
    </w:p>
    <w:p>
      <w:r>
        <w:br/>
        <w:t>— Онуки, каєте, дрібненькі? Повиростали вже, всі вже повиростали! Помовчали...</w:t>
      </w:r>
    </w:p>
    <w:p>
      <w:r>
        <w:br/>
        <w:t>— Діду! — звернувся до діда Тимоша Махтей Федотович. — Чималенько ви вже на світі прожили. Як по-вашому, коли отак багато снігу нападало, на врожай це чи не на врожай?</w:t>
      </w:r>
    </w:p>
    <w:p>
      <w:r>
        <w:br/>
        <w:t>— Га? — на це йому дід Тиміш.</w:t>
      </w:r>
    </w:p>
    <w:p>
      <w:r>
        <w:br/>
        <w:t>— На врожай чи не на врожай, коли снігу багато? Снігу! Снігу! — кричить дідові в вухо Махтей Федотович. — Снігу!</w:t>
      </w:r>
    </w:p>
    <w:p>
      <w:r>
        <w:br/>
        <w:t>— Снігу, каєте?</w:t>
      </w:r>
    </w:p>
    <w:p>
      <w:r>
        <w:br/>
        <w:t>— Еге ж! Снігу!</w:t>
      </w:r>
    </w:p>
    <w:p>
      <w:r>
        <w:br/>
        <w:t>— Снігу, каєте? На покрову не було. Що не було, то не було!</w:t>
      </w:r>
    </w:p>
    <w:p>
      <w:r>
        <w:br/>
        <w:t>— Ні, дідусю, я не про те. Як снігу багато, так чи буде врожай, чи неврожай?</w:t>
      </w:r>
    </w:p>
    <w:p>
      <w:r>
        <w:br/>
        <w:t>— Га? — дід Тиміш ізнову.</w:t>
      </w:r>
    </w:p>
    <w:p>
      <w:r>
        <w:br/>
        <w:t>Нарешті Махтей Федотович за допомогою всіх присутніх у правлінні розтлумачив дідові, що од нього треба.</w:t>
      </w:r>
    </w:p>
    <w:p>
      <w:r>
        <w:br/>
        <w:t>— Ага! То ви б так і казали! — кивнув головою дід Тиміш.</w:t>
      </w:r>
    </w:p>
    <w:p>
      <w:r>
        <w:br/>
        <w:t>— Ну, то як по-вашому, дідусю?</w:t>
      </w:r>
    </w:p>
    <w:p>
      <w:r>
        <w:br/>
        <w:t>— Це на врожай! На врожай, на врожай! Бо я пам'ятаю, ще як покійний батько повернувся додому з-під генерала Скобелєва, так такого снігу було! Ой снігу ж було! Ой снігу було! Вийдеш, було, звиняйте, з хати, так двері не відчиняються, хоч плач. Так ото снігом привалило! Собака був у нас. Сірко, дуже злий був собака, — таких тепер собак нема, — на цепу сидів... Так покійний батько його біля бовдура прип'яли, щоб у снігу не потонув! Так, пам'ятаю, того літа такі кавуни вродили, ох, і кавуни! Таких тепер кавунів нема. Найменший — як підситок! Ще й ножиком до нього не доторкнешся, а він тільки — реп! І як жар! Відтоді і батько покійний запримітили та й мені наказали не забувати, що як багато снігу, то то вже обов'язково на врожай!</w:t>
      </w:r>
    </w:p>
    <w:p>
      <w:r>
        <w:br/>
        <w:t>— Ну, спасибі вам, дідусю, за пораду! Велике спасибі! Стомилися, мабуть? Ну, ідіть з богом!</w:t>
      </w:r>
    </w:p>
    <w:p>
      <w:r>
        <w:br/>
        <w:t>— Як каєте?</w:t>
      </w:r>
    </w:p>
    <w:p>
      <w:r>
        <w:br/>
        <w:t>— Спасибі, кажу! Ідіть, кажу, з богом.</w:t>
      </w:r>
    </w:p>
    <w:p>
      <w:r>
        <w:br/>
        <w:t>— Ага-га! Піду! Де боком, а де й просто пройду! Бувайте!</w:t>
      </w:r>
    </w:p>
    <w:p>
      <w:r>
        <w:br/>
        <w:t>За кілька днів Махтей Федотович скликав засідання правління разом з колгоспним активом.</w:t>
      </w:r>
    </w:p>
    <w:p>
      <w:r>
        <w:br/>
        <w:t>Обговорювали план підготовки до весни, до весняної сівби.</w:t>
      </w:r>
    </w:p>
    <w:p>
      <w:r>
        <w:br/>
        <w:t>Довго говорили, а наприкінці засідання Махтей Федотович і заявив:</w:t>
      </w:r>
    </w:p>
    <w:p>
      <w:r>
        <w:br/>
        <w:t>— Та чого нам дуже хвилюватися! Дід Тиміш ясно сказав, що коли снігу багато, то це не інакше, як на врожай. Раз сніг є, значить — вискочимо.</w:t>
      </w:r>
    </w:p>
    <w:p>
      <w:r>
        <w:br/>
        <w:t>Ми Махтеєві Федотовичу от що скажемо:</w:t>
      </w:r>
    </w:p>
    <w:p>
      <w:r>
        <w:br/>
        <w:t>— Махтею Федотовичу! Передайте дідові Тимошеві наш низенький уклін за його довге трудове життя! Дбайте, щоб дідові Тимошеві на печі тепло було. І не примушуйте його без потреби злазити з печі. На прикмети іноді зважити треба. Але найкраща наша радянська прикмета — справжня боротьба за врожай. Для цього треба сівбу вчасно і добре провести. Для цього треба... Але про все це якнайкраще дізнаєтесь з постанови партії про піднесення сільського господарства. Ось на цю постанову і зважайте. Зважайте і виконуйте її.</w:t>
      </w:r>
    </w:p>
    <w:p>
      <w:r>
        <w:br/>
        <w:t>Тоді напевно "вискочите"!</w:t>
      </w:r>
    </w:p>
    <w:p>
      <w:r>
        <w:br/>
        <w:t>1947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Дідів прогноз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