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Дивосвіт, або ж Перша книжечка для Дзвінки</w:t>
      </w:r>
    </w:p>
    <w:p>
      <w:r>
        <w:br/>
        <w:t xml:space="preserve"> 1. Стежечка</w:t>
      </w:r>
    </w:p>
    <w:p>
      <w:r>
        <w:br/>
        <w:t>Ходім зі мною&lt;br /&gt;</w:t>
        <w:br/>
        <w:t>стежечко</w:t>
      </w:r>
    </w:p>
    <w:p>
      <w:r>
        <w:br/>
        <w:t>обережно&lt;br /&gt;</w:t>
        <w:br/>
        <w:t>не зачепися за камінець&lt;br /&gt;</w:t>
        <w:br/>
        <w:t>переступи соломку&lt;br /&gt;</w:t>
        <w:br/>
        <w:t>і під спориш не ховайся&lt;br /&gt;</w:t>
        <w:br/>
        <w:t>все одно бачу</w:t>
      </w:r>
    </w:p>
    <w:p>
      <w:r>
        <w:br/>
        <w:t>а там&lt;br /&gt;</w:t>
        <w:br/>
        <w:t>за городом&lt;br /&gt;</w:t>
        <w:br/>
        <w:t>ого як ти виросла</w:t>
      </w:r>
    </w:p>
    <w:p>
      <w:r>
        <w:br/>
        <w:t>сама біжиш&lt;br /&gt;</w:t>
        <w:br/>
        <w:t>через струмок перескакуєш&lt;br /&gt;</w:t>
        <w:br/>
        <w:t>батіжком по пилюці цвяхаєш&lt;br /&gt;</w:t>
        <w:br/>
        <w:t>за суницею збочуєш&lt;br /&gt;</w:t>
        <w:br/>
        <w:t>топчеш горох при дорозі</w:t>
      </w:r>
    </w:p>
    <w:p>
      <w:r>
        <w:br/>
        <w:t>коли б глянути&lt;br /&gt;</w:t>
        <w:br/>
        <w:t>стежко&lt;br /&gt;</w:t>
        <w:br/>
        <w:t>он з тої гори&lt;br /&gt;</w:t>
        <w:br/>
        <w:t>на всенький світ</w:t>
      </w:r>
    </w:p>
    <w:p>
      <w:r>
        <w:br/>
        <w:t>тільки не поспішай&lt;br /&gt;</w:t>
        <w:br/>
        <w:t>така верчена ти&lt;br /&gt;</w:t>
        <w:br/>
        <w:t>як дзиґа&lt;br /&gt;</w:t>
        <w:br/>
        <w:t>але ж світ красний&lt;br /&gt;</w:t>
        <w:br/>
        <w:t>голова крутиться&lt;br /&gt;</w:t>
        <w:br/>
        <w:t>2. Вітер</w:t>
      </w:r>
    </w:p>
    <w:p>
      <w:r>
        <w:br/>
        <w:t>знаю того легіня&lt;br /&gt;</w:t>
        <w:br/>
        <w:t>знаю</w:t>
      </w:r>
    </w:p>
    <w:p>
      <w:r>
        <w:br/>
        <w:t>капелюха&lt;br /&gt;</w:t>
        <w:br/>
        <w:t>когутячим пір’ям&lt;br /&gt;</w:t>
        <w:br/>
        <w:t>замаїв</w:t>
      </w:r>
    </w:p>
    <w:p>
      <w:r>
        <w:br/>
        <w:t>дримбає&lt;br /&gt;</w:t>
        <w:br/>
        <w:t>попід носом&lt;br /&gt;</w:t>
        <w:br/>
        <w:t>круглий день</w:t>
      </w:r>
    </w:p>
    <w:p>
      <w:r>
        <w:br/>
        <w:t>а до діла&lt;br /&gt;</w:t>
        <w:br/>
        <w:t>пень</w:t>
      </w:r>
    </w:p>
    <w:p>
      <w:r>
        <w:br/>
        <w:t>бо&lt;br /&gt;</w:t>
        <w:br/>
        <w:t>зрідка пахощі&lt;br /&gt;</w:t>
        <w:br/>
        <w:t>попасе в полонині</w:t>
      </w:r>
    </w:p>
    <w:p>
      <w:r>
        <w:br/>
        <w:t>молоденькі хвилі&lt;br /&gt;</w:t>
        <w:br/>
        <w:t>підстьобне до водопою</w:t>
      </w:r>
    </w:p>
    <w:p>
      <w:r>
        <w:br/>
        <w:t>то заверне дим&lt;br /&gt;</w:t>
        <w:br/>
        <w:t>з ватри&lt;br /&gt;</w:t>
        <w:br/>
        <w:t>просто в очі</w:t>
      </w:r>
    </w:p>
    <w:p>
      <w:r>
        <w:br/>
        <w:t>ніби звідти&lt;br /&gt;</w:t>
        <w:br/>
        <w:t>срібні бджілки&lt;br /&gt;</w:t>
        <w:br/>
        <w:t>викурює</w:t>
      </w:r>
    </w:p>
    <w:p>
      <w:r>
        <w:br/>
        <w:t>хоч би одну зірку&lt;br /&gt;</w:t>
        <w:br/>
        <w:t>стряс тобі з неба</w:t>
      </w:r>
    </w:p>
    <w:p>
      <w:r>
        <w:br/>
        <w:t>зате на Великдень&lt;br /&gt;</w:t>
        <w:br/>
        <w:t>прикотив сонце&lt;br /&gt;</w:t>
        <w:br/>
        <w:t>у Космачі&lt;br /&gt;</w:t>
        <w:br/>
        <w:t>розписане&lt;br /&gt;</w:t>
        <w:br/>
        <w:t>3. Хмара</w:t>
      </w:r>
    </w:p>
    <w:p>
      <w:r>
        <w:br/>
        <w:t>то не хмара&lt;br /&gt;</w:t>
        <w:br/>
        <w:t>а дірява парасоля&lt;br /&gt;</w:t>
        <w:br/>
        <w:t>сама змокла&lt;br /&gt;</w:t>
        <w:br/>
        <w:t>ще й мене&lt;br /&gt;</w:t>
        <w:br/>
        <w:t>до нитки&lt;br /&gt;</w:t>
        <w:br/>
        <w:t>намочила</w:t>
      </w:r>
    </w:p>
    <w:p>
      <w:r>
        <w:br/>
        <w:t>бачив я бачив&lt;br /&gt;</w:t>
        <w:br/>
        <w:t>як несе вона</w:t>
      </w:r>
    </w:p>
    <w:p>
      <w:r>
        <w:br/>
        <w:t>на плечах&lt;br /&gt;</w:t>
        <w:br/>
        <w:t>малі хмарята</w:t>
      </w:r>
    </w:p>
    <w:p>
      <w:r>
        <w:br/>
        <w:t>вони мені&lt;br /&gt;</w:t>
        <w:br/>
        <w:t>ріжки виставляли&lt;br /&gt;</w:t>
        <w:br/>
        <w:t>міни надимали</w:t>
      </w:r>
    </w:p>
    <w:p>
      <w:r>
        <w:br/>
        <w:t>а від них&lt;br /&gt;</w:t>
        <w:br/>
        <w:t>маленькі дощики</w:t>
      </w:r>
    </w:p>
    <w:p>
      <w:r>
        <w:br/>
        <w:t>дитячі парасольки&lt;br /&gt;</w:t>
        <w:br/>
        <w:t>гороб’ячі калабаньки</w:t>
      </w:r>
    </w:p>
    <w:p>
      <w:r>
        <w:br/>
        <w:t>і веселки в росі&lt;br /&gt;</w:t>
        <w:br/>
        <w:t>4. Блискавка</w:t>
      </w:r>
    </w:p>
    <w:p>
      <w:r>
        <w:br/>
        <w:t>Живе собі королева&lt;br /&gt;</w:t>
        <w:br/>
        <w:t>королева темряви</w:t>
      </w:r>
    </w:p>
    <w:p>
      <w:r>
        <w:br/>
        <w:t>кортить їй зазирнути&lt;br /&gt;</w:t>
        <w:br/>
        <w:t>у дзеркало&lt;br /&gt;</w:t>
        <w:br/>
        <w:t>а темно</w:t>
      </w:r>
    </w:p>
    <w:p>
      <w:r>
        <w:br/>
        <w:t>зблисне&lt;br /&gt;</w:t>
        <w:br/>
        <w:t>на мить&lt;br /&gt;</w:t>
        <w:br/>
        <w:t>світлом</w:t>
      </w:r>
    </w:p>
    <w:p>
      <w:r>
        <w:br/>
        <w:t>зазирне</w:t>
      </w:r>
    </w:p>
    <w:p>
      <w:r>
        <w:br/>
        <w:t>хто на світі найгарніший</w:t>
      </w:r>
    </w:p>
    <w:p>
      <w:r>
        <w:br/>
        <w:t>ви ваша темність&lt;br /&gt;</w:t>
        <w:br/>
        <w:t>відкаже дзеркало&lt;br /&gt;</w:t>
        <w:br/>
        <w:t>похапцем</w:t>
      </w:r>
    </w:p>
    <w:p>
      <w:r>
        <w:br/>
        <w:t>заспокоїться королева&lt;br /&gt;</w:t>
        <w:br/>
        <w:t>на часину</w:t>
      </w:r>
    </w:p>
    <w:p>
      <w:r>
        <w:br/>
        <w:t>сказано писана красуня&lt;br /&gt;</w:t>
        <w:br/>
        <w:t>5. Грім</w:t>
      </w:r>
    </w:p>
    <w:p>
      <w:r>
        <w:br/>
        <w:t>були собі в парі&lt;br /&gt;</w:t>
        <w:br/>
        <w:t>у чорній хмарі&lt;br /&gt;</w:t>
        <w:br/>
        <w:t>грім і мара</w:t>
      </w:r>
    </w:p>
    <w:p>
      <w:r>
        <w:br/>
        <w:t>мара тільки хмуриться&lt;br /&gt;</w:t>
        <w:br/>
        <w:t>а грім&lt;br /&gt;</w:t>
        <w:br/>
        <w:t>кулаком погрюкує</w:t>
      </w:r>
    </w:p>
    <w:p>
      <w:r>
        <w:br/>
        <w:t>бідні їхні діточки&lt;br /&gt;</w:t>
        <w:br/>
        <w:t>понасуплювалися</w:t>
      </w:r>
    </w:p>
    <w:p>
      <w:r>
        <w:br/>
        <w:t>викотився грім&lt;br /&gt;</w:t>
        <w:br/>
        <w:t>із хмари&lt;br /&gt;</w:t>
        <w:br/>
        <w:t>хряснув дверима&lt;br /&gt;</w:t>
        <w:br/>
        <w:t>та як гарикне</w:t>
      </w:r>
    </w:p>
    <w:p>
      <w:r>
        <w:br/>
        <w:t>пррощавайте&lt;br /&gt;</w:t>
        <w:br/>
        <w:t>піду пррошаком&lt;br /&gt;</w:t>
        <w:br/>
        <w:t>по землі&lt;br /&gt;</w:t>
        <w:br/>
        <w:t>щастя питати</w:t>
      </w:r>
    </w:p>
    <w:p>
      <w:r>
        <w:br/>
        <w:t>і загримів&lt;br /&gt;</w:t>
        <w:br/>
        <w:t>по крем’яній дорозі&lt;br /&gt;</w:t>
        <w:br/>
        <w:t>тільки його й чули&lt;br /&gt;</w:t>
        <w:br/>
        <w:t>6. Дощик</w:t>
      </w:r>
    </w:p>
    <w:p>
      <w:r>
        <w:br/>
        <w:t>випив суховій&lt;br /&gt;</w:t>
        <w:br/>
        <w:t>увесь нектар із квітки</w:t>
      </w:r>
    </w:p>
    <w:p>
      <w:r>
        <w:br/>
        <w:t>заглянула бджілка в гості&lt;br /&gt;</w:t>
        <w:br/>
        <w:t>нічим почастуватися</w:t>
      </w:r>
    </w:p>
    <w:p>
      <w:r>
        <w:br/>
        <w:t>а в пана Дощу&lt;br /&gt;</w:t>
        <w:br/>
        <w:t>ворота дощаті&lt;br /&gt;</w:t>
        <w:br/>
        <w:t>пане Дощ&lt;br /&gt;</w:t>
        <w:br/>
        <w:t>пане Дощ&lt;br /&gt;</w:t>
        <w:br/>
        <w:t>вийдіть-но з хати</w:t>
      </w:r>
    </w:p>
    <w:p>
      <w:r>
        <w:br/>
        <w:t>нема батька вдома&lt;br /&gt;</w:t>
        <w:br/>
        <w:t>а я Дощик&lt;br /&gt;</w:t>
        <w:br/>
        <w:t>ну то вийди ти&lt;br /&gt;</w:t>
        <w:br/>
        <w:t>треба квітці помогти</w:t>
      </w:r>
    </w:p>
    <w:p>
      <w:r>
        <w:br/>
        <w:t>а я ліпше&lt;br /&gt;</w:t>
        <w:br/>
        <w:t>капусті за комір</w:t>
      </w:r>
    </w:p>
    <w:p>
      <w:r>
        <w:br/>
        <w:t>ото сміху буде&lt;br /&gt;</w:t>
        <w:br/>
        <w:t>7. Калюжа</w:t>
      </w:r>
    </w:p>
    <w:p>
      <w:r>
        <w:br/>
        <w:t>вона&lt;br /&gt;</w:t>
        <w:br/>
        <w:t>як випале пташа&lt;br /&gt;</w:t>
        <w:br/>
        <w:t>з гнізда&lt;br /&gt;</w:t>
        <w:br/>
        <w:t>тремтячі крильця</w:t>
      </w:r>
    </w:p>
    <w:p>
      <w:r>
        <w:br/>
        <w:t>посеред стежки присіла&lt;br /&gt;</w:t>
        <w:br/>
        <w:t>на травинку роззирається&lt;br /&gt;</w:t>
        <w:br/>
        <w:t>на синю квітку</w:t>
      </w:r>
    </w:p>
    <w:p>
      <w:r>
        <w:br/>
        <w:t>і божу корівку на ній&lt;br /&gt;</w:t>
        <w:br/>
        <w:t>невже того з хмари не видно</w:t>
      </w:r>
    </w:p>
    <w:p>
      <w:r>
        <w:br/>
        <w:t>і що їй до того&lt;br /&gt;</w:t>
        <w:br/>
        <w:t>аби жовте сонечко&lt;br /&gt;</w:t>
        <w:br/>
        <w:t>не звалилося зі стебельця</w:t>
      </w:r>
    </w:p>
    <w:p>
      <w:r>
        <w:br/>
        <w:t>навіть на мене&lt;br /&gt;</w:t>
        <w:br/>
        <w:t>косо глянуло&lt;br /&gt;</w:t>
        <w:br/>
        <w:t>чого ж бо в мене&lt;br /&gt;</w:t>
        <w:br/>
        <w:t>босі ноги</w:t>
      </w:r>
    </w:p>
    <w:p>
      <w:r>
        <w:br/>
        <w:t>не бійся&lt;br /&gt;</w:t>
        <w:br/>
        <w:t>калюжо&lt;br /&gt;</w:t>
        <w:br/>
        <w:t>оббіжу тебе довкола&lt;br /&gt;</w:t>
        <w:br/>
        <w:t>разом зі співанкою</w:t>
      </w:r>
    </w:p>
    <w:p>
      <w:r>
        <w:br/>
        <w:t>ой встань встань&lt;br /&gt;</w:t>
        <w:br/>
        <w:t>подоляночко&lt;br /&gt;</w:t>
        <w:br/>
        <w:t>здожени свого дощика&lt;br /&gt;</w:t>
        <w:br/>
        <w:t>8. Веселка</w:t>
      </w:r>
    </w:p>
    <w:p>
      <w:r>
        <w:br/>
        <w:t>надягла веселка&lt;br /&gt;</w:t>
        <w:br/>
        <w:t>стрічок стрічок&lt;br /&gt;</w:t>
        <w:br/>
        <w:t>як у свято&lt;br /&gt;</w:t>
        <w:br/>
        <w:t>взяла коромисло&lt;br /&gt;</w:t>
        <w:br/>
        <w:t>і пішла до річки</w:t>
      </w:r>
    </w:p>
    <w:p>
      <w:r>
        <w:br/>
        <w:t>дорогою перестрів її&lt;br /&gt;</w:t>
        <w:br/>
        <w:t>князенко Соняшник&lt;br /&gt;</w:t>
        <w:br/>
        <w:t>із золотим черевичком&lt;br /&gt;</w:t>
        <w:br/>
        <w:t>в руці</w:t>
      </w:r>
    </w:p>
    <w:p>
      <w:r>
        <w:br/>
        <w:t>поміряла веселка&lt;br /&gt;</w:t>
        <w:br/>
        <w:t>якраз на ніжку</w:t>
      </w:r>
    </w:p>
    <w:p>
      <w:r>
        <w:br/>
        <w:t>от вони й побралися&lt;br /&gt;</w:t>
        <w:br/>
        <w:t>9. Метелик</w:t>
      </w:r>
    </w:p>
    <w:p>
      <w:r>
        <w:br/>
        <w:t>мовить метелик</w:t>
      </w:r>
    </w:p>
    <w:p>
      <w:r>
        <w:br/>
        <w:t>то все не те&lt;br /&gt;</w:t>
        <w:br/>
        <w:t>я сам був фараоном</w:t>
      </w:r>
    </w:p>
    <w:p>
      <w:r>
        <w:br/>
        <w:t>моя мумія&lt;br /&gt;</w:t>
        <w:br/>
        <w:t>у білім савані&lt;br /&gt;</w:t>
        <w:br/>
        <w:t>у піраміді вилежувалася&lt;br /&gt;</w:t>
        <w:br/>
        <w:t>тільки найкраще&lt;br /&gt;</w:t>
        <w:br/>
        <w:t>царювання&lt;br /&gt;</w:t>
        <w:br/>
        <w:t>серед квітів</w:t>
      </w:r>
    </w:p>
    <w:p>
      <w:r>
        <w:br/>
        <w:t>дань збираєш&lt;br /&gt;</w:t>
        <w:br/>
        <w:t>біле з ромашки&lt;br /&gt;</w:t>
        <w:br/>
        <w:t>жовте з чорнобривців</w:t>
      </w:r>
    </w:p>
    <w:p>
      <w:r>
        <w:br/>
        <w:t>сам собі пан&lt;br /&gt;</w:t>
        <w:br/>
        <w:t>і без рабів обходишся</w:t>
      </w:r>
    </w:p>
    <w:p>
      <w:r>
        <w:br/>
        <w:t>та й день&lt;br /&gt;</w:t>
        <w:br/>
        <w:t>довгий-предовгий&lt;br /&gt;</w:t>
        <w:br/>
        <w:t>до полудня до нашої ери&lt;br /&gt;</w:t>
        <w:br/>
        <w:t>з полудня вже наша ера</w:t>
      </w:r>
    </w:p>
    <w:p>
      <w:r>
        <w:br/>
        <w:t>на квітці й перевікуєш</w:t>
      </w:r>
    </w:p>
    <w:p>
      <w:r>
        <w:br/>
        <w:t>метелику метелику&lt;br /&gt;</w:t>
        <w:br/>
        <w:t>хто ж твою піраміду&lt;br /&gt;</w:t>
        <w:br/>
        <w:t>розвалив&lt;br /&gt;</w:t>
        <w:br/>
        <w:t>10. Криничка</w:t>
      </w:r>
    </w:p>
    <w:p>
      <w:r>
        <w:br/>
        <w:t>сплю глибоко глибоко</w:t>
      </w:r>
    </w:p>
    <w:p>
      <w:r>
        <w:br/>
        <w:t>а ще глибше&lt;br /&gt;</w:t>
        <w:br/>
        <w:t>мати моя підземна</w:t>
      </w:r>
    </w:p>
    <w:p>
      <w:r>
        <w:br/>
        <w:t>я їй про зорі розповідаю&lt;br /&gt;</w:t>
        <w:br/>
        <w:t>а вона про коріння дуба</w:t>
      </w:r>
    </w:p>
    <w:p>
      <w:r>
        <w:br/>
        <w:t>я їй про хмаринку&lt;br /&gt;</w:t>
        <w:br/>
        <w:t>а вона студеним молоком&lt;br /&gt;</w:t>
        <w:br/>
        <w:t>мене поїть</w:t>
      </w:r>
    </w:p>
    <w:p>
      <w:r>
        <w:br/>
        <w:t>я їй про метелика&lt;br /&gt;</w:t>
        <w:br/>
        <w:t>а вона&lt;br /&gt;</w:t>
        <w:br/>
        <w:t>з водяного царства&lt;br /&gt;</w:t>
        <w:br/>
        <w:t>русалку приводить</w:t>
      </w:r>
    </w:p>
    <w:p>
      <w:r>
        <w:br/>
        <w:t>а оце&lt;br /&gt;</w:t>
        <w:br/>
        <w:t>весняна калина&lt;br /&gt;</w:t>
        <w:br/>
        <w:t>не хоче забрати з мене&lt;br /&gt;</w:t>
        <w:br/>
        <w:t>свою подобу</w:t>
      </w:r>
    </w:p>
    <w:p>
      <w:r>
        <w:br/>
        <w:t>тільки сонце&lt;br /&gt;</w:t>
        <w:br/>
        <w:t>п’є та п’є&lt;br /&gt;</w:t>
        <w:br/>
        <w:t>калинову воду&lt;br /&gt;</w:t>
        <w:br/>
        <w:t>через золоті соломинки&lt;br /&gt;</w:t>
        <w:br/>
        <w:t>11. Камінь</w:t>
      </w:r>
    </w:p>
    <w:p>
      <w:r>
        <w:br/>
        <w:t>поверталася річка з гір&lt;br /&gt;</w:t>
        <w:br/>
        <w:t>і думала&lt;br /&gt;</w:t>
        <w:br/>
        <w:t>що рожеву рибку&lt;br /&gt;</w:t>
        <w:br/>
        <w:t>несе</w:t>
      </w:r>
    </w:p>
    <w:p>
      <w:r>
        <w:br/>
        <w:t>а то не рибка&lt;br /&gt;</w:t>
        <w:br/>
        <w:t>а плескатий камінчик</w:t>
      </w:r>
    </w:p>
    <w:p>
      <w:r>
        <w:br/>
        <w:t>розсердилася річка&lt;br /&gt;</w:t>
        <w:br/>
        <w:t>і жбурнула його&lt;br /&gt;</w:t>
        <w:br/>
        <w:t>на берег</w:t>
      </w:r>
    </w:p>
    <w:p>
      <w:r>
        <w:br/>
        <w:t>який гарний плесканчик&lt;br /&gt;</w:t>
        <w:br/>
        <w:t>зраділа дівчинка&lt;br /&gt;</w:t>
        <w:br/>
        <w:t>і в садку його посадила</w:t>
      </w:r>
    </w:p>
    <w:p>
      <w:r>
        <w:br/>
        <w:t>рости камінчику великий&lt;br /&gt;</w:t>
        <w:br/>
        <w:t>я тебе поливатиму</w:t>
      </w:r>
    </w:p>
    <w:p>
      <w:r>
        <w:br/>
        <w:t>росте камінчик без коріння&lt;br /&gt;</w:t>
        <w:br/>
        <w:t>виріс рожевим каменем</w:t>
      </w:r>
    </w:p>
    <w:p>
      <w:r>
        <w:br/>
        <w:t>тепер він&lt;br /&gt;</w:t>
        <w:br/>
        <w:t>як скеля</w:t>
      </w:r>
    </w:p>
    <w:p>
      <w:r>
        <w:br/>
        <w:t>та серце м’яке має</w:t>
      </w:r>
    </w:p>
    <w:p>
      <w:r>
        <w:br/>
        <w:t>і маленьку дівчинку&lt;br /&gt;</w:t>
        <w:br/>
        <w:t>любить&lt;br /&gt;</w:t>
        <w:br/>
        <w:t>12. Туман</w:t>
      </w:r>
    </w:p>
    <w:p>
      <w:r>
        <w:br/>
        <w:t>устав туман удосвіта&lt;br /&gt;</w:t>
        <w:br/>
        <w:t>запряг сиві воли&lt;br /&gt;</w:t>
        <w:br/>
        <w:t>та й почумакував&lt;br /&gt;</w:t>
        <w:br/>
        <w:t>у Крим по сіль</w:t>
      </w:r>
    </w:p>
    <w:p>
      <w:r>
        <w:br/>
        <w:t>у степу наздогнало сонце&lt;br /&gt;</w:t>
        <w:br/>
        <w:t>хоч би якась балочка&lt;br /&gt;</w:t>
        <w:br/>
        <w:t>ніде сховатися</w:t>
      </w:r>
    </w:p>
    <w:p>
      <w:r>
        <w:br/>
        <w:t>пропав туман&lt;br /&gt;</w:t>
        <w:br/>
        <w:t>і сиві воли</w:t>
      </w:r>
    </w:p>
    <w:p>
      <w:r>
        <w:br/>
        <w:t>пере мряка&lt;br /&gt;</w:t>
        <w:br/>
        <w:t>на кладці&lt;br /&gt;</w:t>
        <w:br/>
        <w:t>вишиване хустя&lt;br /&gt;</w:t>
        <w:br/>
        <w:t>та й побивається</w:t>
      </w:r>
    </w:p>
    <w:p>
      <w:r>
        <w:br/>
        <w:t>де той туман&lt;br /&gt;</w:t>
        <w:br/>
        <w:t>забарився</w:t>
      </w:r>
    </w:p>
    <w:p>
      <w:r>
        <w:br/>
        <w:t>солі ні крупинки&lt;br /&gt;</w:t>
        <w:br/>
        <w:t>прісні мої сльози&lt;br /&gt;</w:t>
        <w:br/>
        <w:t>13. Роса</w:t>
      </w:r>
    </w:p>
    <w:p>
      <w:r>
        <w:br/>
        <w:t>розбудилася роса раненько&lt;br /&gt;</w:t>
        <w:br/>
        <w:t>у росі личко вмила&lt;br /&gt;</w:t>
        <w:br/>
        <w:t>щоб ще гарнішою бути</w:t>
      </w:r>
    </w:p>
    <w:p>
      <w:r>
        <w:br/>
        <w:t>тоді сіла на пелюстці&lt;br /&gt;</w:t>
        <w:br/>
        <w:t>і давай гойдатися</w:t>
      </w:r>
    </w:p>
    <w:p>
      <w:r>
        <w:br/>
        <w:t>а сорока&lt;br /&gt;</w:t>
        <w:br/>
        <w:t>на блискітки ласійка&lt;br /&gt;</w:t>
        <w:br/>
        <w:t>тут як тут</w:t>
      </w:r>
    </w:p>
    <w:p>
      <w:r>
        <w:br/>
        <w:t>що то за коштовний&lt;br /&gt;</w:t>
        <w:br/>
        <w:t>камінець</w:t>
      </w:r>
    </w:p>
    <w:p>
      <w:r>
        <w:br/>
        <w:t>тільки хтіла дзьобнути&lt;br /&gt;</w:t>
        <w:br/>
        <w:t>а воно на пелюстці&lt;br /&gt;</w:t>
        <w:br/>
        <w:t>гойдається</w:t>
      </w:r>
    </w:p>
    <w:p>
      <w:r>
        <w:br/>
        <w:t>скреготнула зубами&lt;br /&gt;</w:t>
        <w:br/>
        <w:t>та й подалася далі</w:t>
      </w:r>
    </w:p>
    <w:p>
      <w:r>
        <w:br/>
        <w:t>а промінь прилетів&lt;br /&gt;</w:t>
        <w:br/>
        <w:t>взяв росу за рученьку&lt;br /&gt;</w:t>
        <w:br/>
        <w:t>і злинули обоє&lt;br /&gt;</w:t>
        <w:br/>
        <w:t>в блакитне поле&lt;br /&gt;</w:t>
        <w:br/>
        <w:t>14. Павутинка</w:t>
      </w:r>
    </w:p>
    <w:p>
      <w:r>
        <w:br/>
        <w:t>надумав кленовий листок&lt;br /&gt;</w:t>
        <w:br/>
        <w:t>линвоходцем прославитися&lt;br /&gt;</w:t>
        <w:br/>
        <w:t>павутинку бабиного літа&lt;br /&gt;</w:t>
        <w:br/>
        <w:t>натягнув між гілками</w:t>
      </w:r>
    </w:p>
    <w:p>
      <w:r>
        <w:br/>
        <w:t>зібралося усе листя&lt;br /&gt;</w:t>
        <w:br/>
        <w:t>на цирк дивуватися</w:t>
      </w:r>
    </w:p>
    <w:p>
      <w:r>
        <w:br/>
        <w:t>а листок&lt;br /&gt;</w:t>
        <w:br/>
        <w:t>ступив крок&lt;br /&gt;</w:t>
        <w:br/>
        <w:t>другий&lt;br /&gt;</w:t>
        <w:br/>
        <w:t>світ зелений захитався</w:t>
      </w:r>
    </w:p>
    <w:p>
      <w:r>
        <w:br/>
        <w:t>упав листок з високості</w:t>
      </w:r>
    </w:p>
    <w:p>
      <w:r>
        <w:br/>
        <w:t>погойдалася павутинка&lt;br /&gt;</w:t>
        <w:br/>
        <w:t>понудьгувала&lt;br /&gt;</w:t>
        <w:br/>
        <w:t>взяла та й відв’язалася</w:t>
      </w:r>
    </w:p>
    <w:p>
      <w:r>
        <w:br/>
        <w:t>лине собі&lt;br /&gt;</w:t>
        <w:br/>
        <w:t>понад тролейбусні дроти&lt;br /&gt;</w:t>
        <w:br/>
        <w:t>що до міста прив’язані&lt;br /&gt;</w:t>
        <w:br/>
        <w:t>і хизується</w:t>
      </w:r>
    </w:p>
    <w:p>
      <w:r>
        <w:br/>
        <w:t>хто ще таку линву&lt;br /&gt;</w:t>
        <w:br/>
        <w:t>бачив&lt;br /&gt;</w:t>
        <w:br/>
        <w:t>аби сама літала&lt;br /&gt;</w:t>
        <w:br/>
        <w:t>15. Дим</w:t>
      </w:r>
    </w:p>
    <w:p>
      <w:r>
        <w:br/>
        <w:t>втік дим від вогнища&lt;br /&gt;</w:t>
        <w:br/>
        <w:t>просто у синіх джинсах&lt;br /&gt;</w:t>
        <w:br/>
        <w:t>розпатланий&lt;br /&gt;</w:t>
        <w:br/>
        <w:t>та й подався у мандри</w:t>
      </w:r>
    </w:p>
    <w:p>
      <w:r>
        <w:br/>
        <w:t>тільки спечену картоплину&lt;br /&gt;</w:t>
        <w:br/>
        <w:t>прихопив&lt;br /&gt;</w:t>
        <w:br/>
        <w:t>по дорозі до міста</w:t>
      </w:r>
    </w:p>
    <w:p>
      <w:r>
        <w:br/>
        <w:t>сів у трамвай&lt;br /&gt;</w:t>
        <w:br/>
        <w:t>принюхується</w:t>
      </w:r>
    </w:p>
    <w:p>
      <w:r>
        <w:br/>
        <w:t>зітхнула кондуктор&lt;br /&gt;</w:t>
        <w:br/>
        <w:t>— осінь мені запахла</w:t>
      </w:r>
    </w:p>
    <w:p>
      <w:r>
        <w:br/>
        <w:t>залоскотало водієві в носі&lt;br /&gt;</w:t>
        <w:br/>
        <w:t>повернув трамвай&lt;br /&gt;</w:t>
        <w:br/>
        <w:t>і гайнув у гай</w:t>
      </w:r>
    </w:p>
    <w:p>
      <w:r>
        <w:br/>
        <w:t>я не в той трамвай сів&lt;br /&gt;</w:t>
        <w:br/>
        <w:t>подумав дим&lt;br /&gt;</w:t>
        <w:br/>
        <w:t>і через вікно&lt;br /&gt;</w:t>
        <w:br/>
        <w:t>вистрибнув&lt;br /&gt;</w:t>
        <w:br/>
        <w:t>16. Ліс</w:t>
      </w:r>
    </w:p>
    <w:p>
      <w:r>
        <w:br/>
        <w:t>піє півень&lt;br /&gt;</w:t>
        <w:br/>
        <w:t>дуже осінню пісню</w:t>
      </w:r>
    </w:p>
    <w:p>
      <w:r>
        <w:br/>
        <w:t>і гребінець у нього&lt;br /&gt;</w:t>
        <w:br/>
        <w:t>палахкотить червоно</w:t>
      </w:r>
    </w:p>
    <w:p>
      <w:r>
        <w:br/>
        <w:t>і руде пір’я летить&lt;br /&gt;</w:t>
        <w:br/>
        <w:t>за вітром стелиться</w:t>
      </w:r>
    </w:p>
    <w:p>
      <w:r>
        <w:br/>
        <w:t>гарний в тебе голос&lt;br /&gt;</w:t>
        <w:br/>
        <w:t>півнику&lt;br /&gt;</w:t>
        <w:br/>
        <w:t>а яким іще буде</w:t>
      </w:r>
    </w:p>
    <w:p>
      <w:r>
        <w:br/>
        <w:t>приїде коваль&lt;br /&gt;</w:t>
        <w:br/>
        <w:t>зі срібла викує</w:t>
      </w:r>
    </w:p>
    <w:p>
      <w:r>
        <w:br/>
        <w:t>бо той коваль&lt;br /&gt;</w:t>
        <w:br/>
        <w:t>Морозенко&lt;br /&gt;</w:t>
        <w:br/>
        <w:t>в нього коники&lt;br /&gt;</w:t>
        <w:br/>
        <w:t>в колокільцях</w:t>
      </w:r>
    </w:p>
    <w:p>
      <w:r>
        <w:br/>
        <w:t>він і річку скує&lt;br /&gt;</w:t>
        <w:br/>
        <w:t>і на кожну гілочку&lt;br /&gt;</w:t>
        <w:br/>
        <w:t>по сто дзвоників&lt;br /&gt;</w:t>
        <w:br/>
        <w:t>навішає&lt;br /&gt;</w:t>
        <w:br/>
        <w:t>17. Сніг</w:t>
      </w:r>
    </w:p>
    <w:p>
      <w:r>
        <w:br/>
        <w:t>ми того ласунчика&lt;br /&gt;</w:t>
        <w:br/>
        <w:t>на нашу вулицю&lt;br /&gt;</w:t>
        <w:br/>
        <w:t>не впустим</w:t>
      </w:r>
    </w:p>
    <w:p>
      <w:r>
        <w:br/>
        <w:t>поїсть він усе морозиво&lt;br /&gt;</w:t>
        <w:br/>
        <w:t>а нам що</w:t>
      </w:r>
    </w:p>
    <w:p>
      <w:r>
        <w:br/>
        <w:t>е ні&lt;br /&gt;</w:t>
        <w:br/>
        <w:t>я звідси ні руш</w:t>
      </w:r>
    </w:p>
    <w:p>
      <w:r>
        <w:br/>
        <w:t>я ще тут перед першим&lt;br /&gt;</w:t>
        <w:br/>
        <w:t>сеансом у кіно&lt;br /&gt;</w:t>
        <w:br/>
        <w:t>встиг</w:t>
      </w:r>
    </w:p>
    <w:p>
      <w:r>
        <w:br/>
        <w:t>шию обмотаю&lt;br /&gt;</w:t>
        <w:br/>
        <w:t>ще й санки притягну</w:t>
      </w:r>
    </w:p>
    <w:p>
      <w:r>
        <w:br/>
        <w:t>хто ж ти хлопче раненький&lt;br /&gt;</w:t>
        <w:br/>
        <w:t>що без тата і без неньки</w:t>
      </w:r>
    </w:p>
    <w:p>
      <w:r>
        <w:br/>
        <w:t>чи ти кульбабовий&lt;br /&gt;</w:t>
        <w:br/>
        <w:t>чи ти лебединий&lt;br /&gt;</w:t>
        <w:br/>
        <w:t>чи ти цукряний</w:t>
      </w:r>
    </w:p>
    <w:p>
      <w:r>
        <w:br/>
        <w:t>е ні&lt;br /&gt;</w:t>
        <w:br/>
        <w:t>я мамин</w:t>
      </w:r>
    </w:p>
    <w:p>
      <w:r>
        <w:br/>
        <w:t>вона в мене найсніжніша&lt;br /&gt;</w:t>
        <w:br/>
        <w:t>а я в неї першенький&lt;br /&gt;</w:t>
        <w:br/>
        <w:t>18. Місяць</w:t>
      </w:r>
    </w:p>
    <w:p>
      <w:r>
        <w:br/>
        <w:t>старий місяць&lt;br /&gt;</w:t>
        <w:br/>
        <w:t>червоною корою зашерх&lt;br /&gt;</w:t>
        <w:br/>
        <w:t>як смерека</w:t>
      </w:r>
    </w:p>
    <w:p>
      <w:r>
        <w:br/>
        <w:t>у старого місяця&lt;br /&gt;</w:t>
        <w:br/>
        <w:t>мурашки бігають&lt;br /&gt;</w:t>
        <w:br/>
        <w:t>під корою</w:t>
      </w:r>
    </w:p>
    <w:p>
      <w:r>
        <w:br/>
        <w:t>треба на них дятла&lt;br /&gt;</w:t>
        <w:br/>
        <w:t>з лісу кликати</w:t>
      </w:r>
    </w:p>
    <w:p>
      <w:r>
        <w:br/>
        <w:t>а молодий&lt;br /&gt;</w:t>
        <w:br/>
        <w:t>сам ріжками буцається&lt;br /&gt;</w:t>
        <w:br/>
        <w:t>мов цапок</w:t>
      </w:r>
    </w:p>
    <w:p>
      <w:r>
        <w:br/>
        <w:t>старому місяцеві&lt;br /&gt;</w:t>
        <w:br/>
        <w:t>мулько&lt;br /&gt;</w:t>
        <w:br/>
        <w:t>бік відлежав&lt;br /&gt;</w:t>
        <w:br/>
        <w:t>на хмарині</w:t>
      </w:r>
    </w:p>
    <w:p>
      <w:r>
        <w:br/>
        <w:t>а молодому&lt;br /&gt;</w:t>
        <w:br/>
        <w:t>не спиться&lt;br /&gt;</w:t>
        <w:br/>
        <w:t>біжить хвацько&lt;br /&gt;</w:t>
        <w:br/>
        <w:t>через усе небо</w:t>
      </w:r>
    </w:p>
    <w:p>
      <w:r>
        <w:br/>
        <w:t>десь там зіроньки&lt;br /&gt;</w:t>
        <w:br/>
        <w:t>защедрували&lt;br /&gt;</w:t>
        <w:br/>
        <w:t>19. Сонце&lt;br /&gt;</w:t>
        <w:br/>
        <w:t>~</w:t>
      </w:r>
    </w:p>
    <w:p>
      <w:r>
        <w:br/>
        <w:t>поза ворота&lt;br /&gt;</w:t>
        <w:br/>
        <w:t>яре золото&lt;br /&gt;</w:t>
        <w:br/>
        <w:t>ярії роси&lt;br /&gt;</w:t>
        <w:br/>
        <w:t>сонечко босе&lt;br /&gt;</w:t>
        <w:br/>
        <w:t>колесом колесом&lt;br /&gt;</w:t>
        <w:br/>
        <w:t>як гагілочка&lt;br /&gt;</w:t>
        <w:br/>
        <w:t>~</w:t>
      </w:r>
    </w:p>
    <w:p>
      <w:r>
        <w:br/>
        <w:t>червінцю червінцю&lt;br /&gt;</w:t>
        <w:br/>
        <w:t>мені по вінця&lt;br /&gt;</w:t>
        <w:br/>
        <w:t>я на купала&lt;br /&gt;</w:t>
        <w:br/>
        <w:t>у воду впало&lt;br /&gt;</w:t>
        <w:br/>
        <w:t>а у петрівку&lt;br /&gt;</w:t>
        <w:br/>
        <w:t>в житньому вінку&lt;br /&gt;</w:t>
        <w:br/>
        <w:t>від серпа втекло&lt;br /&gt;</w:t>
        <w:br/>
        <w:t>як перепілка&lt;br /&gt;</w:t>
        <w:br/>
        <w:t>~</w:t>
      </w:r>
    </w:p>
    <w:p>
      <w:r>
        <w:br/>
        <w:t>на городі за перелазом&lt;br /&gt;</w:t>
        <w:br/>
        <w:t>соняшник лузало&lt;br /&gt;</w:t>
        <w:br/>
        <w:t>прийшла пава&lt;br /&gt;</w:t>
        <w:br/>
        <w:t>листя опало&lt;br /&gt;</w:t>
        <w:br/>
        <w:t>до багаття звезла&lt;br /&gt;</w:t>
        <w:br/>
        <w:t>бо сонечко змерзло&lt;br /&gt;</w:t>
        <w:br/>
        <w:t>гори гори ясно&lt;br /&gt;</w:t>
        <w:br/>
        <w:t>аби не згасло&lt;br /&gt;</w:t>
        <w:br/>
        <w:t>~</w:t>
      </w:r>
    </w:p>
    <w:p>
      <w:r>
        <w:br/>
        <w:t>купайло купайло&lt;br /&gt;</w:t>
        <w:br/>
        <w:t>де ти зимувало&lt;br /&gt;</w:t>
        <w:br/>
        <w:t>вдома сиділо&lt;br /&gt;</w:t>
        <w:br/>
        <w:t>витинки для інію&lt;br /&gt;</w:t>
        <w:br/>
        <w:t>мережило&lt;br /&gt;</w:t>
        <w:br/>
        <w:t>потім бурульку&lt;br /&gt;</w:t>
        <w:br/>
        <w:t>смоктало&lt;br /&gt;</w:t>
        <w:br/>
        <w:t>20. Зірка</w:t>
      </w:r>
    </w:p>
    <w:p>
      <w:r>
        <w:br/>
        <w:t>заслухалась зірка цвіркуна&lt;br /&gt;</w:t>
        <w:br/>
        <w:t>вихилилась через віконце&lt;br /&gt;</w:t>
        <w:br/>
        <w:t>хотіла ружечку кинути</w:t>
      </w:r>
    </w:p>
    <w:p>
      <w:r>
        <w:br/>
        <w:t>та й сама впала</w:t>
      </w:r>
    </w:p>
    <w:p>
      <w:r>
        <w:br/>
        <w:t>підібрав її лопух&lt;br /&gt;</w:t>
        <w:br/>
        <w:t>хоч була ніч&lt;br /&gt;</w:t>
        <w:br/>
        <w:t>думав що світлячок</w:t>
      </w:r>
    </w:p>
    <w:p>
      <w:r>
        <w:br/>
        <w:t>сидить на листкові&lt;br /&gt;</w:t>
        <w:br/>
        <w:t>до неба високо&lt;br /&gt;</w:t>
        <w:br/>
        <w:t>до землі чужинно&lt;br /&gt;</w:t>
        <w:br/>
        <w:t>ще й очі&lt;br /&gt;</w:t>
        <w:br/>
        <w:t>як у Дзвінки</w:t>
      </w:r>
    </w:p>
    <w:p>
      <w:r>
        <w:br/>
        <w:t>як ти називаєшся</w:t>
      </w:r>
    </w:p>
    <w:p>
      <w:r>
        <w:br/>
        <w:t>а вона&lt;br /&gt;</w:t>
        <w:br/>
        <w:t>а я цвіркуна слухала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Дивосвіт, або ж Перша книжечка для Дзвінки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