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Дивувалась зима...</w:t>
      </w:r>
    </w:p>
    <w:p>
      <w:r>
        <w:br/>
        <w:t xml:space="preserve"> * * *&lt;br /&gt;</w:t>
        <w:br/>
        <w:t>Дивувалась зима:&lt;br /&gt;</w:t>
        <w:br/>
        <w:t>Чом се тають снiги,&lt;br /&gt;</w:t>
        <w:br/>
        <w:t>Чом льоди присли1всi&lt;br /&gt;</w:t>
        <w:br/>
        <w:t>На широкiй рiцi?</w:t>
      </w:r>
    </w:p>
    <w:p>
      <w:r>
        <w:br/>
        <w:t>Дивувалась зима:&lt;br /&gt;</w:t>
        <w:br/>
        <w:t>Чом так слабне вона,&lt;br /&gt;</w:t>
        <w:br/>
        <w:t>Де той легiт 2 бересь,&lt;br /&gt;</w:t>
        <w:br/>
        <w:t>Що теплом пронима?</w:t>
      </w:r>
    </w:p>
    <w:p>
      <w:r>
        <w:br/>
        <w:t>Дивувалась зима:&lt;br /&gt;</w:t>
        <w:br/>
        <w:t>Як се скрiпла земля&lt;br /&gt;</w:t>
        <w:br/>
        <w:t>Наливаєсь теплом,&lt;br /&gt;</w:t>
        <w:br/>
        <w:t>Оживав щодня?</w:t>
      </w:r>
    </w:p>
    <w:p>
      <w:r>
        <w:br/>
        <w:t>Дивувалась зима:&lt;br /&gt;</w:t>
        <w:br/>
        <w:t>Як посмiли над снiг&lt;br /&gt;</w:t>
        <w:br/>
        <w:t>Проклюнутись квiтки&lt;br /&gt;</w:t>
        <w:br/>
        <w:t>Запахущi, дрiбнi?</w:t>
      </w:r>
    </w:p>
    <w:p>
      <w:r>
        <w:br/>
        <w:t>I дунула на них&lt;br /&gt;</w:t>
        <w:br/>
        <w:t>Вiтром з уст льодяних,&lt;br /&gt;</w:t>
        <w:br/>
        <w:t>I пластом почала&lt;br /&gt;</w:t>
        <w:br/>
        <w:t>Снiг метати на них.</w:t>
      </w:r>
    </w:p>
    <w:p>
      <w:r>
        <w:br/>
        <w:t>Похилились квiтки,&lt;br /&gt;</w:t>
        <w:br/>
        <w:t>Посумнiли, замклись 3.&lt;br /&gt;</w:t>
        <w:br/>
        <w:t>Шуря-буря пройшла —&lt;br /&gt;</w:t>
        <w:br/>
        <w:t>Вони знов пiднялись.</w:t>
      </w:r>
    </w:p>
    <w:p>
      <w:r>
        <w:br/>
        <w:t>I найдужче над тим&lt;br /&gt;</w:t>
        <w:br/>
        <w:t>Дивувалась зима,&lt;br /&gt;</w:t>
        <w:br/>
        <w:t>Що на цвiт той дрiбний&lt;br /&gt;</w:t>
        <w:br/>
        <w:t>В неї сили нема.&lt;br /&gt;</w:t>
        <w:br/>
        <w:t>______________________&lt;br /&gt;</w:t>
        <w:br/>
        <w:t>1 Приснути — розламатися.&lt;br /&gt;</w:t>
        <w:br/>
        <w:t>2 Легiт — легкий вiтерець.&lt;br /&gt;</w:t>
        <w:br/>
        <w:t>3 Замклитись — закритись.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Дивувалась зима...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