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А. П. Керн ("Я пам'ятаю мить чудову...")</w:t>
      </w:r>
    </w:p>
    <w:p>
      <w:r>
        <w:br/>
        <w:t xml:space="preserve"> Я пам'ятаю мить чудову,&lt;br /&gt;</w:t>
        <w:br/>
        <w:t>Коли мені з'явилась ти,&lt;br /&gt;</w:t>
        <w:br/>
        <w:t>Як привид, сповнений любов'ю,&lt;br /&gt;</w:t>
        <w:br/>
        <w:t>Як геній чистий красоти.</w:t>
      </w:r>
    </w:p>
    <w:p>
      <w:r>
        <w:br/>
        <w:t>В сумній, холодній безнадії,&lt;br /&gt;</w:t>
        <w:br/>
        <w:t>В людській тривожній метушні,&lt;br /&gt;</w:t>
        <w:br/>
        <w:t>Звучав твій голос, наче мрії,&lt;br /&gt;</w:t>
        <w:br/>
        <w:t>Ти часто снилася мені.</w:t>
      </w:r>
    </w:p>
    <w:p>
      <w:r>
        <w:br/>
        <w:t>Йшли роки. Мрії чарівничі&lt;br /&gt;</w:t>
        <w:br/>
        <w:t>Розвіяв вітер часу злий.&lt;br /&gt;</w:t>
        <w:br/>
        <w:t>І я забув твоє обличчя,&lt;br /&gt;</w:t>
        <w:br/>
        <w:t>Твій стан і голос ніжний твій.</w:t>
      </w:r>
    </w:p>
    <w:p>
      <w:r>
        <w:br/>
        <w:t>У глушині важкій вигнання&lt;br /&gt;</w:t>
        <w:br/>
        <w:t>Минали дні мого життя&lt;br /&gt;</w:t>
        <w:br/>
        <w:t>Без божества і без палання,&lt;br /&gt;</w:t>
        <w:br/>
        <w:t>Без сліз, кохання, без чуття.</w:t>
      </w:r>
    </w:p>
    <w:p>
      <w:r>
        <w:br/>
        <w:t>Душа проснулась в мить чудову.&lt;br /&gt;</w:t>
        <w:br/>
        <w:t>І знов мені з'явилась ти.&lt;br /&gt;</w:t>
        <w:br/>
        <w:t>Як привид, сповнений любов'ю,&lt;br /&gt;</w:t>
        <w:br/>
        <w:t>Як геній чистий красоти.</w:t>
      </w:r>
    </w:p>
    <w:p>
      <w:r>
        <w:br/>
        <w:t>І серце б'ється променисте,&lt;br /&gt;</w:t>
        <w:br/>
        <w:t>В моїй душі воскресли знов&lt;br /&gt;</w:t>
        <w:br/>
        <w:t>І божество, й натхнення чисте,&lt;br /&gt;</w:t>
        <w:br/>
        <w:t>Й життя, і сльози, і любов.</w:t>
      </w:r>
    </w:p>
    <w:p>
      <w:r>
        <w:br/>
        <w:t>&lt;blockquote class="cita" style='text-align:left'&gt;Переклад В. Сосюри&lt;/blockquote&gt;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А. П. Керн ("Я пам'ятаю мить чудову...")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