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кобзи і до музи</w:t>
      </w:r>
    </w:p>
    <w:p>
      <w:r>
        <w:br/>
        <w:t xml:space="preserve"> Моя ти втіхо, кобзо тихоструна!&lt;br /&gt;</w:t>
        <w:br/>
        <w:t>Одна ти в мене із утіх осталась,&lt;br /&gt;</w:t>
        <w:br/>
        <w:t>Як жизнь важка, гірка, великотрудна,&lt;br /&gt;</w:t>
        <w:br/>
        <w:t>До вічного спочивища добралась.&lt;br /&gt;</w:t>
        <w:br/>
        <w:t>Заграй мені, мов той Еол воздушний,&lt;br /&gt;</w:t>
        <w:br/>
        <w:t>Озвись, голубко, забуркукай стиха,&lt;br /&gt;</w:t>
        <w:br/>
        <w:t>А чей козак, нетяга прямодушний,&lt;br /&gt;</w:t>
        <w:br/>
        <w:t>Позбудеться хоч на часину лиха.&lt;br /&gt;</w:t>
        <w:br/>
        <w:t>Жене його із краю в край, тімаху,&lt;br /&gt;</w:t>
        <w:br/>
        <w:t>Людське лукавство да єхидниство кляте.&lt;br /&gt;</w:t>
        <w:br/>
        <w:t>Завидує він степовому птаху,&lt;br /&gt;</w:t>
        <w:br/>
        <w:t>Не маючи й могили, щоб іспасти.</w:t>
      </w:r>
    </w:p>
    <w:p>
      <w:r>
        <w:br/>
        <w:t>Заграй же згорда голосом величнем,&lt;br /&gt;</w:t>
        <w:br/>
        <w:t>На сором злюкам, що тебе плямують,&lt;br /&gt;</w:t>
        <w:br/>
        <w:t>Загримай на лихих докором вічним-&lt;br /&gt;</w:t>
        <w:br/>
        <w:t>Нехай тебе віки грядущі чують.&lt;br /&gt;</w:t>
        <w:br/>
        <w:t>А ти, моє надиханнє спасенне,&lt;br /&gt;</w:t>
        <w:br/>
        <w:t>Моя ти Музо в образі любові!&lt;br /&gt;</w:t>
        <w:br/>
        <w:t>Покинь бідаху на життя злиденне,&lt;br /&gt;</w:t>
        <w:br/>
        <w:t>Іди собі на береги Дніпрові...&lt;br /&gt;</w:t>
        <w:br/>
        <w:t>Там люде в темряві сидять глибокій,&lt;br /&gt;</w:t>
        <w:br/>
        <w:t>Ти їх освітиш сяєвом небесним,&lt;br /&gt;</w:t>
        <w:br/>
        <w:t>Я ж тут од мук спочину, одинокий,&lt;br /&gt;</w:t>
        <w:br/>
        <w:t>Дознаю щастя прахом безсловесним.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кобзи і 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