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рідного народу...</w:t>
      </w:r>
    </w:p>
    <w:p>
      <w:r>
        <w:br/>
        <w:t xml:space="preserve"> подаючи йому український переклад Шекспірових творів</w:t>
      </w:r>
    </w:p>
    <w:p>
      <w:r>
        <w:br/>
        <w:t>Народе без пуття, без честі і поваги,&lt;br /&gt;</w:t>
        <w:br/>
        <w:t>Без правди у завітах предків диких,&lt;br /&gt;</w:t>
        <w:br/>
        <w:t>Ти, що постав з безумної одваги&lt;br /&gt;</w:t>
        <w:br/>
        <w:t>Гірких п'яниць та розбишак великих!</w:t>
      </w:r>
    </w:p>
    <w:p>
      <w:r>
        <w:br/>
        <w:t>Єдиний скарб у тебе — рідна мова,&lt;br /&gt;</w:t>
        <w:br/>
        <w:t>Заклятий для сусідського хижацтва:&lt;br /&gt;</w:t>
        <w:br/>
        <w:t>Вона твого життя міцна основа,&lt;br /&gt;</w:t>
        <w:br/>
        <w:t>Певніша над усі скарби й багатства.</w:t>
      </w:r>
    </w:p>
    <w:p>
      <w:r>
        <w:br/>
        <w:t>Се голос лучних предків з домовини,&lt;br /&gt;</w:t>
        <w:br/>
        <w:t>Тих душ святих, що марно погибали&lt;br /&gt;</w:t>
        <w:br/>
        <w:t>У злигоднях Великої Руїни,&lt;br /&gt;</w:t>
        <w:br/>
        <w:t>Котру старці твоїм тріумфом звали.</w:t>
      </w:r>
    </w:p>
    <w:p>
      <w:r>
        <w:br/>
        <w:t>О варваре! покинь тріумфувати,&lt;br /&gt;</w:t>
        <w:br/>
        <w:t>Та зчервоній од сорома тяжкого:&lt;br /&gt;</w:t>
        <w:br/>
        <w:t>Що всі сусіде мають що назвати,&lt;br /&gt;</w:t>
        <w:br/>
        <w:t>А ти своїм не назовеш нічого.</w:t>
      </w:r>
    </w:p>
    <w:p>
      <w:r>
        <w:br/>
        <w:t>Що захопив єси серед руїни,&lt;br /&gt;</w:t>
        <w:br/>
        <w:t>Забрав усе великий твій добродій;&lt;br /&gt;</w:t>
        <w:br/>
        <w:t>Жене тебе неволя з України,&lt;br /&gt;</w:t>
        <w:br/>
        <w:t>І з рідним словом тулишся мов злодій.</w:t>
      </w:r>
    </w:p>
    <w:p>
      <w:r>
        <w:br/>
        <w:t>На ж зеркало всесвітнє, визирайся,&lt;br /&gt;</w:t>
        <w:br/>
        <w:t>Збагни, який ти азіат мізерний,&lt;br /&gt;</w:t>
        <w:br/>
        <w:t>Своїм розбоєм лютим не пишайся,&lt;br /&gt;</w:t>
        <w:br/>
        <w:t>Забудь навіки путь хижацтва скверний&lt;br /&gt;</w:t>
        <w:br/>
        <w:t>І до сем'ї культурників вертайся.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рідного народу...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