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Драстуйте</w:t>
      </w:r>
    </w:p>
    <w:p>
      <w:r>
        <w:br/>
        <w:t xml:space="preserve"> &lt;p&gt;Коли б редакція нашої газети звернулася з таким собі дуже простим словом-привітом до всіх наших читачів:</w:t>
      </w:r>
    </w:p>
    <w:p>
      <w:r>
        <w:br/>
        <w:t>— Драстуйте, дорогі товариші! Що б ми на відповідь почули?</w:t>
      </w:r>
    </w:p>
    <w:p>
      <w:r>
        <w:br/>
        <w:t>У нас нема найменшого сумніву, що ми б почули:</w:t>
      </w:r>
    </w:p>
    <w:p>
      <w:r>
        <w:br/>
        <w:t>— Доброго здоров'я!</w:t>
      </w:r>
    </w:p>
    <w:p>
      <w:r>
        <w:br/>
        <w:t>А як же ж інакше?!</w:t>
      </w:r>
    </w:p>
    <w:p>
      <w:r>
        <w:br/>
        <w:t>Ми добре з вами знаємо чудесний звичай нашого народу, коли, проходячи вулицею в найглухішому селі, один одного обов'язково привітає:</w:t>
      </w:r>
    </w:p>
    <w:p>
      <w:r>
        <w:br/>
        <w:t>— Здорові були! А на відповідь:</w:t>
      </w:r>
    </w:p>
    <w:p>
      <w:r>
        <w:br/>
        <w:t>— Драстуйте!</w:t>
      </w:r>
    </w:p>
    <w:p>
      <w:r>
        <w:br/>
        <w:t>І то не обов'язково треба бути знайомими один одному, ні! Це такий собі всенародний, сказать би, звичай, що знаменує собою повагу громадян один до одного.</w:t>
      </w:r>
    </w:p>
    <w:p>
      <w:r>
        <w:br/>
        <w:t>Це — пошана, це любов не тільки до свого земляка, гордість, що він твій земляк, а це самогордість і самолюбов, що ти маєш за щастя мати такого земляка і що є щаслива нагода його привітати.</w:t>
      </w:r>
    </w:p>
    <w:p>
      <w:r>
        <w:br/>
        <w:t>Ясна річ, що в місті вітати всіх, хто йде тобі назустріч, неможливо, бо всього "Драстуйте" не встигнеш вимовити, а буде тільки саме:</w:t>
      </w:r>
    </w:p>
    <w:p>
      <w:r>
        <w:br/>
        <w:t>— Др! Др! Др!</w:t>
      </w:r>
    </w:p>
    <w:p>
      <w:r>
        <w:br/>
        <w:t>Щодо міста хочеться поговорити про інше.</w:t>
      </w:r>
    </w:p>
    <w:p>
      <w:r>
        <w:br/>
        <w:t>А в місті...</w:t>
      </w:r>
    </w:p>
    <w:p>
      <w:r>
        <w:br/>
        <w:t>II</w:t>
      </w:r>
    </w:p>
    <w:p>
      <w:r>
        <w:br/>
        <w:t>А в місті багацько є різних державних, громадських і інших установ.</w:t>
      </w:r>
    </w:p>
    <w:p>
      <w:r>
        <w:br/>
        <w:t>От ви заходите в установу.</w:t>
      </w:r>
    </w:p>
    <w:p>
      <w:r>
        <w:br/>
        <w:t>Сидить собі така собі людина. Солідна, ясна річ, людина, бо вона або в окулярах, або в перманенті, або така, що не має ні окулярів, ні перманенту, а проте людина серйозна.</w:t>
      </w:r>
    </w:p>
    <w:p>
      <w:r>
        <w:br/>
        <w:t>Тут я хочу підкреслити, що я особисто і не прот:і окулярів, і не проти перманенту.</w:t>
      </w:r>
    </w:p>
    <w:p>
      <w:r>
        <w:br/>
        <w:t>Окуляри в мене в самого є, а якби було на чому накрутити перманент, я б накрутив, щоб довести, що я не проти перманенту, але, їй-богу, нема вже на чому накручувати, так що повірте вже, прошу я вас, на слово.</w:t>
      </w:r>
    </w:p>
    <w:p>
      <w:r>
        <w:br/>
        <w:t>Так от сидить собі така собі людина.</w:t>
      </w:r>
    </w:p>
    <w:p>
      <w:r>
        <w:br/>
        <w:t>Ви заходите й говорите, як здавна-давен звикли:</w:t>
      </w:r>
    </w:p>
    <w:p>
      <w:r>
        <w:br/>
        <w:t>— Драстуйте!</w:t>
      </w:r>
    </w:p>
    <w:p>
      <w:r>
        <w:br/>
        <w:t>На відповідь анічичирк.</w:t>
      </w:r>
    </w:p>
    <w:p>
      <w:r>
        <w:br/>
        <w:t>Тільки муха на вікні вам відповідає:</w:t>
      </w:r>
    </w:p>
    <w:p>
      <w:r>
        <w:br/>
        <w:t>— Дз-з-з-з-з!</w:t>
      </w:r>
    </w:p>
    <w:p>
      <w:r>
        <w:br/>
        <w:t>Ви ще раз, але трохи тихше й боязніше:</w:t>
      </w:r>
    </w:p>
    <w:p>
      <w:r>
        <w:br/>
        <w:t>— Драстуйте!</w:t>
      </w:r>
    </w:p>
    <w:p>
      <w:r>
        <w:br/>
        <w:t>А на відповідь іще анічичиркіше.</w:t>
      </w:r>
    </w:p>
    <w:p>
      <w:r>
        <w:br/>
        <w:t>Навіть муха, і та вже не дзижчить.</w:t>
      </w:r>
    </w:p>
    <w:p>
      <w:r>
        <w:br/>
        <w:t>— Раз же ж, мовляв, уже продзижчала! Що ж мені, найбільше треба, чи що?!</w:t>
      </w:r>
    </w:p>
    <w:p>
      <w:r>
        <w:br/>
        <w:t>Тоді вже ви сідаєте, коли є на що сісти, й, чекаючи на свою чергу, мрієте...</w:t>
      </w:r>
    </w:p>
    <w:p>
      <w:r>
        <w:br/>
        <w:t>III</w:t>
      </w:r>
    </w:p>
    <w:p>
      <w:r>
        <w:br/>
        <w:t>Про що ви мрієте?</w:t>
      </w:r>
    </w:p>
    <w:p>
      <w:r>
        <w:br/>
        <w:t>Мрієте ви, приміром, ну хоч про загс.</w:t>
      </w:r>
    </w:p>
    <w:p>
      <w:r>
        <w:br/>
        <w:t>Про те, як у загсі записуються ті, котрі одне одного люблять.</w:t>
      </w:r>
    </w:p>
    <w:p>
      <w:r>
        <w:br/>
        <w:t>Мені, сказати правду, особисто про це тільки мріяти й можна, бо навряд чи доведеться вже записуватись...</w:t>
      </w:r>
    </w:p>
    <w:p>
      <w:r>
        <w:br/>
        <w:t>Так дозвольте хоч за інших помріяти, на кшталт тієї баби, що побачила в садочку, як молодята цілувалися. Подивилася, сама собі цмокнула, обтерлася й зітхнула:</w:t>
      </w:r>
    </w:p>
    <w:p>
      <w:r>
        <w:br/>
        <w:t>— Отак і мені б хотілося!</w:t>
      </w:r>
    </w:p>
    <w:p>
      <w:r>
        <w:br/>
        <w:t>Так от заходять до загсу такі собі, що ото одне з одним любляться, молодята.</w:t>
      </w:r>
    </w:p>
    <w:p>
      <w:r>
        <w:br/>
        <w:t>Найщасливіший день у їхньому житті. Заходять. Черга.</w:t>
      </w:r>
    </w:p>
    <w:p>
      <w:r>
        <w:br/>
        <w:t>Як у кожній черзі, зразу ж тобі підвищується весільний настрій.</w:t>
      </w:r>
    </w:p>
    <w:p>
      <w:r>
        <w:br/>
        <w:t>— Куди претесь?</w:t>
      </w:r>
    </w:p>
    <w:p>
      <w:r>
        <w:br/>
        <w:t>Що на таке запитання ви скажете, коли ви жених, та, до того, ще й закоханий?</w:t>
      </w:r>
    </w:p>
    <w:p>
      <w:r>
        <w:br/>
        <w:t>— "Прусь у любов", чи що? Незручно якось. Хіба ж ви "претесь"?</w:t>
      </w:r>
    </w:p>
    <w:p>
      <w:r>
        <w:br/>
        <w:t>Ви ж ніжно привели сюди своє найдорожче, своє найніжніше, а вам:</w:t>
      </w:r>
    </w:p>
    <w:p>
      <w:r>
        <w:br/>
        <w:t>— Куди претесь?</w:t>
      </w:r>
    </w:p>
    <w:p>
      <w:r>
        <w:br/>
        <w:t>А потім, коли ви вже кінець кінцем себе й свою голубоньку "доперли" до того столу, де узаконять вашу любов, вам як з кулемета:</w:t>
      </w:r>
    </w:p>
    <w:p>
      <w:r>
        <w:br/>
        <w:t>— Документи?! Район?! На яке прізвище?! Так! Вітаю вас! П'ятнадцять карбованців! Вискочили молодята. А ви дивитесь їм услід і мрієте...</w:t>
      </w:r>
    </w:p>
    <w:p>
      <w:r>
        <w:br/>
        <w:t>IV</w:t>
      </w:r>
    </w:p>
    <w:p>
      <w:r>
        <w:br/>
        <w:t>Про що ви мрієте?</w:t>
      </w:r>
    </w:p>
    <w:p>
      <w:r>
        <w:br/>
        <w:t>Ви мрієте про те, щоб не було черг.</w:t>
      </w:r>
    </w:p>
    <w:p>
      <w:r>
        <w:br/>
        <w:t>Як це зробити?</w:t>
      </w:r>
    </w:p>
    <w:p>
      <w:r>
        <w:br/>
        <w:t>Дуже просто: треба вміти організувати як слід</w:t>
      </w:r>
    </w:p>
    <w:p>
      <w:r>
        <w:br/>
        <w:t>роботу по тих місцях, де можуть виникнути черги.</w:t>
      </w:r>
    </w:p>
    <w:p>
      <w:r>
        <w:br/>
        <w:t>От — крамниця, приміром.</w:t>
      </w:r>
    </w:p>
    <w:p>
      <w:r>
        <w:br/>
        <w:t>В однім її відділі — черга, а в других відділах стоять продавці й позіхають.</w:t>
      </w:r>
    </w:p>
    <w:p>
      <w:r>
        <w:br/>
        <w:t>Чому не можна вільним продавцям підійти до того відділу, де залюднилося, та й допомогти своєму товаришеві швиденько зліквідувати залюдненість?</w:t>
      </w:r>
    </w:p>
    <w:p>
      <w:r>
        <w:br/>
        <w:t>Можна?</w:t>
      </w:r>
    </w:p>
    <w:p>
      <w:r>
        <w:br/>
        <w:t>По-нашому, можна.</w:t>
      </w:r>
    </w:p>
    <w:p>
      <w:r>
        <w:br/>
        <w:t>А коли можна, значить, треба це зробити.</w:t>
      </w:r>
    </w:p>
    <w:p>
      <w:r>
        <w:br/>
        <w:t>А вже як виникла черга, мріється про таку картинку.</w:t>
      </w:r>
    </w:p>
    <w:p>
      <w:r>
        <w:br/>
        <w:t>От підходить людина до черги, а попередній громадянин їй:</w:t>
      </w:r>
    </w:p>
    <w:p>
      <w:r>
        <w:br/>
        <w:t>— Будь ласка, вперед! Дуже прошу!</w:t>
      </w:r>
    </w:p>
    <w:p>
      <w:r>
        <w:br/>
        <w:t>— Ні, нізащо! Ви будете спереду, а я ззаду.</w:t>
      </w:r>
    </w:p>
    <w:p>
      <w:r>
        <w:br/>
        <w:t>— Та я вас благаю, станьте поперед мене!</w:t>
      </w:r>
    </w:p>
    <w:p>
      <w:r>
        <w:br/>
        <w:t>— І не просіть, і не благайте! Я такий щасливий, що позаду вас! Не позбавляйте мене цієї радості! Познайомимось!</w:t>
      </w:r>
    </w:p>
    <w:p>
      <w:r>
        <w:br/>
        <w:t>— Який ви симпатичний!</w:t>
      </w:r>
    </w:p>
    <w:p>
      <w:r>
        <w:br/>
        <w:t>— А ви просто ангел!</w:t>
      </w:r>
    </w:p>
    <w:p>
      <w:r>
        <w:br/>
        <w:t>Такі картини в кіно б показували.</w:t>
      </w:r>
    </w:p>
    <w:p>
      <w:r>
        <w:br/>
        <w:t>Ні, краще не показувати, бо буде черга в кіно.</w:t>
      </w:r>
    </w:p>
    <w:p>
      <w:r>
        <w:br/>
        <w:t>V</w:t>
      </w:r>
    </w:p>
    <w:p>
      <w:r>
        <w:br/>
        <w:t>Про що ви далі мрієте?</w:t>
      </w:r>
    </w:p>
    <w:p>
      <w:r>
        <w:br/>
        <w:t>Ви мрієте про те, щоб громадяни, коли сідають у трамвай чи в тролейбус, не тягли одне одного за ноги, намагаючись одкинути одне одного на тротуар.</w:t>
      </w:r>
    </w:p>
    <w:p>
      <w:r>
        <w:br/>
        <w:t>Особливо пристрасно хочеться, щоб не хватали за штани.</w:t>
      </w:r>
    </w:p>
    <w:p>
      <w:r>
        <w:br/>
        <w:t>Ногу не так ще легко одірвати, а штани, — ви ж знаєте, — річ дуже тендітна, і йти додому без лівої холоші трохи непристойно.</w:t>
      </w:r>
    </w:p>
    <w:p>
      <w:r>
        <w:br/>
        <w:t>Самі подумайте, права нога в штанях, а ліва в трусиках.</w:t>
      </w:r>
    </w:p>
    <w:p>
      <w:r>
        <w:br/>
        <w:t>Неінтересно!</w:t>
      </w:r>
    </w:p>
    <w:p>
      <w:r>
        <w:br/>
        <w:t>Хіба не можна так: стоять громадяни й чекають на трамвай. Підходить трамвай. Одне до одного з поклоном.</w:t>
      </w:r>
    </w:p>
    <w:p>
      <w:r>
        <w:br/>
        <w:t>— Будь ласка, прошу!</w:t>
      </w:r>
    </w:p>
    <w:p>
      <w:r>
        <w:br/>
        <w:t>— Ні, я вас прошу, — сідайте ви перший!</w:t>
      </w:r>
    </w:p>
    <w:p>
      <w:r>
        <w:br/>
        <w:t>— Я вас дуже прошу, сідайте ви!</w:t>
      </w:r>
    </w:p>
    <w:p>
      <w:r>
        <w:br/>
        <w:t>Певна річ, що довго тут з чемністю затримуватись не треба, бо трамвай може піти порожній.</w:t>
      </w:r>
    </w:p>
    <w:p>
      <w:r>
        <w:br/>
        <w:t>Подумайте: скільки буде збережено мануфактури!</w:t>
      </w:r>
    </w:p>
    <w:p>
      <w:r>
        <w:br/>
        <w:t>VI</w:t>
      </w:r>
    </w:p>
    <w:p>
      <w:r>
        <w:br/>
        <w:t>От ви сіли в трамвай, настрій у вас прекрасний, на лицях у всіх пасажирів лагідна посмішка, бабусі й жінки сидять, чоловіки стоять, кондукторша, продаючи квитки, наспівує веселенької пісеньки.</w:t>
      </w:r>
    </w:p>
    <w:p>
      <w:r>
        <w:br/>
        <w:t>Ви їдете й мрієте.</w:t>
      </w:r>
    </w:p>
    <w:p>
      <w:r>
        <w:br/>
        <w:t>Ви ще раз мрієте про наші державні, громадські, кооперативні й інші установи і про урядовців, що працюють по тих установах.</w:t>
      </w:r>
    </w:p>
    <w:p>
      <w:r>
        <w:br/>
        <w:t>Урядовці привітні, чемні, сумлінні...</w:t>
      </w:r>
    </w:p>
    <w:p>
      <w:r>
        <w:br/>
        <w:t>Справи не затримуються, на всякі листи, запитання і т. ін. негайно даються відповіді.</w:t>
      </w:r>
    </w:p>
    <w:p>
      <w:r>
        <w:br/>
        <w:t>Чистота, порядок, лагідність.</w:t>
      </w:r>
    </w:p>
    <w:p>
      <w:r>
        <w:br/>
        <w:t>А як же ж інакше може бути?</w:t>
      </w:r>
    </w:p>
    <w:p>
      <w:r>
        <w:br/>
        <w:t>Це ж не чиновники лихої пам'яті царського Уряду!</w:t>
      </w:r>
    </w:p>
    <w:p>
      <w:r>
        <w:br/>
        <w:t>Це ж урядовці нашого всенародного уряду, значить, народні урядовці! Народні слуги!</w:t>
      </w:r>
    </w:p>
    <w:p>
      <w:r>
        <w:br/>
        <w:t>А бути слугою свого народу — це не тільки обов'язок, а це — велика честь!</w:t>
      </w:r>
    </w:p>
    <w:p>
      <w:r>
        <w:br/>
        <w:t>їм, через свій уряд, народ доручив працювати в своїх народних установах.</w:t>
      </w:r>
    </w:p>
    <w:p>
      <w:r>
        <w:br/>
        <w:t>А народ ніколи не буває ні нечемним, ні черствим, ні помертвілим.</w:t>
      </w:r>
    </w:p>
    <w:p>
      <w:r>
        <w:br/>
        <w:t>Народ життя свого не жалів, щоб захистити свою честь, свою свободу, свій уряд, свою державу.</w:t>
      </w:r>
    </w:p>
    <w:p>
      <w:r>
        <w:br/>
        <w:t>Яке ж ми маємо право жаліти для народу свою працю, енергію, хист, знання?</w:t>
      </w:r>
    </w:p>
    <w:p>
      <w:r>
        <w:br/>
        <w:t>І тоді радістю й привітом бринітиме до нас повсякчасне народне:</w:t>
      </w:r>
    </w:p>
    <w:p>
      <w:r>
        <w:br/>
        <w:t>— Здрастуйте, дорогі товариші наші урядовці! А на відповідь, щоб ще радісніше залунало:</w:t>
      </w:r>
    </w:p>
    <w:p>
      <w:r>
        <w:br/>
        <w:t>— Доброго здоров'я!</w:t>
      </w:r>
    </w:p>
    <w:p>
      <w:r>
        <w:br/>
        <w:t>1946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Драстуйте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