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Дума про трьох вітрів</w:t>
      </w:r>
    </w:p>
    <w:p>
      <w:r>
        <w:br/>
        <w:t xml:space="preserve"> На ранній весні-провесні,&lt;br /&gt;</w:t>
        <w:br/>
        <w:t>Гей, на світанню гук.</w:t>
      </w:r>
    </w:p>
    <w:p>
      <w:r>
        <w:br/>
        <w:t>Ой за горами, за високими,&lt;br /&gt;</w:t>
        <w:br/>
        <w:t>Там за морями та за глибокими,&lt;br /&gt;</w:t>
        <w:br/>
        <w:t>Ще й за шляхами несходимими —&lt;br /&gt;</w:t>
        <w:br/>
        <w:t>Рано-пораненьку Ясне Сонечко сходило,&lt;br /&gt;</w:t>
        <w:br/>
        <w:t>Ясне Сонечко сходило, братів своїх, Вітрів, до себе іскликало,&lt;br /&gt;</w:t>
        <w:br/>
        <w:t>До них словами промовляло:&lt;br /&gt;</w:t>
        <w:br/>
        <w:t>"Брати мої!&lt;br /&gt;</w:t>
        <w:br/>
        <w:t>Вітри мої!&lt;br /&gt;</w:t>
        <w:br/>
        <w:t>Брати мої любі, милі,&lt;br /&gt;</w:t>
        <w:br/>
        <w:t>Вольні, прудкокрилі!&lt;br /&gt;</w:t>
        <w:br/>
        <w:t>А станьте ви на рівні ноги:&lt;br /&gt;</w:t>
        <w:br/>
        <w:t>На гори, доли, на людяні шляхи, на перелоги —&lt;br /&gt;</w:t>
        <w:br/>
        <w:t>Летіть-співайте,&lt;br /&gt;</w:t>
        <w:br/>
        <w:t>Про мене, вашого брата старшого, Ясного Сонечка,&lt;br /&gt;</w:t>
        <w:br/>
        <w:t>Людям повідайте.&lt;br /&gt;</w:t>
        <w:br/>
        <w:t>А уже ж я та не по-зимньому грію:&lt;br /&gt;</w:t>
        <w:br/>
        <w:t>Зоря з зорею перемигнутися не вспіє,—&lt;br /&gt;</w:t>
        <w:br/>
        <w:t>Як я поломенію".</w:t>
      </w:r>
    </w:p>
    <w:p>
      <w:r>
        <w:br/>
        <w:t>Теє Вітри зачували,&lt;br /&gt;</w:t>
        <w:br/>
        <w:t>На рівні ноги ставали,&lt;br /&gt;</w:t>
        <w:br/>
        <w:t>На різні сторони свої дужі крила розправляли.</w:t>
      </w:r>
    </w:p>
    <w:p>
      <w:r>
        <w:br/>
        <w:t>На ранній весні-провесні,&lt;br /&gt;</w:t>
        <w:br/>
        <w:t>Гей, на світанню гук.</w:t>
      </w:r>
    </w:p>
    <w:p>
      <w:r>
        <w:br/>
        <w:t>Що перший Вітер молодий —&lt;br /&gt;</w:t>
        <w:br/>
        <w:t>Лукавий Сніговій —&lt;br /&gt;</w:t>
        <w:br/>
        <w:t>Та так собі подумав, так помислив:&lt;br /&gt;</w:t>
        <w:br/>
        <w:t>"А чи не краще б було,&lt;br /&gt;</w:t>
        <w:br/>
        <w:t>Коли б ти, братіку мій, Ясне Сонечко, та по-зимньому ісходило?&lt;br /&gt;</w:t>
        <w:br/>
        <w:t>Бо цю землю тільки пригрій —&lt;br /&gt;</w:t>
        <w:br/>
        <w:t>То вже й клопіт імій".&lt;br /&gt;</w:t>
        <w:br/>
        <w:t>Тож перший Вітер — Сніговій-Морозище —&lt;br /&gt;</w:t>
        <w:br/>
        <w:t>Летить, гуде, свище,&lt;br /&gt;</w:t>
        <w:br/>
        <w:t>Снігом хати обкидає,&lt;br /&gt;</w:t>
        <w:br/>
        <w:t>З людей насміхає:&lt;br /&gt;</w:t>
        <w:br/>
        <w:t>"Це вас, — каже, — Сонечко веснянеє вітає".</w:t>
      </w:r>
    </w:p>
    <w:p>
      <w:r>
        <w:br/>
        <w:t>Тоді теє люди зачували,&lt;br /&gt;</w:t>
        <w:br/>
        <w:t>Одне д&amp;acute;одного словами промовляли:&lt;br /&gt;</w:t>
        <w:br/>
        <w:t>"Ой не буть, видно, весні, як об Різдві грому,&lt;br /&gt;</w:t>
        <w:br/>
        <w:t>Коли до нас говорять по-чужому".</w:t>
      </w:r>
    </w:p>
    <w:p>
      <w:r>
        <w:br/>
        <w:t>На ранній весні-провесні,&lt;br /&gt;</w:t>
        <w:br/>
        <w:t>Гей, на світанню гук.</w:t>
      </w:r>
    </w:p>
    <w:p>
      <w:r>
        <w:br/>
        <w:t>Що другий Вітер молодий —&lt;br /&gt;</w:t>
        <w:br/>
        <w:t>Безжурний Буровій —&lt;br /&gt;</w:t>
        <w:br/>
        <w:t>Та так собі подумав, так помислив:&lt;br /&gt;</w:t>
        <w:br/>
        <w:t>"Хай собі Сонечко як завгодно сходить —&lt;br /&gt;</w:t>
        <w:br/>
        <w:t>Чи по-зимньому,&lt;br /&gt;</w:t>
        <w:br/>
        <w:t>Чи по-весняному,&lt;br /&gt;</w:t>
        <w:br/>
        <w:t>Аби мені було можна пити-гуляти,&lt;br /&gt;</w:t>
        <w:br/>
        <w:t>Свою душеньку потішати".&lt;br /&gt;</w:t>
        <w:br/>
        <w:t>Тож другий Вітер налітає,&lt;br /&gt;</w:t>
        <w:br/>
        <w:t>Людям хати перекидає,&lt;br /&gt;</w:t>
        <w:br/>
        <w:t>Гірко так насміхає:&lt;br /&gt;</w:t>
        <w:br/>
        <w:t>"Це вас, — каже, — люде, весна та воля вітає".</w:t>
      </w:r>
    </w:p>
    <w:p>
      <w:r>
        <w:br/>
        <w:t>Тоді теє люде зачували,&lt;br /&gt;</w:t>
        <w:br/>
        <w:t>Одне д&amp;acute;одного словами промовляли:&lt;br /&gt;</w:t>
        <w:br/>
        <w:t>"Як отака весна, як отака воля —&lt;br /&gt;</w:t>
        <w:br/>
        <w:t>Проклята ж наша доля!"</w:t>
      </w:r>
    </w:p>
    <w:p>
      <w:r>
        <w:br/>
        <w:t>На ранній весні-провесні,&lt;br /&gt;</w:t>
        <w:br/>
        <w:t>Гей, на світанню гук.</w:t>
      </w:r>
    </w:p>
    <w:p>
      <w:r>
        <w:br/>
        <w:t>Що третій Вітер молодий —&lt;br /&gt;</w:t>
        <w:br/>
        <w:t>Ласкавий Легіт-Теплокрил —&lt;br /&gt;</w:t>
        <w:br/>
        <w:t>Та так собі подумав, так помислив:&lt;br /&gt;</w:t>
        <w:br/>
        <w:t>"А спасибі Богові, що Сонечко на весну повернуло,&lt;br /&gt;</w:t>
        <w:br/>
        <w:t>А то б земля була навік схолонула, заснула".&lt;br /&gt;</w:t>
        <w:br/>
        <w:t>Тож третій вітер летить, співає,&lt;br /&gt;</w:t>
        <w:br/>
        <w:t>До всіх із ласкою та по-рідному промовляє,&lt;br /&gt;</w:t>
        <w:br/>
        <w:t>Жодного села, хатинки не минає,&lt;br /&gt;</w:t>
        <w:br/>
        <w:t>У драну шибку ще й пучками поторохкає-пограє:&lt;br /&gt;</w:t>
        <w:br/>
        <w:t>"А вставайте,— каже,— люде. Сонце вам усміхається,&lt;br /&gt;</w:t>
        <w:br/>
        <w:t>Вашого плуга земля дожидається".</w:t>
      </w:r>
    </w:p>
    <w:p>
      <w:r>
        <w:br/>
        <w:t>Отоді теє всі люди зачували,&lt;br /&gt;</w:t>
        <w:br/>
        <w:t>Із хат з піснями вихождали,&lt;br /&gt;</w:t>
        <w:br/>
        <w:t>З великої радості святую землю цілували —&lt;br /&gt;</w:t>
        <w:br/>
        <w:t>Господа Милосердного прославляли!</w:t>
      </w:r>
    </w:p>
    <w:p>
      <w:r>
        <w:br/>
        <w:t>На ранній весні-провесні,&lt;br /&gt;</w:t>
        <w:br/>
        <w:t>Гей, на світанню гук.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Дума про трьох вітрів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