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Дурниця</w:t>
      </w:r>
    </w:p>
    <w:p>
      <w:r>
        <w:br/>
        <w:t xml:space="preserve"> &lt;p&gt;* * *</w:t>
      </w:r>
    </w:p>
    <w:p>
      <w:r>
        <w:br/>
        <w:t>Нездужалось. Цілісінький день мене і терло, і м'яло, і ходити не давало. Я більшу частину дня пролежав, думаючи про те, як то сьогодні в нашій окрузі відбудуться вибори від земельних власників. Чия-то, мовляв, візьме гору: чи "праві" осилять "лівих", чи "ліві" подужають "правих"?</w:t>
      </w:r>
    </w:p>
    <w:p>
      <w:r>
        <w:br/>
        <w:t>Становий, що, спасибі йому, ніколи не минає моєї хати, як їде через село, де я живу, — учора теж незнарошне завітав до мене і хвалився, що він добрячого підвіз возка отим "лівшукам", щоб не дуже зазнавалися та вгору носа драли.</w:t>
      </w:r>
    </w:p>
    <w:p>
      <w:r>
        <w:br/>
        <w:t>— Підвезли, кажете, возка? — перепитав я його.</w:t>
      </w:r>
    </w:p>
    <w:p>
      <w:r>
        <w:br/>
        <w:t>— Та ще й якого! — гучно викрикнув він. — Заплішив у саме тім'я такого кола — ого-го-о-о! — додав він, моргнувши злукава оком.</w:t>
      </w:r>
    </w:p>
    <w:p>
      <w:r>
        <w:br/>
        <w:t>— А можна довідатися, якого саме? — попитався я.</w:t>
      </w:r>
    </w:p>
    <w:p>
      <w:r>
        <w:br/>
        <w:t>Становий трохи промовчав, потім духом вимчав цілу склянку міцного та солодкого чаю з ромом, що завжди любив його уживати, і, зажмуривши очі, покрутив головою.</w:t>
      </w:r>
    </w:p>
    <w:p>
      <w:r>
        <w:br/>
        <w:t>— До якого часу не скажу, — відмовив він нешвидко, усміхнувшись, — самі потім дізнаєтесь!</w:t>
      </w:r>
    </w:p>
    <w:p>
      <w:r>
        <w:br/>
        <w:t>Пам'ятаючи, що "всяка власть від бога" і завжди спочуваючи цьому заповіту з святого письма, я, звісно, не посмів допитуватися пана станового про того кола, якого він заплішив лівшакам у саме тім'я. Я тілько прохав його ще випити одну склянку чаю, бо надворі було холодно, а йому треба їхати.</w:t>
      </w:r>
    </w:p>
    <w:p>
      <w:r>
        <w:br/>
        <w:t>— Ні, спасибі. Я чаю більше не хочу, — відказав він, — шкода таке добро марно витрачати! Якби не їхати, випив би ще, а то на морозі — воно так задарма і піде собі, буцім і не пив. А ви, — додав він мені, — оце пляшечку приховайте до якого часу. Як можна буде у вас і заночувати, тоді ми довідаємося, де в неї денце! А на сьогодні — буде, бо треба зараз у дорогу збиратися.</w:t>
      </w:r>
    </w:p>
    <w:p>
      <w:r>
        <w:br/>
        <w:t>— Та чого ж, — питаю, — так швидко? І не перегрілися як треба та й у дорогу?</w:t>
      </w:r>
    </w:p>
    <w:p>
      <w:r>
        <w:br/>
        <w:t>— Ніколи... От по сю! — відказав він, черкнувши пальцем по горлянці.</w:t>
      </w:r>
    </w:p>
    <w:p>
      <w:r>
        <w:br/>
        <w:t>— А вже, — кажу йому, — у вас і служба! Та ще під такий скрутний час, як тепереньки.</w:t>
      </w:r>
    </w:p>
    <w:p>
      <w:r>
        <w:br/>
        <w:t>— Прямо тобі — дихати не дає! — відказав гучно становий і, схопившись, почав збиратись у дорогу.</w:t>
      </w:r>
    </w:p>
    <w:p>
      <w:r>
        <w:br/>
        <w:t>— Що ж, і ви завтра на вибори лаштуєтесь? — спитав він, надягаючи кожуха.</w:t>
      </w:r>
    </w:p>
    <w:p>
      <w:r>
        <w:br/>
        <w:t>— Та думка, — кажу йому, — як усе благополучно буде.</w:t>
      </w:r>
    </w:p>
    <w:p>
      <w:r>
        <w:br/>
        <w:t>— Їдьте, — відказує становий. — Там буде і Пищимуха. А вже він буде, то без потіхи не обійдеться. Певно, яким-небудь новим "утвором" людей напотішить.</w:t>
      </w:r>
    </w:p>
    <w:p>
      <w:r>
        <w:br/>
        <w:t>— Та він, — кажу, — на це вдатний.</w:t>
      </w:r>
    </w:p>
    <w:p>
      <w:r>
        <w:br/>
        <w:t>— Та ще який вдатний! — скрикнув становий. — Прямо тобі як та сластьонниця сластьони пече, так він свої утвори вивертає... Так і сипле, так і сипле ними, наче те зерно на кіш! Та все віршами, а не як-небудь. Пам'ятаєте його:</w:t>
      </w:r>
    </w:p>
    <w:p>
      <w:r>
        <w:br/>
        <w:t>У лузі соловейко</w:t>
      </w:r>
    </w:p>
    <w:p>
      <w:r>
        <w:br/>
        <w:t>Співав голосненько,</w:t>
      </w:r>
    </w:p>
    <w:p>
      <w:r>
        <w:br/>
        <w:t>А зозуля на дубі кувала,</w:t>
      </w:r>
    </w:p>
    <w:p>
      <w:r>
        <w:br/>
        <w:t>Літа віщувала!</w:t>
      </w:r>
    </w:p>
    <w:p>
      <w:r>
        <w:br/>
        <w:t>— Пам'ятаю, — кажу. — Як же не пам'ятати? Се ж було у отця Федора, тоді саме, як справляв він обід з радощів, що розігнали першу думу!</w:t>
      </w:r>
    </w:p>
    <w:p>
      <w:r>
        <w:br/>
        <w:t>— Ото-то-то! Тоді саме! Тепер він з новим утвором носиться: позов складає.</w:t>
      </w:r>
    </w:p>
    <w:p>
      <w:r>
        <w:br/>
        <w:t>— Позов? Який позов? — зацікавився я.</w:t>
      </w:r>
    </w:p>
    <w:p>
      <w:r>
        <w:br/>
        <w:t>— От ви його і приятель, та нічого не знаєте; а він мене за свого ворога має, а я все знаю, — похвалився становий.</w:t>
      </w:r>
    </w:p>
    <w:p>
      <w:r>
        <w:br/>
        <w:t>— На те ж ви, — кажу, — і пан становий, щоб усе знати. На те і приставлені, щоб відати, хто що думає. Бо якби такої власті не було, то хіба б же ми спали спокійно?</w:t>
      </w:r>
    </w:p>
    <w:p>
      <w:r>
        <w:br/>
        <w:t>— Глузуйте! — відказав він. — А я вам по правді скажу, бо я з нею ні перед ким не таюся, не то що перед справником, а й перед самим губернатором!.. То от я вам і скажу: що й ви, добродію... теє-то, як його, — як казав виборний у "Наталці Полтавці".</w:t>
      </w:r>
    </w:p>
    <w:p>
      <w:r>
        <w:br/>
        <w:t>У мене в душі чогось похолонуло.</w:t>
      </w:r>
    </w:p>
    <w:p>
      <w:r>
        <w:br/>
        <w:t>— Як-то, — питаю, — теє-то, як його?</w:t>
      </w:r>
    </w:p>
    <w:p>
      <w:r>
        <w:br/>
        <w:t>— З ґедзиком!.. З душком — значить! — скрикнув зовсім уже одітий становий і, це кажучи, відкопилив губи та, приложивши два пальці до носа, як потягне в себе духу!.. — Пахне, значить... вільним повітрям пахтить... От що я вам скажу!</w:t>
      </w:r>
    </w:p>
    <w:p>
      <w:r>
        <w:br/>
        <w:t>— Від мене?.. Вільним повітрям? — ледве повертаючи язика в роті, вимовив я.</w:t>
      </w:r>
    </w:p>
    <w:p>
      <w:r>
        <w:br/>
        <w:t>— Еге-с... від вас, — усміхаючись, каже становий. — Скажіть мені по правді, от як я перед вами по правді кажу, навіщо ви мене другу склянку чайку випити присоглашали? Ану, скажіть?</w:t>
      </w:r>
    </w:p>
    <w:p>
      <w:r>
        <w:br/>
        <w:t>— Та як же доброго чоловіка в холод із хати випускати, не обігрівши як слід його? — відказую йому.</w:t>
      </w:r>
    </w:p>
    <w:p>
      <w:r>
        <w:br/>
        <w:t>— Толкуйте про вільховий корінь, а дубовий — товщий! — відказав мені становий своєю улюбленою приказкою та, нахилившись до мого уха, стиха зашептав: — Бажалося довідатися, якого я кола заплішив? Думка: вихилить становий другу склянку, шибоне вона йому в голову — і почне він клепати язиком, наче паламар той у дзвона? Ну, так я вам скажу: не на того наскочили! Становий — не дурень удався! Зразу помітив, куди воно стриже і... ухилився. От як хотілося і другу випити! бо ромок у вас... Хіба у самого маршала такого другого доведеться пити... Ви його, пане хазяїне, приховайте. Ми його другим разом укутаємо і то так, щоб і мундира скинути... бо в мундирі, бачите, тісно... а то... щоб вільно було... на просторі. Адже ж ви поважаєте тую волю? Та хто її тілько не поважає, хто не любить?! — весело граючи очима, торохтів пан становий, та це кажучи, кинувся до мене, міцно обняв, дзвінко поцілував та, як та дзиґа, крутнувшись, — зразу зник за дверима.</w:t>
      </w:r>
    </w:p>
    <w:p>
      <w:r>
        <w:br/>
        <w:t>Як я, опам'ятавшись, вискочив був на рундук, щоб провести дорогого гостя, то він уже — аж сани гарчали по глибокому снігу — прудко мчався з двору.</w:t>
      </w:r>
    </w:p>
    <w:p>
      <w:r>
        <w:br/>
        <w:t>* * *</w:t>
      </w:r>
    </w:p>
    <w:p>
      <w:r>
        <w:br/>
        <w:t>Вернувся я в хату, як там кажуть: ні в сих, ні в тих. Все оте так скоїлося несподівано, так мене здивувало!</w:t>
      </w:r>
    </w:p>
    <w:p>
      <w:r>
        <w:br/>
        <w:t>"Щось то воно неабияке! — думав я. — 3 одного боку — становий, як мій давній приятель, поводився зо мною, як і слід поводитись приятелеві, а з другого — чогось він лукаво натякав про ґедзика та про вільне повітря. А наостанку ще й поцілунка вліпив!.."</w:t>
      </w:r>
    </w:p>
    <w:p>
      <w:r>
        <w:br/>
        <w:t>Найбільше всього непутив мене отой поцілунок... І пригадалося мені святе письмо... як Юда цілував Христа, видаючи його ворогам... Чи не хоче, бува, і становий мене отак видати?.. За віщо ж?.. Здається, і вини за моєю душею ніякої немає. Живу я собі на селі тихо, ні до кого не чіпляюся, і мене ніхто не займає; не ходжу у волость довідуватись, де що сталося, хто кому яку шкоду заподіяв або зле учинив, от, як плещуть, у нашого отця Федора курей покрав... Не тичу свого носа на волосні або сільські сходи, де миряни радяться про свої громадські: діла. Чого я на них буду ходити? Воно хоч і цікаво послухати, як розумні голови керують отими справами, цікаво, але під теперішній неспокійний час і небезпечно... Ще скажуть: ходжу, щоб громаду проти стражника обурювати. У їх, либонь, з стражником нема згоди: стражникові бажається, щоб прості люди його за начальство приймали, щоб, зустрівшись, шапку здіймали, надобридень казали; а вони — сказано, темна-темнота! — не вдаряють на те. Хто смирніший, то ще як здалека його побачить — у чужий двір вскочить, чи назад поверне, або боковою улицею обійде, щоб тілько не стріватися з ним; а хто смілий, то пройде повз нього боком або спиною повернувшись, щоб не дивитись... А як наша знахарка — баба Горпиниха, що й уроки виливає, бешиху шепче і пропасницю вичитує, — то ся, як тілько стражника побачить, зараз почне хреститись, неначе зачує в церкві дзвона... хреститься та причитує: "Господи, відверни!". А як пожене, то повернеться, та аж тричі на слід плюне, та ще й ногою розітре, приказуючи: "Згинь, зникни, сатано!.." Чого в них ота незгода, та ненависть? Я так і не довідався. Чув якось раз, як суперечилася стражникова жінка з простими жінками — її сусідками. Стражничиха доводила їм, що то чоловіка задля того поставлено, щоб, поміж людьми вештаючись, їх думки вивідував та всякі лиходійні заміри дізнавав, і через це вони повинні його шанувати. А їй сусідки відповідали: у нас один тілько є такий, що знає думки кожного, — господь на небі! Отже і він, святий, дав волю чоловікові, що хоче, робити, а там уже — на тім світі — кожен буде за свої вчинки розплачуватись. А ти, — кажуть стражничисі, — свого чоловіка он до кого рівняєш? То ж таки бог, а твій чоловік — панський підглядач, та й більш нічого!.. Хорт, що ним пани хотять нас, наче зайців тих, полювати!.. Он хто такий твій чоловік! — вигукували сусідки. — Я як зачув оте змагання, то у мене аж мороз поза спиною посипав, і — дай боже ноги! — мерщій хильки та хильки від того місця, де дурні жінки отаке плескали, і таки непримітно зник. Та нікому про те, що отам довелося чути, і не хвалився, навіть самому приятелеві моєму — панові становому не сказав... "Хіба, може, оце він довідався, що я чув, та йому не похвалився, та оце і ремствує на мене? — думалося мені. — Відкіля ж він зміг довідатися про се? Відкіля довідався?!. А відкіль він довідався про мій замір підпоїти його та вивідати правди про отого кола, що він комусь заплішив? Я ж йому не казав про свою думку, а він зразу дізнався!.. Ні, що не кажи, а, мабуть, стражничиха правду казала, що всі станові, урядники, стражники на те й призначені, щоб людські думки вивідувати... І кепсько ж вони з оцим ділом справляються! Скілько-то люду через їх вивідування пішло на казенні хліби, а дехто попхався аж туди, де Макар телят пасе!"</w:t>
      </w:r>
    </w:p>
    <w:p>
      <w:r>
        <w:br/>
        <w:t>Отакі думки цілий той день мою голову клопотали. Ніяк я їх не здихаюсь, та й годі! Уже я і по хазяйству ходив наглядати, чи злаштував Омелько як слід сани, щоб завтра на вибори їхати, чи насипав коневі вівса і наложив як слід сіна, щоб був нагодований і не пристав, бува, в дорозі, бо п'ятнадцять верстов треба до виборів чухрати. Допитувався і в Параски, чи здоїла корову та птицю нагодувала?.. Поки ото клопочуся надворі, то ще й нічого, — а як тілько вернуся в хату — знову мене думки обляжуть! Одна в голові колом стримить; друга — у душу холодом віє; третя, неначе гадина та, у саме серце упнеться, — ссе його, щипає... Нема мені спокою, не вдію з думками нічого! Розпустилися так, що не приберу способу, як їх докупи позбирати та над ними гору взяти. Гуляють собі по волі, неначе той вітер по степу.</w:t>
      </w:r>
    </w:p>
    <w:p>
      <w:r>
        <w:br/>
        <w:t>І подумав я: от що воно значить — дати волю! Недаром приятель мій — пан становий — так ненавидить її. "Нема, — каже, — гіршого лиха над неї на всім світі. Вона всю душу так вимотає, що чоловік робиться ні на що здатний. Вона, — доводить, — все одно, що дикий кінь... як не об'їздиш його та не загнуздаєш добре, то не поїдеш; та й то ще на короткій вожжині треба держати дужою рукою... Отоді уже й добре буде. А як тілько попустиш, то добра не жди!"</w:t>
      </w:r>
    </w:p>
    <w:p>
      <w:r>
        <w:br/>
        <w:t>Насилу я діждався вечора, та мерщій звелів слати і ліг спати, щоб хоч сном свої думки перемогти. Отже все те була даремна праця! Як погасив я світло та облягла мене кругом темнота, то мої думки, неначе роздрочені бджоли, так роєм і загули кругом мене. Одна за одною летять, одна одну переганяє: то зіб'ються в купу, наче кім'ях, то розлетяться на всі боки та й грають передо мною такого веремія, що мене аж острах бере, — чи не збожеволів, бува, я? чи не напосіла на мене ота пропасниця, що голову приском пече, а по тілу морозом сипле, аж зуби цокотять?..</w:t>
      </w:r>
    </w:p>
    <w:p>
      <w:r>
        <w:br/>
        <w:t>Знемігся я, зовсім занепав. Хочу лоба перехрестити, — думка: хоч хрест святий допоможе, — руки вгору не здійму; хочу молитву прочитати, а з уст зривається не святе слово, а прокльони та докори на всіх отих вивідувателів думок людських, що через їх немає спокою і уміркованій людині!.. Уже треті півні проспівали, за стіною в кухні почали мої вірні слуги рушати, як я таки якось зімкнув очі, забувся й заснув.</w:t>
      </w:r>
    </w:p>
    <w:p>
      <w:r>
        <w:br/>
        <w:t>* * *</w:t>
      </w:r>
    </w:p>
    <w:p>
      <w:r>
        <w:br/>
        <w:t>Прокинувся, а сонце геть уже підбилося, заглядає через вікно до мене в хату, ясними плямами плазає по долівці. Лупнув я очима, аж Омелько заглядає до мене в хату.</w:t>
      </w:r>
    </w:p>
    <w:p>
      <w:r>
        <w:br/>
        <w:t>— Що тобі? — питаю його.</w:t>
      </w:r>
    </w:p>
    <w:p>
      <w:r>
        <w:br/>
        <w:t>— Та казали ж лагодитись їхати сьогодні, — одказав він.</w:t>
      </w:r>
    </w:p>
    <w:p>
      <w:r>
        <w:br/>
        <w:t>— Їхати? Куди їхати? — здивувався я, не пригадуючи спросоння, куди ж це я загадував їхати.</w:t>
      </w:r>
    </w:p>
    <w:p>
      <w:r>
        <w:br/>
        <w:t>— Та на вибори, чи що! — доводить Омелько.</w:t>
      </w:r>
    </w:p>
    <w:p>
      <w:r>
        <w:br/>
        <w:t>Наче хто обухом ударив мене по тім'ю! "От тобі й раз! — думаю. — Мав був чуть світ виїхати, щоб якраз у пору добутись, а тепер уже он де сонце стоїть... Куди ж я поспіну?"</w:t>
      </w:r>
    </w:p>
    <w:p>
      <w:r>
        <w:br/>
        <w:t>Досада мене така взяла! А, звісно, як досада найде на господаря, то на кому ж її зірвати, як тілько не на своїх близьких тобі людей? Якби в мене жінка була, то, певно, я їй би почав "отче-наш" вичитувати, що не збудила; а як у мене жінки зроду не було, то, звісно, на кого ж більше ремствувати, як не на першого, хто піймався тобі на очі?</w:t>
      </w:r>
    </w:p>
    <w:p>
      <w:r>
        <w:br/>
        <w:t>Я ото й почав Омелькові вичитувати: — І як тобі не гріх, і як тобі не соромно у свій час не ввійти та не розбудити мене? Мабуть, і сам качався на лігву, аж поки сонце не вигріло! Мій хліб їси, з мене плату береш, а діла не хочеш робити! — докоряю його.</w:t>
      </w:r>
    </w:p>
    <w:p>
      <w:r>
        <w:br/>
        <w:t>Омелько мій з доброго дива аж очі вирячив.</w:t>
      </w:r>
    </w:p>
    <w:p>
      <w:r>
        <w:br/>
        <w:t>— Та я ж, — каже, — скілько разів і сам довідувався, і Параску засилав. Разом гукали на вас: "Пане! пора вставати!". А ви хоч би собі усом повели, Параска, насмілившись, тихенько підійшла до вас та ухо аж до рота наставила, довідатись — чи дишете. Бо так ви лежали, немов — хай бог боронить! — мертві. Очі закриті, обличчя бліде-бліде і руки на грудях схрестили. "Оце, — думаю, — так! Ну що, як справді смерть прийшла? А я ж за півроку плати не брав... Хто ж мені тепер заплатить?" Не повірите — від жалю аж серце зів'яло! Раз — що добрий пан був, а друге — і свого жалко. Та вже Параска втішила. "Ні, — каже, — дише. Ледве чутно, а дише". — То ти б, — кажу їй — може б, за руку потримала, може б, ви прокинулись". — "Шкода, — відказує, — будити. Я, — каже, — чула, як вони цілу ніченьку бухикали та одпльовувались. Певно, не спалось, то хай хоч тепер посплять..." — От ви й розсудіть, чим же я винуватий? — додав Омелько.</w:t>
      </w:r>
    </w:p>
    <w:p>
      <w:r>
        <w:br/>
        <w:t>Розжалобила мене ота річ його. Шкода мені стало, що я його своїми докорами так ні за що образив. А проте, щоб не давати йому сього помітити, — думка: не буде слухатись, — мов спересердя буркнув:</w:t>
      </w:r>
    </w:p>
    <w:p>
      <w:r>
        <w:br/>
        <w:t>— Клич сюди Параску, а сам іди лагодитись!</w:t>
      </w:r>
    </w:p>
    <w:p>
      <w:r>
        <w:br/>
        <w:t>— Тобто запрягати? — спитав Омелько, становлячись до мене боком.</w:t>
      </w:r>
    </w:p>
    <w:p>
      <w:r>
        <w:br/>
        <w:t>— Тоді будеш запрягати, як скажу! А тепер мерщій клич сюди Параску, а в самого — щоб усе готове було, — відказав йому.</w:t>
      </w:r>
    </w:p>
    <w:p>
      <w:r>
        <w:br/>
        <w:t>— Та в мене ще звечора все готово, а запрягти — не забарюся... тілько гукніть! — бубонів Омелько, виходячи з хати.</w:t>
      </w:r>
    </w:p>
    <w:p>
      <w:r>
        <w:br/>
        <w:t>Пішов Омелько, а я почав зводитися з ліжка. Зразу наче і бадьоро скочив, та тілько що ноги спустив додолу, — аж мене в поперек — шпиг! Руки і ноги затрусились, у голову шибонуло, туман наче знявсь перед очима... "От тобі й раз! — думаю. — Як же оце в дорогу зриватися?"</w:t>
      </w:r>
    </w:p>
    <w:p>
      <w:r>
        <w:br/>
        <w:t>Проте все-таки звівсь, ноги в повстяники всучив, надибав свого на хутрі з шльонками халата, нарядився в нього, підперезався й пішов умиватись. Думка: умиюся холодною водою, розітруся, розімнуся, то воно, може, й пройде... може, таки й поїду.</w:t>
      </w:r>
    </w:p>
    <w:p>
      <w:r>
        <w:br/>
        <w:t>Почав умиватися. Отже вода не тілько не бадьорить мене, як бувало раніше, а здається якоюсь неприємною, — руки від неї клякнуть, морозом по тілу дере. Не потураю я на те, та все зливаю її і на голову, і на шию, натираю груди. Не бере мене тепло, а все — морозом сипле! "Погано", — думаю. Кинув хлюпостатись, та ну мерщій витиратись. Як я не шарував себе дебелим утиральником — нічого не враю, — нема тепла, аж зубами почав цокотати; у спину і в боки коле, дух запирає! — Сяк-так витерся я — та мерщій знову у свій халат, та й почовгав у одпочивальню. А там Параска вже постелю перестилає.</w:t>
      </w:r>
    </w:p>
    <w:p>
      <w:r>
        <w:br/>
        <w:t>— Залиши, — кажу їй, — коцем застилати. Мабуть, я знову ляжу, бо щось мені нездужається.</w:t>
      </w:r>
    </w:p>
    <w:p>
      <w:r>
        <w:br/>
        <w:t>Параска, перебиваючи подушки, на мене через плече зиркнула та мерщій і почала їх складати: спідню — пряменько положила, верхню — навскосяк угору підвела, до бильця притулила, а саму невеличку, наче пампушку ту, одним махом руки якоюсь круглою зробила і на самий поверх кинула. Потім коц ухопила, сюди-туди труснула і покрила ним зразу всю постелю, ще й один бік загорнула, щоб зручно було за нього взятися та одвернути, як під коц залізти.</w:t>
      </w:r>
    </w:p>
    <w:p>
      <w:r>
        <w:br/>
        <w:t>— Лягайте, — каже, — готово!</w:t>
      </w:r>
    </w:p>
    <w:p>
      <w:r>
        <w:br/>
        <w:t>"І що за проворна оця Параска", — подумав я, сідаючи на ліжко. Скинув повстяники з ніг та так, не роздягаючися, з халатом і ліг. А вона — тілько хвіть! — уже й коцем прикрила. Метка, як та муха!.. Ліг я, а зуби цокотять.</w:t>
      </w:r>
    </w:p>
    <w:p>
      <w:r>
        <w:br/>
        <w:t>— Слухай, — кажу, — Параско. Завари, будь ласка, чаю та подай сюди гаряченького. Може, я хоч чаєм нагріюся; щось-то погано почувається.</w:t>
      </w:r>
    </w:p>
    <w:p>
      <w:r>
        <w:br/>
        <w:t>— Ото було б за отим пикатим ніччю роздітому і без шапки аж надвір вискакувати! — буркнула вона та мерщій і побігла до їдальні.</w:t>
      </w:r>
    </w:p>
    <w:p>
      <w:r>
        <w:br/>
        <w:t>Чую — посудом цокотить, воду з самовара наточує, бовтає нею, хлюпається. Чай ото заварює. Проворна вдалася, що й казати. А куховарка з неї добра: борщу як наварить, то не їж, а прямо навхильці пий, — такий смачний та добрий... І коло корови уміє ходити, наче справжня ричка... І вишиває, і панчохи плете... Золоті руки, та й годі! До цього всього — чепурна, весела, балакуча. Глянеш на неї — щаслива, та й годі! А проте бог щасливою долею задля неї поскупився; одної осені заміж пішла за гарного парубка, що з москалів повернувся. Думка була увесь вік з ним прожити: а тут, на її лихо, війна з японцем розпочалася. Узяли її Федора та як погнали, то аж уже третій рік ні слуху, ні духу! З дороги ще таки писав, як було далеко та погано їхати. А як добувся до місця, то з того часу ні одна звістка до неї не доходила. Чи він занедужав та вмер; чи на війні свою голову положив; чи у полон піймався, — так вона й досі нічого не знає. Другі хоч каліками повертались, про декого звістка прийшла, що вбито, а її — наче у воду впав... Зосталась вона — ні жінка, ні дівка! Спершу плакала, журилася... Та що плачем та журбою поможеш? Пожила півроку у свекра та свекрухи, та й знову у найми пішла, де й виростала, бо батько та мати, ще як малою була, померли; рідна хата, як водиться, старшому братові зосталася, а їй довелося по чужих людях служити. З отих наймів і заміж ішла до чоловіка у прийми. Старі відбивали його, щоб не женився на наймичці, а взяв собі хазяйську дочку, щоб і за нею було що-небудь. Ну, а за Параскою нічого того не було, тілько брови чорні, руки моторні та вдача весела. Звісно, що старим усе оте не дуже було до вподоби. Свекруха світила очима на невістку ще й тоді, як чоловік був дома; а як його у військо взяли, то докорам і кінця-краю не було. І чого за чоловіком плачеш та діла не робиш? Або, чи вона з журби заспіває, то чого пісні заводиш, — отак по чоловікові журишся?.. Терпіла вона, терпіла та, щоб не змагатися, знову у найми пішла. Осе вже другий рік у мене слугує і — спасибі їй — і слухняна, і робоча, і порядку держиться.</w:t>
      </w:r>
    </w:p>
    <w:p>
      <w:r>
        <w:br/>
        <w:t>Все осе якось мимоволі пробігло у моїх думках, як лежав я, заплющивши очі і дожидаючи, поки Параска чай зготує. Аж ось чую — шамотить босими ногами і стиха цокоче склянкою на блюдці...</w:t>
      </w:r>
    </w:p>
    <w:p>
      <w:r>
        <w:br/>
        <w:t>— Осе вам і чай готовий. Пийте, поки гарячий, — мовила вона, становлячи склянку чаю на невеличкий столик, що завжди стояв біля моєї постелі.</w:t>
      </w:r>
    </w:p>
    <w:p>
      <w:r>
        <w:br/>
        <w:t>Потяг я мерщій той чай до себе, та, поставивши на груди склянку з блюдцем, заходився біля його. Гарно мені, що він і в руки гріє, і тепло всередину вливає, і бадьорить мене, неначе сили наддає. Сьорбаю я його з такою жадобою, що аж відляски по хаті розходяться, аж Параска, витираючи чистенькою ганчіркою пилюгу з стола та стільців, усміхається.</w:t>
      </w:r>
    </w:p>
    <w:p>
      <w:r>
        <w:br/>
        <w:t>— Чого ти, — питаю, — регочеш? Дивуєшся, що я так до чаю допався?</w:t>
      </w:r>
    </w:p>
    <w:p>
      <w:r>
        <w:br/>
        <w:t>— Пийте, пийте на здоров'я! — заторохтіла вона. — Доп'єте сього, я ще наллю. А то — он, як пуп, посиніли, так змерзли.</w:t>
      </w:r>
    </w:p>
    <w:p>
      <w:r>
        <w:br/>
        <w:t>— Та се ж і гріюся, бо дрижаки таки добре пробрали! — відказую їй.</w:t>
      </w:r>
    </w:p>
    <w:p>
      <w:r>
        <w:br/>
        <w:t>— Ото нічого бігати за отим пикатим! — знову вона за своє.</w:t>
      </w:r>
    </w:p>
    <w:p>
      <w:r>
        <w:br/>
        <w:t>— Про якого ти пикатого удруге мені плещеш? — питаю я.</w:t>
      </w:r>
    </w:p>
    <w:p>
      <w:r>
        <w:br/>
        <w:t>— Та вже ж не про якого? Про того, що ви його взиваєте приятелем своїм... про станового! — відрубала Параска.</w:t>
      </w:r>
    </w:p>
    <w:p>
      <w:r>
        <w:br/>
        <w:t>— Чудна ти! — відказую їй. — Чоловік з дороги перегрітись забіг, — як же його не привітати? Спасибі, що хати не мина.</w:t>
      </w:r>
    </w:p>
    <w:p>
      <w:r>
        <w:br/>
        <w:t>— Ще б минав, як ви з ним отак носитесь та годите йому, неначе тій болячці!</w:t>
      </w:r>
    </w:p>
    <w:p>
      <w:r>
        <w:br/>
        <w:t>— На те воно, — повчаю її, — начальство, щоб біля його впадати та панькатись з ним. Задобри його, то й воно тобі колись у пригоді стане.</w:t>
      </w:r>
    </w:p>
    <w:p>
      <w:r>
        <w:br/>
        <w:t>Параска і головою замотала, і рукою махнула.</w:t>
      </w:r>
    </w:p>
    <w:p>
      <w:r>
        <w:br/>
        <w:t>— Дожидайтеся від його пригоди, як від Сірка ласки!</w:t>
      </w:r>
    </w:p>
    <w:p>
      <w:r>
        <w:br/>
        <w:t>— Дурна ти, — вилаявся я, — то дурне і плещеш!</w:t>
      </w:r>
    </w:p>
    <w:p>
      <w:r>
        <w:br/>
        <w:t>— Хай я і дурна, бо, може, така зроду вдалася. А проте серцем чую, що він на вас недобре замишляє... Через те і вчащає до вас! — відказала вона.</w:t>
      </w:r>
    </w:p>
    <w:p>
      <w:r>
        <w:br/>
        <w:t>— Що ж він проти мене замишляє? — дивуючись, попитав я її.</w:t>
      </w:r>
    </w:p>
    <w:p>
      <w:r>
        <w:br/>
        <w:t>— От, бачите, що ви й не знаєте; а я, — не бійсь, дурна, — та знаю! — з докором та згорда відказала вона.</w:t>
      </w:r>
    </w:p>
    <w:p>
      <w:r>
        <w:br/>
        <w:t>— Що там ти такого знаєш?.. Ну, кажи, — повернувся я до неї.</w:t>
      </w:r>
    </w:p>
    <w:p>
      <w:r>
        <w:br/>
        <w:t>Параска аж на середину хати вискочила, та, узявшись обома руками в боки і червоніючи на виду, наче та маківка, — запорощала:</w:t>
      </w:r>
    </w:p>
    <w:p>
      <w:r>
        <w:br/>
        <w:t>— А з якого добра-ума він отого стражника раз у раз до мене підсилає... та наказує, щоб помічала, хто у вас буває та про що ви з тим, хто буває, балакаєте... куди саме вчащаєте?.. — вичитує Параска, аж крешучи своїми карими очима та поводячи передо мною рукою.</w:t>
      </w:r>
    </w:p>
    <w:p>
      <w:r>
        <w:br/>
        <w:t>То я почав був трохи нагріватись, а то відразу мене така трясучка вхопила, що склянка об блюдце тілько — цок-цок-цок! — так ходором у моїх руках і заходила.</w:t>
      </w:r>
    </w:p>
    <w:p>
      <w:r>
        <w:br/>
        <w:t>— Та ти не брешеш, бува?.. — здивовано попитався я.</w:t>
      </w:r>
    </w:p>
    <w:p>
      <w:r>
        <w:br/>
        <w:t>— От хай мене осей хрест поб'є! — гукнула Параска і великим хрестом аж тричі перехрестилася, а потім знову взялася за свою роботу — мебель витирати.</w:t>
      </w:r>
    </w:p>
    <w:p>
      <w:r>
        <w:br/>
        <w:t>— Що ж то тобі стражник хвалився, що все ото йде від станового? — нешвидко попитався я.</w:t>
      </w:r>
    </w:p>
    <w:p>
      <w:r>
        <w:br/>
        <w:t>— Він не хвалився, та я й сама про се добре знаю, — відказала Параска.</w:t>
      </w:r>
    </w:p>
    <w:p>
      <w:r>
        <w:br/>
        <w:t>— Почім же ти знаєш? — спитав я.</w:t>
      </w:r>
    </w:p>
    <w:p>
      <w:r>
        <w:br/>
        <w:t>— Почім знаю? — перепитала Параска. — По всьому видко: стражник подарунки за те обіцяє... А де ж йому грошей узяти на ті подарунки? Звісно — у станового!.. Потім — ще обіцяє... Я б і сказала що, та не вмію назвати... дукач, значить, такий, що його на грудях носити.</w:t>
      </w:r>
    </w:p>
    <w:p>
      <w:r>
        <w:br/>
        <w:t>— Медаль, може? — підказав я.</w:t>
      </w:r>
    </w:p>
    <w:p>
      <w:r>
        <w:br/>
        <w:t>— Медаль, медаль, бодай він повісився на ній! — скрикнула Параска. — Як будеш, — каже, — як слід наглядати та про все мені доводити, то як запопадуть твого пана на злому вчинку... чи людей буде намовляти не слухатись, чи що інше замишлятиме, — то тобі, каже, начальство медаль дасть.</w:t>
      </w:r>
    </w:p>
    <w:p>
      <w:r>
        <w:br/>
        <w:t>— Бреше, — кажу їй сердито, — твій стражник, як та руда собака, а ти за ним!.. такого й закону немає, щоб медалі роздавали жінкам за такі вчинки... От що я тобі скажу! — додав з притиском я.</w:t>
      </w:r>
    </w:p>
    <w:p>
      <w:r>
        <w:br/>
        <w:t>— Може, він, — відказує спокійно Параска, — і бреше, а я — за що купила, за те й продаю!.. На мою думку, я все-таки береглася б отаких приятелів, як становий, — помовчавши, додала вона далі... — Що стражник, що становий — всі вони одного поля ягода, одним миром мазані!.. Всі вони одного добра зичать нам...</w:t>
      </w:r>
    </w:p>
    <w:p>
      <w:r>
        <w:br/>
        <w:t>Як почув я оте, то з нестямки аж перелякався.</w:t>
      </w:r>
    </w:p>
    <w:p>
      <w:r>
        <w:br/>
        <w:t>— Що ти, — питаю злякано, — сказала? Усі вони однакові? Усі одного добра зичать нам?!</w:t>
      </w:r>
    </w:p>
    <w:p>
      <w:r>
        <w:br/>
        <w:t>— Атож! — мов ні в чім, одказує Параска.</w:t>
      </w:r>
    </w:p>
    <w:p>
      <w:r>
        <w:br/>
        <w:t>— Та ти знаєш, нащо поліція заведена? — присікався я.</w:t>
      </w:r>
    </w:p>
    <w:p>
      <w:r>
        <w:br/>
        <w:t>— Знаю, — спокійно відказала Параска... — На те, щоб до всякого чіплятися, — додала.</w:t>
      </w:r>
    </w:p>
    <w:p>
      <w:r>
        <w:br/>
        <w:t>Так я і підскочив на постелі! Підвівся ото та й кажу їй:</w:t>
      </w:r>
    </w:p>
    <w:p>
      <w:r>
        <w:br/>
        <w:t>— Поліція, — кажу, — на те у кожнім царстві заведена, щоб від лиходіїв людей захищати... Щоб спокій добрих людей не порушав!.. Щоб вони тихо жили та безпечно спали!..</w:t>
      </w:r>
    </w:p>
    <w:p>
      <w:r>
        <w:br/>
        <w:t>— Про се самісіньке, — перебила мене Параска, — і стражничиха раз у раз про свого чоловіка каже. А я вам на се відкажу: поки у нас отого стражника в селі не було, то все добре було: і люди спокійно спали, і ніхто до їх не чіплявся. А тепер — немає нікому спокою від нього. На вулицю дівчата вийдуть поспівати, — розганяє; на досвітки парубки зберуться, — а він попідвіконню ходить та підслухує, що вони балакають проміж себе... А на того, хто йому шапки не скидає, то він так узлиться, що й по дворах ходить та присікується, — нащо з'їдів понакладав та гною понавертав? Прибери зараз, — каже, — а то составлю протокола. Хазяїн так відказує: як весна прийде, то все прибере: що на кізяк піде, а що на підмет вивезу. Так хоч і не кажи йому сього!.. Протокола напише, а земський штрапа накладає... Отак до всякого й чіпляється!.. От ви тепер і скажіть мені: чи на добро людям ота поліція, чи ні? — попитала вона мене.</w:t>
      </w:r>
    </w:p>
    <w:p>
      <w:r>
        <w:br/>
        <w:t>— Та що ти, — кажу їй, — отаке про поліцію плещеш? Що ж, по-твоєму, — зовсім її не треба?</w:t>
      </w:r>
    </w:p>
    <w:p>
      <w:r>
        <w:br/>
        <w:t>— А й не треба, — відказує Параска, — вона зовсім лишня! Є ж такі люди, що живуть без неї, та ще й як живуть?!</w:t>
      </w:r>
    </w:p>
    <w:p>
      <w:r>
        <w:br/>
        <w:t>— Та тобі, — кажу їй з серцем, — за оці слова й Сибіру мало!</w:t>
      </w:r>
    </w:p>
    <w:p>
      <w:r>
        <w:br/>
        <w:t>— А що ж, — одказує вона спокійно, — Сибір таке? Хіба й там люди не живуть?</w:t>
      </w:r>
    </w:p>
    <w:p>
      <w:r>
        <w:br/>
        <w:t>Прямісінько тобі мов одуріла молодиця! Щоб як-небудь навести її на те, що то дурниця, про що ото вона плеще, я почав їй далі казати.</w:t>
      </w:r>
    </w:p>
    <w:p>
      <w:r>
        <w:br/>
        <w:t>— Отже ти кажеш, що тобі й Сибіру не страшно? що й там люди живуть?</w:t>
      </w:r>
    </w:p>
    <w:p>
      <w:r>
        <w:br/>
        <w:t>— Та вже ж і там не без людей! — одно товче вона.</w:t>
      </w:r>
    </w:p>
    <w:p>
      <w:r>
        <w:br/>
        <w:t>— Люди то є, та тілько їх небагато, — кажу їй. — Та й то все чужі... не наші люди... іншої віри, іншої мови... А з наших — одні лиходії, що їх начальство від нас туди справляє, щоб нам отут покійніше жилося... А живуть вони як? Хіба вони живуть так, як ми отут живемо?.. От хоч би, приміром, візьми себе... Чого тобі треба? чого недістає?.. І їсти тобі є, і пити тобі є... Ще й плата тобі йде до того... Хіба тобі, — питаю, — погано у мене жити?</w:t>
      </w:r>
    </w:p>
    <w:p>
      <w:r>
        <w:br/>
        <w:t>— Чого, — відказує, — погано? На вас я нічим не жаліюся. Спасибі вам, ви, — каже, — добрий пан... Тілько й те сказати: якби я вам не робила, то чи ви держали б мене?</w:t>
      </w:r>
    </w:p>
    <w:p>
      <w:r>
        <w:br/>
        <w:t>Я з диву аж закашлявся; а вона підождала, поки я відкашляюсь, та й знову за своє:</w:t>
      </w:r>
    </w:p>
    <w:p>
      <w:r>
        <w:br/>
        <w:t>— Поки в мене руки дужі та сила служить, то я вам і потрібна. А якби, — не доведи господи! — я захворіла, або сили позбулася, то тоді під чужий тин іди.</w:t>
      </w:r>
    </w:p>
    <w:p>
      <w:r>
        <w:br/>
        <w:t>— А ти, — кажу, — заробітка не гайнуй та про чорний день відкладай.</w:t>
      </w:r>
    </w:p>
    <w:p>
      <w:r>
        <w:br/>
        <w:t>— Що той заробіток, — відказує вона. — Хіба з нього наскладаєшся? Як візьмеш у руки, то він так поміж пальцями і розійдеться!.. От ви, — каже, — осе гаразд розберіть та й вирішіть, чи справді нам, наймитам, добре живеться? Чи справді наша доля така, що ми дурнісінько на неї нарікаємо?</w:t>
      </w:r>
    </w:p>
    <w:p>
      <w:r>
        <w:br/>
        <w:t>Сими словами Параска ще більше мене здивувала. І хто їй про осе все наказав? Хто їй отакі думки в голову набив?.. Недаром приятель мій — пан становий, здіймаючи вгору свого здоровенного кулака, не раз мені казав, що тепер народ став — он який! І накриво йому нічого не кажи, бо ти йому слово, а він тобі — десятеро... Розумний дуже став! Тепер, — каже, — не те, що колись було.</w:t>
      </w:r>
    </w:p>
    <w:p>
      <w:r>
        <w:br/>
        <w:t>Щоб як-небудь перепинити оту розмову, що Параска зняла, я їй наказав, щоб вона налила мені ще склянку чаю та й геть собі йшла, бо ми з нею ні до чого доброго не договоримося.</w:t>
      </w:r>
    </w:p>
    <w:p>
      <w:r>
        <w:br/>
        <w:t>— І то правда, — усміхаючись, каже Параска, подаючи мені чай, — пора мені вже і до печі ставати, обід вам готувати. Дома ж будете обідати? Нікуди не поїдете?</w:t>
      </w:r>
    </w:p>
    <w:p>
      <w:r>
        <w:br/>
        <w:t>— Куди, — відказую їй, — мені їхати, як нездужається? Скажи Омелькові, що не поїду.</w:t>
      </w:r>
    </w:p>
    <w:p>
      <w:r>
        <w:br/>
        <w:t>Параска пішла, а я, п'ючи потроху чай, почав думати про те, що Параска отут наказала.</w:t>
      </w:r>
    </w:p>
    <w:p>
      <w:r>
        <w:br/>
        <w:t>Думки її про поліцію я відразу признав за нікчемні і не звернув на їх ніякої уваги; а то про долю наймитів — то се і мою голову заклопотало.</w:t>
      </w:r>
    </w:p>
    <w:p>
      <w:r>
        <w:br/>
        <w:t>"І справді, — думав я, — що чоловік заробив — то його вистача тілько на те, щоб сяк-так-прохарчитися та кінці докупи звести... Уділити ж з заробітку яку дещицю про чорний день — невистачить... Поки молодий та дужий, то воно якось і байдуже про се. А як старість прийде? неміч силу зопсує?.. що тоді?.. І скілько ж отакого люду є, та ще й прибуває щороку? Про се, справді, треба б комусь подумати та щось пригадати, бо щоб отак і надалі йшлося — не можна... Голодному, кажуть, і розбій не страшний. Недаром і Параска Сибіру не боїться і отаке чорти батька зна що плеще! Се таке, що треба про нього добре пометикувати... Як доведеться з приятелем моїм — паном становим — побачитись, перше всього запитаю його, як на його думку оце розв'язати? Він чоловік з головою та ще й "служебний опит" має".</w:t>
      </w:r>
    </w:p>
    <w:p>
      <w:r>
        <w:br/>
        <w:t>І ото, допивши чаю та поставивши склянку на стіл, я почав марити, як-то осього крутого вузлика, що лихе життя його зав'язало, добродій становий буде розв'язувати?</w:t>
      </w:r>
    </w:p>
    <w:p>
      <w:r>
        <w:br/>
        <w:t>І уявляється перед моїми зажмуреними очима пан становий з його завжди червоним обличчям та рішучим поглядом його жартівливо-лукавих очей.</w:t>
      </w:r>
    </w:p>
    <w:p>
      <w:r>
        <w:br/>
        <w:t>— Ану, що скажете, добродію, про се? — усміхаючись, питаю його.</w:t>
      </w:r>
    </w:p>
    <w:p>
      <w:r>
        <w:br/>
        <w:t>— А ви не знаєте, що се таке?.. і чим воно пахне?.. — спитав мене, похнюпившись, становий.</w:t>
      </w:r>
    </w:p>
    <w:p>
      <w:r>
        <w:br/>
        <w:t>— Чим же воно, — перепитую його, — пахне?</w:t>
      </w:r>
    </w:p>
    <w:p>
      <w:r>
        <w:br/>
        <w:t>Він на те нічого не відказав, тілько нехотя якось почав розстібувати мундира, пошарив під ним рукою і витяг із бокової кишені невеличку книжечку в чорній обгортці.</w:t>
      </w:r>
    </w:p>
    <w:p>
      <w:r>
        <w:br/>
        <w:t>— Гляньте сюди! — додав, указуючи пальцем на обгортку, де вгорі великими літерами було друковано: "Соціалізм".</w:t>
      </w:r>
    </w:p>
    <w:p>
      <w:r>
        <w:br/>
        <w:t>У мене аж мурав'ї забігали попід шкурою, як прочитав я оте слово.</w:t>
      </w:r>
    </w:p>
    <w:p>
      <w:r>
        <w:br/>
        <w:t>Він прикро-прикро глянув на мене.</w:t>
      </w:r>
    </w:p>
    <w:p>
      <w:r>
        <w:br/>
        <w:t>— Бачили? — суворо спитався.</w:t>
      </w:r>
    </w:p>
    <w:p>
      <w:r>
        <w:br/>
        <w:t>— Бачив, — ледве чутно одказав я.</w:t>
      </w:r>
    </w:p>
    <w:p>
      <w:r>
        <w:br/>
        <w:t>— Задля тих мудраків, що отаке пишуть або про се базікають, є у мене, щоб ви знали, добра схованка... Отака! — додав він і, заховавши книжечку в ту саму кишеню, звідки витяг, почав застьобувати мундира. — Раз заліз туди, зогниєш там, а не вискочиш!.. Не втручайся не в своє діло! Не клопочи начальства! — бубонів становий. Потім, усміхнувшись, повернувся до мене й каже:</w:t>
      </w:r>
    </w:p>
    <w:p>
      <w:r>
        <w:br/>
        <w:t>— А пo-приятельству до вас ось що я вам на ваше питання скажу: ви знаєте, що тепер панщини нема, що обов'язувала панів піклуватися про своїх людей? Не захотіли ж її... самі не захотіли... Волі, гукали, дай! А тепер знову кричать: свобода личності!.. Оце ж вам воля й свобода... Сам про себе дбай, сам про себе піклуйся! — знову забубонів становий, і від його гомону чогось мене почало гойдати — немов хвиля підхопила мене, колише і стиха несе кудись... Я так і незчувся, коли заснув.</w:t>
      </w:r>
    </w:p>
    <w:p>
      <w:r>
        <w:br/>
        <w:t>* * *</w:t>
      </w:r>
    </w:p>
    <w:p>
      <w:r>
        <w:br/>
        <w:t>Прокинувся, а сонце вже геть повернуло з півдня, котилося низом до спочинку. У хаті від його світла було якось червоно-червоно.</w:t>
      </w:r>
    </w:p>
    <w:p>
      <w:r>
        <w:br/>
        <w:t>— Осе так заснулось! — промовив я, почуваючи себе таким бадьорим та дужим, та й почав мерщій вставати. Коли тут і Параска нагодилася.</w:t>
      </w:r>
    </w:p>
    <w:p>
      <w:r>
        <w:br/>
        <w:t>— Уставайте вже, — каже, — обід давно перестоявся. Я вже не то в печі, а й у вас у хатах груби давно витопила; а ви все спите.</w:t>
      </w:r>
    </w:p>
    <w:p>
      <w:r>
        <w:br/>
        <w:t>Поки я умивався та прибирався, сонце зовсім почало сідати. Зокола на вікнах бігали його червоні зайчики, та крізь намерзлі шибки пробивалися в хату якимсь жовтуватим світлом, окриваючи ним тілько середню частину, а по кутках стояла вечірня темнота і блимала своїми сіронепрозорими очима.</w:t>
      </w:r>
    </w:p>
    <w:p>
      <w:r>
        <w:br/>
        <w:t>— Мабуть, таке, що світи світло та й давай обідати! — наказав я Парасці.</w:t>
      </w:r>
    </w:p>
    <w:p>
      <w:r>
        <w:br/>
        <w:t>Тілько що я сів за стіл та почав борщу в тарілку всипати, як Параска, ускочивши до мене, замовила:</w:t>
      </w:r>
    </w:p>
    <w:p>
      <w:r>
        <w:br/>
        <w:t>— А до нас гость прибув! — І шатнулась до шафи, щоб гостеві тарілок наготувати.</w:t>
      </w:r>
    </w:p>
    <w:p>
      <w:r>
        <w:br/>
        <w:t>— Який гость? — попитався я.</w:t>
      </w:r>
    </w:p>
    <w:p>
      <w:r>
        <w:br/>
        <w:t>— Отой самий, щоб вас добре вилаяти, — чую я у прихожій: гучний голос Пищимухи.</w:t>
      </w:r>
    </w:p>
    <w:p>
      <w:r>
        <w:br/>
        <w:t>— За те, мабуть, що на вибори не прибув? — догадуючись, питаюся і встаю стрічати гостя.</w:t>
      </w:r>
    </w:p>
    <w:p>
      <w:r>
        <w:br/>
        <w:t>— За те самісіньке, що ви людей тілько дурите!.. Злякалися свого приятеля-станового, чи що? — докоряє він мене, роздягаючись.</w:t>
      </w:r>
    </w:p>
    <w:p>
      <w:r>
        <w:br/>
        <w:t>— Чого мені його лякатись? Я ще вчора звечора наказав Омелькові, щоб усе готово до від'їзду було. А на ранок захворів.</w:t>
      </w:r>
    </w:p>
    <w:p>
      <w:r>
        <w:br/>
        <w:t>— Знаю я вас, як захворіли! Удаєте тілько з себе хворого, — каже Пищимуха, ледве просовуючись у двері.</w:t>
      </w:r>
    </w:p>
    <w:p>
      <w:r>
        <w:br/>
        <w:t>— Ви мені не вірите, то повірте стороннім людям. Он вам і Параска засвідчить, — одказую йому.</w:t>
      </w:r>
    </w:p>
    <w:p>
      <w:r>
        <w:br/>
        <w:t>А Параска так і запорощала:</w:t>
      </w:r>
    </w:p>
    <w:p>
      <w:r>
        <w:br/>
        <w:t>— От уже що правда, то правда!.. Цілу ніченьку тобі не спали: то стогнали, то бухикали...</w:t>
      </w:r>
    </w:p>
    <w:p>
      <w:r>
        <w:br/>
        <w:t>— Здався циган на свої діти! — неласкаве вимовив Пищимуха. — А ти не порощи! — сердито перебив він Параску. — Твоє діло кухня — то туди і йди!</w:t>
      </w:r>
    </w:p>
    <w:p>
      <w:r>
        <w:br/>
        <w:t>— Я ж задля вас посуд готовила, — усміхаючись, мовила Параска. — Певно, виголодалися, обідати будете.</w:t>
      </w:r>
    </w:p>
    <w:p>
      <w:r>
        <w:br/>
        <w:t>— І обідати не хочу... Я лаятись приїхав. Зло мене таке розбирає, що аж гавкати хочеться! — гучно бубонить Пищимуха, розмахуючи своїми довжелезними руками.</w:t>
      </w:r>
    </w:p>
    <w:p>
      <w:r>
        <w:br/>
        <w:t>Параска зареготалася... З усіх моїх знайомих найбільше уподобався їй Пищимуха. Чи, може, через те, що вона була куца, а він — саженного росту, з такими довгими усами, що кінці їх аж за уха закладай, і на його завжди суворім обличчі карі очі з-під настовбурчених брів грали якоюсь доброю усмішкою.</w:t>
      </w:r>
    </w:p>
    <w:p>
      <w:r>
        <w:br/>
        <w:t>— Осе чоловік, так чоловік! — хвалилась вона. — З ним і побалакаєш як слід, і натішить він тебе своєю розмовою!</w:t>
      </w:r>
    </w:p>
    <w:p>
      <w:r>
        <w:br/>
        <w:t>— Воно ж, мабуть, хто перший у хату ввіходить, то й здоровкається, — жартуючи, кажу йому і, подаючи руку, вітаю: — Здрастуйте!</w:t>
      </w:r>
    </w:p>
    <w:p>
      <w:r>
        <w:br/>
        <w:t>— Та вже нічого з вами робити — здрастуйте! — відказує він, простягаючи і мені свою, завбільшки з доброго накостеня, руку.</w:t>
      </w:r>
    </w:p>
    <w:p>
      <w:r>
        <w:br/>
        <w:t>Поздоровкались ми.</w:t>
      </w:r>
    </w:p>
    <w:p>
      <w:r>
        <w:br/>
        <w:t>— Ну, сідайте ж до столу. Будемо обідати та балакати, — кажу йому.</w:t>
      </w:r>
    </w:p>
    <w:p>
      <w:r>
        <w:br/>
        <w:t>— І сяду. Уже коли забився до вас, то треба і сісти, — каже він, опускаючись на стілець по другий бік столу, якраз напроти мене. — Та вже і гнів свій до вас на милість поверну — попоїм трохи, — додав, беручись за ложку і насипаючи собі борщу в тарілку.</w:t>
      </w:r>
    </w:p>
    <w:p>
      <w:r>
        <w:br/>
        <w:t>— О-о, бач! А казали, що обідати не хочу?! — усміхаючись, мовила до нього Параска.</w:t>
      </w:r>
    </w:p>
    <w:p>
      <w:r>
        <w:br/>
        <w:t>— А ти, сороко, не скрекочи... Киш на своє гніздо! — скрикнув він на неї, скоса блимнувши оком.</w:t>
      </w:r>
    </w:p>
    <w:p>
      <w:r>
        <w:br/>
        <w:t>— Та осе ж і побіжу, щоб тому, хто не хоче їсти, ще й печеного з свого гнізда принести, — жартівливо відказала вона і вискочила з хати.</w:t>
      </w:r>
    </w:p>
    <w:p>
      <w:r>
        <w:br/>
        <w:t>— Ну й де ви отаку пащекувату видрали? — повернувся він до мене, кутуляючи в роті чималий шматок хліба та запиваючи його борщем. — Якби в моїй хаті отака зозуля щодня кувала, то я, мабуть би, і не їв, і не спав та все її слухав! — жартує він, не перестаючи борщ сьорбати.</w:t>
      </w:r>
    </w:p>
    <w:p>
      <w:r>
        <w:br/>
        <w:t>— Та годі вам, — кажу йому, — на чужих зозуль очі дерти; краще скажіть, чи були ви на виборах?</w:t>
      </w:r>
    </w:p>
    <w:p>
      <w:r>
        <w:br/>
        <w:t>— Люблю бісове коріння, хоч воно й до гріха доводить... Недаром і Адам согрішив, — бормотав Пищимуха, а потім до мене повернувся:</w:t>
      </w:r>
    </w:p>
    <w:p>
      <w:r>
        <w:br/>
        <w:t>— Чи був на виборах, — питаєте? Аякже...</w:t>
      </w:r>
    </w:p>
    <w:p>
      <w:r>
        <w:br/>
        <w:t>— Ну... що ж там? Чия гору взяла, чи праві, чи ліві?</w:t>
      </w:r>
    </w:p>
    <w:p>
      <w:r>
        <w:br/>
        <w:t>— Краще не питайте, — сердито відказує. — Нагадали вибори — і їсти перехотілося, — веде він далі, кладучи ложку. — Ох-хо-хо-хо-хо! — заохав він на всю хату. — Головонько наша бідна, що в нас матінка нерідна!</w:t>
      </w:r>
    </w:p>
    <w:p>
      <w:r>
        <w:br/>
        <w:t>— Значить, праві взяли гору? — догадався я.</w:t>
      </w:r>
    </w:p>
    <w:p>
      <w:r>
        <w:br/>
        <w:t>— Які праві? Які праві? — з огидою в голосі скрикнув він. — Той правий, хто йде прямою стежкою, а не збоку, як потайна собака, забігає... Юди лукаві! Чорносотенці! — загукав він щосили, витріщивши на мене свої гострі очі.</w:t>
      </w:r>
    </w:p>
    <w:p>
      <w:r>
        <w:br/>
        <w:t>— Так вони взяли гору? — занепалим голосом спитався я.</w:t>
      </w:r>
    </w:p>
    <w:p>
      <w:r>
        <w:br/>
        <w:t>— Ще б не взяли, як вони отаку машину підвели! Перше всього — козаків пристосували до селян, що мають право вибирати тілько при волості. У друге — на один день призначили вибори і при волості, і від земельних власників... через це на наші вибори приїхало наших жменя, а їх — з усієї округи насунуло!.. А втретє?.. — Тут Пищимуха нетерпляче засовався на стулі і почав важко дихати. — Чули, що з Василенком вчинили? — спитався нешвидко.</w:t>
      </w:r>
    </w:p>
    <w:p>
      <w:r>
        <w:br/>
        <w:t>— А що? Ні, не чув, — відказую.</w:t>
      </w:r>
    </w:p>
    <w:p>
      <w:r>
        <w:br/>
        <w:t>— Та що ви — з неба скотились, чи що? — сердито поспитався він і, наче з рушниці, випалив: — Заарештували!.. Ваш же приятель, пан становий, се і зробив! — з докором додав він.</w:t>
      </w:r>
    </w:p>
    <w:p>
      <w:r>
        <w:br/>
        <w:t>— За віщо Василенка заарештували? — здивовано спитався я.</w:t>
      </w:r>
    </w:p>
    <w:p>
      <w:r>
        <w:br/>
        <w:t>— А я знаю, за що? Попитайся свого приятеля, — схопившись з місця й заходивши по хаті, мовив Пищимуха.</w:t>
      </w:r>
    </w:p>
    <w:p>
      <w:r>
        <w:br/>
        <w:t>Я похнюпився. — То-то він і хвалився, що доброго кола заплішив лівшакам у саме тім'я! — якось незумисне зірвалось у мене з язика.</w:t>
      </w:r>
    </w:p>
    <w:p>
      <w:r>
        <w:br/>
        <w:t>— А ви вже бачилися з ним? — знову сідаючи навпроти мене і неймовірно заглядаючи мені в очі, попитав Пищимуха.</w:t>
      </w:r>
    </w:p>
    <w:p>
      <w:r>
        <w:br/>
        <w:t>— Учора прихватком забігав сюди... Допитувався, чи поїду на вибори?</w:t>
      </w:r>
    </w:p>
    <w:p>
      <w:r>
        <w:br/>
        <w:t>— Ну? — гукнув Пищимуха, міряючи мене своїм сердитим поглядом.</w:t>
      </w:r>
    </w:p>
    <w:p>
      <w:r>
        <w:br/>
        <w:t>— Казав, що безпремінно поїду... І влаштувався зовсім, та...</w:t>
      </w:r>
    </w:p>
    <w:p>
      <w:r>
        <w:br/>
        <w:t>— Злякалися? — докірливо попитався Пищимуха.</w:t>
      </w:r>
    </w:p>
    <w:p>
      <w:r>
        <w:br/>
        <w:t>Досада мене за серце вщипнула.</w:t>
      </w:r>
    </w:p>
    <w:p>
      <w:r>
        <w:br/>
        <w:t>— Слухайте, — кажу, — добродію! Я ніколи нічим не криюся. Кожному правду кажу... І ви мене давно, здається, за такого знаєте. Чого ж ви тепер віри не ймете! — образливо кажу йому.</w:t>
      </w:r>
    </w:p>
    <w:p>
      <w:r>
        <w:br/>
        <w:t>— То ви осе й розсердилися на мене? — ласкавим голосом пита Пищимуха. — Вибачте, коли я вас чим образив. Досада, бачте, мене взяла... Аж кипить у мене всередині з досади, — засовавшись на стільці, вибачається Пищимуха.</w:t>
      </w:r>
    </w:p>
    <w:p>
      <w:r>
        <w:br/>
        <w:t>— Треба ж обережніше поводитися з словом, — кажу йому. — Воно, оте слово, що птиця: випусти — полетить, а спіймати — не так-то легко.</w:t>
      </w:r>
    </w:p>
    <w:p>
      <w:r>
        <w:br/>
        <w:t>— Язик мій — ворог мені, — махнувши рукою, мовив Пищимуха. — Ну, вибачте ж, вибачте!.. Від нестями зірвалося з язика оте слово.</w:t>
      </w:r>
    </w:p>
    <w:p>
      <w:r>
        <w:br/>
        <w:t>Тут саме увійшла Параска, несучи на блюді печену качку, кругом обложену добре зарум'яненими кружалочками картоплі. Смаковитий запах від качки так і пішов по хаті. Пищимуха як глянув, то аж сплюнув.</w:t>
      </w:r>
    </w:p>
    <w:p>
      <w:r>
        <w:br/>
        <w:t>— Та й дратуєш же ти мене осією стравою! — повернувся він до Параски. — Аж слина покотилася, як побачив, що так по-мистецьки качку запекла.</w:t>
      </w:r>
    </w:p>
    <w:p>
      <w:r>
        <w:br/>
        <w:t>— Хіба я її пекла? Огонь пік! — граючи очима, відказує Параска.</w:t>
      </w:r>
    </w:p>
    <w:p>
      <w:r>
        <w:br/>
        <w:t>— Огонь та огонь, а й сама рук докладала! — каже Пищимуха.</w:t>
      </w:r>
    </w:p>
    <w:p>
      <w:r>
        <w:br/>
        <w:t>— Та вже ж не без того, щоб не перевернути того, що печеш, — шпарко прибираючи тарілки та складаючи їх на посудину з борщем, мовила Параска.</w:t>
      </w:r>
    </w:p>
    <w:p>
      <w:r>
        <w:br/>
        <w:t>— Якби мені отаку страву щодня їсти, то я б як кабан годований став! — жартує Пищимуха.</w:t>
      </w:r>
    </w:p>
    <w:p>
      <w:r>
        <w:br/>
        <w:t>— Так ви і так — нівроку собі! — відказує, усміхаючись, Параска.</w:t>
      </w:r>
    </w:p>
    <w:p>
      <w:r>
        <w:br/>
        <w:t>— То я зроду такий удався, — каже Пищимуха. — А якби ще їв таку страву, якою ти свого пана годуєш, то і в двері не потовпився.</w:t>
      </w:r>
    </w:p>
    <w:p>
      <w:r>
        <w:br/>
        <w:t>— То чого ж ви тілько дивитесь, а не накладаєте. Прошу покірно! — повернувся я до його.</w:t>
      </w:r>
    </w:p>
    <w:p>
      <w:r>
        <w:br/>
        <w:t>— Милуюся! — відказав Пищимуха. Потім узяв вилки, з розгону вгородив їх у стегно качки й підняв його вгору. — Ач, яке стегно: прямо — очима їж, — промовив, положив його на тарілку і почав ложкою картоплі набирати та зверху смачним перепеченим жиром з-під качки заливати.</w:t>
      </w:r>
    </w:p>
    <w:p>
      <w:r>
        <w:br/>
        <w:t>— Годуйтеся, годуйтеся! Я на третє ще смачнішого принесу, — знявши з столу посудину з борщем і зібравшись виходити, каже Параска.</w:t>
      </w:r>
    </w:p>
    <w:p>
      <w:r>
        <w:br/>
        <w:t>— Чого ще принесеш? — кинув їй навздогінці Пищимуха.</w:t>
      </w:r>
    </w:p>
    <w:p>
      <w:r>
        <w:br/>
        <w:t>— Вареників! — зачиняючи за собою двері, гукнула Параска,</w:t>
      </w:r>
    </w:p>
    <w:p>
      <w:r>
        <w:br/>
        <w:t>— Бодай тобі язик у роті руба став! — скрикнув Пищимуха і зложив на животі в себе руки.</w:t>
      </w:r>
    </w:p>
    <w:p>
      <w:r>
        <w:br/>
        <w:t>Трохи я зо сміху не покотився.</w:t>
      </w:r>
    </w:p>
    <w:p>
      <w:r>
        <w:br/>
        <w:t>— Смійтеся, смійтеся! — каже Пищимуха. — Вас регіт розбирає, а мені не до смішки... Якби раніше казала, що вареники будуть — і качки б не брав.</w:t>
      </w:r>
    </w:p>
    <w:p>
      <w:r>
        <w:br/>
        <w:t>— А хіба так не можна, щоб і качки, і вареників? — питаю,</w:t>
      </w:r>
    </w:p>
    <w:p>
      <w:r>
        <w:br/>
        <w:t>— Не поміститься все. Борщу обпився, та ще як качки поїм — вареникам ніде буде міститись, — скаржиться Пищимуха. — А вареники — се ж найкраща їда! — додав він.</w:t>
      </w:r>
    </w:p>
    <w:p>
      <w:r>
        <w:br/>
        <w:t>— Не журіться, — кажу йому. — Качка — борщ прикриє, а вареники зверху придушать. От воно й добре буде.</w:t>
      </w:r>
    </w:p>
    <w:p>
      <w:r>
        <w:br/>
        <w:t>— Хіба? — лукаво моргнувши оком, допитується Пищимуха.</w:t>
      </w:r>
    </w:p>
    <w:p>
      <w:r>
        <w:br/>
        <w:t>— А самі вареники з борщем не помиряться, — доводжу йому.</w:t>
      </w:r>
    </w:p>
    <w:p>
      <w:r>
        <w:br/>
        <w:t>— Се правда, що не помиряться. То, значить, качку їсти? — пита Пищимуха.</w:t>
      </w:r>
    </w:p>
    <w:p>
      <w:r>
        <w:br/>
        <w:t>— А що ж, на неї дивитись?</w:t>
      </w:r>
    </w:p>
    <w:p>
      <w:r>
        <w:br/>
        <w:t>— Хай буде по-вашому! — відказав він і, прицмокуючи, узявся за качку, заїдаючи її присмаженою картоплею так, що вона в його аж на зубах хрущала.</w:t>
      </w:r>
    </w:p>
    <w:p>
      <w:r>
        <w:br/>
        <w:t>Уживаючи і собі качку, я знову згадав про Василенка.</w:t>
      </w:r>
    </w:p>
    <w:p>
      <w:r>
        <w:br/>
        <w:t>— І за віщо його арештували? — вголос вимовив я. — Шкода чоловіка! Гарний він чоловік, розумний і до діла щирий.</w:t>
      </w:r>
    </w:p>
    <w:p>
      <w:r>
        <w:br/>
        <w:t>— Тож-то й є, що гарний та щирий! За те саме й арештували, — доводить Пищимуха. — Він усю виборчу справу на свої плечі взяв... По селах їздить та людей підбадьорює, щоб усі спільно за діло бралися... щоб безпремінно на вибори їхали. Ну, а наш маршал про це почув... — земський довів — та до справника, а справник — становому... От і злапали нашого голубчика! Та й то б ще нічого, якби його одного забрали; а то — по всій окрузі стражників розіслали наказувати, що хто на вибори поїде, то з виборів уже додому не вернеться, а буде з Василенком казенну страву сьорбати... Он у чім сила! Народ — звісно, як народ: темний — раз, заляканий — два... Хай йому, — каже, — отим виборам. Краще я той день дома пересилю, бо хто ж без мене буде сім'ю годувати?.. Отаким-то способом і вийшло таке, що нашого брата, козака, — пучкою взяти, а їх — і в жменю не вбереш! От і вибрали всіх своїх, — повідав Пищимуха.</w:t>
      </w:r>
    </w:p>
    <w:p>
      <w:r>
        <w:br/>
        <w:t>— З лівих ніхто не вскочив? — спитався я.</w:t>
      </w:r>
    </w:p>
    <w:p>
      <w:r>
        <w:br/>
        <w:t>— Куди там вскочити? Аж нікогісінько. Усі тобі, як є — чисте чоло, одвіювати не треба, — хвалиться Пищимуха.</w:t>
      </w:r>
    </w:p>
    <w:p>
      <w:r>
        <w:br/>
        <w:t>— Се погано, — шкодую я.</w:t>
      </w:r>
    </w:p>
    <w:p>
      <w:r>
        <w:br/>
        <w:t>— Та чого його й дивуватися, як козаків до селян прилучено?.. І скажіть же, пригадали таке! 1 хто воно його пригадав?</w:t>
      </w:r>
    </w:p>
    <w:p>
      <w:r>
        <w:br/>
        <w:t>— Хіба ви не читали? — кажу. — Сенат так закон розтовкмачив. У козаків, каже, земля предківська, здавна наділена...</w:t>
      </w:r>
    </w:p>
    <w:p>
      <w:r>
        <w:br/>
        <w:t>— Хто ж її їм наділяв, як вони своєю кров'ю та кістками її добували? — злюче увернув Пищимуха.</w:t>
      </w:r>
    </w:p>
    <w:p>
      <w:r>
        <w:br/>
        <w:t>— Як вони її набували, то, — кажу, — інша річ. А закон такий справді є, щоб землі козачі тільки до козаків належали... Тобто так, як кріпацькі — кріпакам наділені.</w:t>
      </w:r>
    </w:p>
    <w:p>
      <w:r>
        <w:br/>
        <w:t>— Так то ж які землі? — перебив мене Пищимуха. — Рангові, а не ті, що кожен своїм горбом добував! А де ті рангові тепер маються?.. Своя ж старшина, що потім у дворянство перелізла, з прибрала їх до своїх рук!.. Зосталися тілько ті, що кожним своїм потом нажиті.</w:t>
      </w:r>
    </w:p>
    <w:p>
      <w:r>
        <w:br/>
        <w:t>— Може, воно й так, — відказую. — А закон за козаками признає одні предківські землі... І поки ти не докажеш, що то твоя власна земля, добута від дворянина, чи купця, чи міщанина, то й повинна вона лічитися предківською, тобто наділеною... А закон про вибори установлює, що всі ті, хто володіють наділеною землею, вибирають окремо від власників. От на такій підставі Сенат і вивів, що козаки повинні вибирати з надільниками.</w:t>
      </w:r>
    </w:p>
    <w:p>
      <w:r>
        <w:br/>
        <w:t>— Сенат! Сенат! — хитаючи головою, замовив Пищимуха. — Що таке Сенат? Як ви думаєте: він старший над Думою?</w:t>
      </w:r>
    </w:p>
    <w:p>
      <w:r>
        <w:br/>
        <w:t>Тут саме нашу цікаву розмову перепинила Параска, що вскочила до нас у хату, несучи в одній руці миску гречаних вареників, а в другій — чималий горщик сметани.</w:t>
      </w:r>
    </w:p>
    <w:p>
      <w:r>
        <w:br/>
        <w:t>У Пищимухи аж очі заграли, як він побачив оте добро і, не питаючись дозволу, він мерщій наклав собі повну тарілку вареників, прилив зверху маслом, та ще й сметаною добре їх примастив, а потім, на увесь рот чавкаючи, почав їх уминати. Поки Параска прибирала печене та непотрібний посуд, Пищимуха встиг цілу тарілку вареників укутати.</w:t>
      </w:r>
    </w:p>
    <w:p>
      <w:r>
        <w:br/>
        <w:t>— Немає на світі кращого наїдку, як вареники! — каже він, набираючи вдруге. — Та ще як їх гарна чепуруха зготує! — додав, скоса поглядаючи на Параску.</w:t>
      </w:r>
    </w:p>
    <w:p>
      <w:r>
        <w:br/>
        <w:t>Та вся так і зашарілася на виду, наче на неї полум'ям війнуло.</w:t>
      </w:r>
    </w:p>
    <w:p>
      <w:r>
        <w:br/>
        <w:t>— А ти не дослухайся, що ми з паном-хазяїном гомонимо. Не про тебе, галочко, річ! — повернувся він до неї.</w:t>
      </w:r>
    </w:p>
    <w:p>
      <w:r>
        <w:br/>
        <w:t>— Чого мені дослухатися? — з посміхом відказала Параска. — Хіба то я вареники тулила?</w:t>
      </w:r>
    </w:p>
    <w:p>
      <w:r>
        <w:br/>
        <w:t>— А хто ж? — попитався Пищимуха.</w:t>
      </w:r>
    </w:p>
    <w:p>
      <w:r>
        <w:br/>
        <w:t>— То наш кучер — Омелько! — випалила вона і, вхопивши непотрібний посуд та похитуючись з реготу, майнула з хати.</w:t>
      </w:r>
    </w:p>
    <w:p>
      <w:r>
        <w:br/>
        <w:t>Пищимуху так прямцем і поставило, наче його хто шпигонув гострим ножем у серце.</w:t>
      </w:r>
    </w:p>
    <w:p>
      <w:r>
        <w:br/>
        <w:t>— Отуди к бісу! А я їх повнісіньку тарілку укутав! — нешвидко промовив він. — Чи він же, отой Омелько, хоч руки помив, як тулить вареники брався? — попитався далі в мене.</w:t>
      </w:r>
    </w:p>
    <w:p>
      <w:r>
        <w:br/>
        <w:t>— Та не вірте, — заспокоюю його. — Хіба не бачите, що то молодиця жартує? Хоче, щоб ще дужче хвалили її.</w:t>
      </w:r>
    </w:p>
    <w:p>
      <w:r>
        <w:br/>
        <w:t>— Ні, не буду їсти! — рішуче відказав Пищимуха.</w:t>
      </w:r>
    </w:p>
    <w:p>
      <w:r>
        <w:br/>
        <w:t>— Чому?</w:t>
      </w:r>
    </w:p>
    <w:p>
      <w:r>
        <w:br/>
        <w:t>— Поки не впевнюся, що їх не Омелько тулив.</w:t>
      </w:r>
    </w:p>
    <w:p>
      <w:r>
        <w:br/>
        <w:t>— Як же ви впевнитесь? — питаю.</w:t>
      </w:r>
    </w:p>
    <w:p>
      <w:r>
        <w:br/>
        <w:t>— Кликніть її сюди. Я вже знаю, як довідатися.</w:t>
      </w:r>
    </w:p>
    <w:p>
      <w:r>
        <w:br/>
        <w:t>Нічого було робити — довелося кликати Параску.</w:t>
      </w:r>
    </w:p>
    <w:p>
      <w:r>
        <w:br/>
        <w:t>— Показуй руки сюди! — повернувся до неї Пищимуха, як вона увійшла.</w:t>
      </w:r>
    </w:p>
    <w:p>
      <w:r>
        <w:br/>
        <w:t>— Навіщо! Хіба я вкрала що? — наче образившись, каже Параска.</w:t>
      </w:r>
    </w:p>
    <w:p>
      <w:r>
        <w:br/>
        <w:t>— Показуй! — гука Пищимуха.</w:t>
      </w:r>
    </w:p>
    <w:p>
      <w:r>
        <w:br/>
        <w:t>— Ну, нате! — усміхаючись, відказала Параска і виставила перед ним обидві долоні.</w:t>
      </w:r>
    </w:p>
    <w:p>
      <w:r>
        <w:br/>
        <w:t>— Переверни догори! — наказав Пищимуха.</w:t>
      </w:r>
    </w:p>
    <w:p>
      <w:r>
        <w:br/>
        <w:t>Та перевернула. Пищимуха прикро глянув і промовив:</w:t>
      </w:r>
    </w:p>
    <w:p>
      <w:r>
        <w:br/>
        <w:t>— Ну, іди собі!</w:t>
      </w:r>
    </w:p>
    <w:p>
      <w:r>
        <w:br/>
        <w:t>Параска, дивуючись та здвигуючи плечима, вийшла з хати.</w:t>
      </w:r>
    </w:p>
    <w:p>
      <w:r>
        <w:br/>
        <w:t>— Справді, збрехала, бісова! — промовив Пищимуха і знову почав уминати вареники.</w:t>
      </w:r>
    </w:p>
    <w:p>
      <w:r>
        <w:br/>
        <w:t>— По чому ж ви довідались? — питаю його.</w:t>
      </w:r>
    </w:p>
    <w:p>
      <w:r>
        <w:br/>
        <w:t>— А ви не знаєте? Під нігтями борошно залишилось!</w:t>
      </w:r>
    </w:p>
    <w:p>
      <w:r>
        <w:br/>
        <w:t>— Та ви, — дивуюсь йому, — усяку всячину знаєте.</w:t>
      </w:r>
    </w:p>
    <w:p>
      <w:r>
        <w:br/>
        <w:t>— Від мене ніщо не вкриється! — відказує він. — Не тілько бабські таємниці мені відомі, а часом і про поліцейські заходи догадуємося... От хоч би, примірно, про вашого приятеля — пана станового. Казав Василенкові: "Ой, стережися, чоловіче! не викладай йому своєї душі". — А що він, — каже, — мені зробить, коли все те, що я роблю, законом дозволено?.. От тепер і дознався, сердяга!.. Оце маю і вам сказати: хоч він і приятель ваш, а стережіться його... Він проти вас щось замишляє, — каже він мені, доївши вареників і відкидаючись на бильце стільця.</w:t>
      </w:r>
    </w:p>
    <w:p>
      <w:r>
        <w:br/>
        <w:t>— Ну, се, — відказую йому, — дурне ви кажете! Не поводився б він зо мною так, якби що лихе замишляв. Учора навіть, як прощався, — поцілував.</w:t>
      </w:r>
    </w:p>
    <w:p>
      <w:r>
        <w:br/>
        <w:t>— Поцілував? — здивувався Пищимуха. — Поцілував, — спокійно відказав я.</w:t>
      </w:r>
    </w:p>
    <w:p>
      <w:r>
        <w:br/>
        <w:t>— Ну, начувайтеся ж! — каже Пищимуха.</w:t>
      </w:r>
    </w:p>
    <w:p>
      <w:r>
        <w:br/>
        <w:t>— Нічого мені начуватися! — відказую йому. — А от ви скажіть мені... тілько без утайки... Який там, кому і на кого позов написали?</w:t>
      </w:r>
    </w:p>
    <w:p>
      <w:r>
        <w:br/>
        <w:t>— Се він вам хвалився? — збентежився Пищимуха.</w:t>
      </w:r>
    </w:p>
    <w:p>
      <w:r>
        <w:br/>
        <w:t>— А хоч би й він, — відказую.</w:t>
      </w:r>
    </w:p>
    <w:p>
      <w:r>
        <w:br/>
        <w:t>— От бісів син! І звідки він про се довідався? — пита Пищимуха.</w:t>
      </w:r>
    </w:p>
    <w:p>
      <w:r>
        <w:br/>
        <w:t>— Значить, се правда, що написано позов? Можна дізнатися, — куди і на кого?</w:t>
      </w:r>
    </w:p>
    <w:p>
      <w:r>
        <w:br/>
        <w:t>— Ми вже скінчили обід? — спитався Пищимуха.</w:t>
      </w:r>
    </w:p>
    <w:p>
      <w:r>
        <w:br/>
        <w:t>— Вибачайте, — кажу йому. — Тепер хіба чайком оце все, що їли, придушимо?</w:t>
      </w:r>
    </w:p>
    <w:p>
      <w:r>
        <w:br/>
        <w:t>Пищимуха встав, до образів перехрестився і, повернувшись до мене, мовив:</w:t>
      </w:r>
    </w:p>
    <w:p>
      <w:r>
        <w:br/>
        <w:t>— Спасибі за хліб, за сіль і за обід, що наївся дармоїд!</w:t>
      </w:r>
    </w:p>
    <w:p>
      <w:r>
        <w:br/>
        <w:t>— На здоров'я, — кажу йому, сам устаючи. — Може, тепер, поки Параска буде прибирати та чай готувати, ми підемо до кабінету, покачаємось трохи і покуримо.</w:t>
      </w:r>
    </w:p>
    <w:p>
      <w:r>
        <w:br/>
        <w:t>— Хоч і ходімо, — каже Пищимуха. — Хай там, у животі, улягається страва, що чимало-таки наклали її.</w:t>
      </w:r>
    </w:p>
    <w:p>
      <w:r>
        <w:br/>
        <w:t>Незабаром ми пішли і, засмаливши цигарки, полягали, я — на своїй постелі, а Пищимуха — вивернувся на канапі.</w:t>
      </w:r>
    </w:p>
    <w:p>
      <w:r>
        <w:br/>
        <w:t>— Бачите, — замовив він, випускаючи з рота цілий оберемок диму, що так і закрив його від мене, — я не настоящий позов написав... Хай ті аблакати пишуть!.. А я на зразок позова зложив скаргу до другої Державної думи про нашу горемичну козачу долю. Ото я вам казав, що мене непутить отой вчинок з козаками... що хто там його вигадав, чи Сенат, чи пани-дворяни, — не знаю... От про се я й річ у своїм позові веду... І давно вже мені, по правді кажучи, хотілося дати вам прочитати та порадитись, чи вона, ота позова, на що-небудь здатна?.. От, примірно... у часописі якій надрукувати... щоб і другі прочитали... Може, таким способом хто-небудь і зверне на осю справу увагу та й здійме питання в Думі... Адже ж Дума може цьому горю пособити? — попитав Пищимуха.</w:t>
      </w:r>
    </w:p>
    <w:p>
      <w:r>
        <w:br/>
        <w:t>— Не знаючи, що то за позов, не можу вам нічого путнього про се відповісти, — кажу йому.</w:t>
      </w:r>
    </w:p>
    <w:p>
      <w:r>
        <w:br/>
        <w:t>Пищимуха звівся з канапи, поліз у кишеню свого каптана, витяг звідти чималий шматок паперу і подав мені до рук.</w:t>
      </w:r>
    </w:p>
    <w:p>
      <w:r>
        <w:br/>
        <w:t>— Нате та вголос читайте... Ви добре по-нашому читаєте... А я, лежачи, послухаю, — каже він. — Може, воно навсправжки не таке жалібне буде, як мені здається, — додав він, лягаючи.</w:t>
      </w:r>
    </w:p>
    <w:p>
      <w:r>
        <w:br/>
        <w:t>Я встав з постелі, присів до столу й почав читати. Ось що було там написано:</w:t>
      </w:r>
    </w:p>
    <w:p>
      <w:r>
        <w:br/>
        <w:t>"До другої Державної думи:</w:t>
      </w:r>
    </w:p>
    <w:p>
      <w:r>
        <w:br/>
        <w:t>Від ста шестидесяти тисяч нащадків колись славного Війська Запорозького, що з божої ласки мешкають по багнючих місцях та захлюпаних селах славетної на все царство Полтавщини, де позвивала свої гнобительні кубла усяка пошесть людська: обкладки, бешихи, пропасниці й інші хвороби, що їм і щоту немає, і назви їх ніхто не знає.</w:t>
      </w:r>
    </w:p>
    <w:p>
      <w:r>
        <w:br/>
        <w:t>Жалібний позов</w:t>
      </w:r>
    </w:p>
    <w:p>
      <w:r>
        <w:br/>
        <w:t>на Злощасну Долю</w:t>
      </w:r>
    </w:p>
    <w:p>
      <w:r>
        <w:br/>
        <w:t>Поклик</w:t>
      </w:r>
    </w:p>
    <w:p>
      <w:r>
        <w:br/>
        <w:t>Державная думо, пораднице наша! Зглянься на нас горопашних, не обійди нас своєю ласкою, одари нас своєю втіхою, не дай нам зовсім загинути-пропасти. Ми знаємо, що тобі ніколи, що з усіх боків тебе будуть смикати, як і твою першу сестру-покійницю смикали. Чого їй тілько не діставалося? Есдеки та есери зовсім її цуралися, трудовики — народними муками їй надокучали, порядники — з великого на неї гніву у вічі й за вічі плювали, на увесь світ кляли-проклинали, одні тілько кадети її прославляли: у сурми грали, в бубни вибивали, та щосили на увесь світ гукали, та всякого добра від тебе ждали: і землі, і волі, і користі доволі. А як покійниця несподівано закрила очі, то такого ґвалту наробили, що й самі мусили від його поглухнути-поніміти... Тепер, либонь, і вони побачили, що необережно при покійниці поводились, що треба було б тихою ходою йти, а не скоком гнати... та по шкоді, кажуть, і лях мудрий! Не будемо про те згадувати, що вже промайнуло-минуло. Нехай покійниці на тім світі легенько тикнеться та сняться їй веселі сни про волю, що за нею вона так побивалася-боліла, так старалася-клопоталася, що й наглої смерті не побоялася.</w:t>
      </w:r>
    </w:p>
    <w:p>
      <w:r>
        <w:br/>
        <w:t>Ми тепер, наша ненько новенька, ударяємося до тебе; вислухай наш жалібний позов, розсуди нас з нашою Злощасною Долею, що споконвіку пеклом на нас дише; гне нас, до самої землі нагинає; до живих печінок діймає; уїлася, як та їржа у залізо, як трухляву деревину точить, не дає нам ясного просвітку, не хоче нас за людей мати! Зглянься на нас та послухай. Ми тобі докладно про все наше горенько спишемо, не втаїмося ні в чім перед тобою, усе по правді виложимо та розкажемо, а ти розсуди та й виріши, як нам далі бути?</w:t>
      </w:r>
    </w:p>
    <w:p>
      <w:r>
        <w:br/>
        <w:t>Пункта перша".</w:t>
      </w:r>
    </w:p>
    <w:p>
      <w:r>
        <w:br/>
        <w:t>— Ні, підождіть, — перепинив мене Пищимуха. — Раніше скажіть мені, як вам оцей поклик сподобався?</w:t>
      </w:r>
    </w:p>
    <w:p>
      <w:r>
        <w:br/>
        <w:t>— Що ж, — кажу йому, — написано добре, зрозуміло... І не без жару.</w:t>
      </w:r>
    </w:p>
    <w:p>
      <w:r>
        <w:br/>
        <w:t>— Жар, кажете, є? — спитався він, повертаючи обличчя до мене. — Тут ще мало жару! Дальше — більше буде, — похвалився він. — Ну, читайте далі.</w:t>
      </w:r>
    </w:p>
    <w:p>
      <w:r>
        <w:br/>
        <w:t>* * *</w:t>
      </w:r>
    </w:p>
    <w:p>
      <w:r>
        <w:br/>
        <w:t>Тільки що я намірився читати, як Параска внесла самовар у столову і почала цокотати посудою, готуючи нам чай.</w:t>
      </w:r>
    </w:p>
    <w:p>
      <w:r>
        <w:br/>
        <w:t>— Знаєте що? — звернувся до мене Пищимуха. — Після вашого ситого обіду та ще висмаливши цигарку, — у роті аж горить! Ходімо спершу згагу чайком придушимо, та тоді вже і за читання приймемося.</w:t>
      </w:r>
    </w:p>
    <w:p>
      <w:r>
        <w:br/>
        <w:t>— А ще краще, — кажу йому, — і чай пити, і цікаву річ читати. Адже ж такі солодощі чаю не завадять?</w:t>
      </w:r>
    </w:p>
    <w:p>
      <w:r>
        <w:br/>
        <w:t>— Цур, тільки чаєм не заливати! Бо це ж єдиний список на увесь світ зостався, — чернетки я знищив, — застерігає Пищимуха.</w:t>
      </w:r>
    </w:p>
    <w:p>
      <w:r>
        <w:br/>
        <w:t>— Берегтиму, як ока, і краплі не дам упасти! — відказую йому.</w:t>
      </w:r>
    </w:p>
    <w:p>
      <w:r>
        <w:br/>
        <w:t>Ото ми й пішли з Пищимухою до столової і зшиток узяли з собою, та, посідавши один проти другого, і почали чаювати.</w:t>
      </w:r>
    </w:p>
    <w:p>
      <w:r>
        <w:br/>
        <w:t>Духом вимчали по одній склянці, і я почав уже по другій наливати, присуваючи зшиток до себе, щоб як наллю чаю, то зараз і читати... Коли це — як зашумить щось, як загудить — аж земля задвиготіла.</w:t>
      </w:r>
    </w:p>
    <w:p>
      <w:r>
        <w:br/>
        <w:t>— Що воно? Буря почалася? — спитався Пищимуха.</w:t>
      </w:r>
    </w:p>
    <w:p>
      <w:r>
        <w:br/>
        <w:t>Не встиг він осе вимовити, як у хату до нас вбігла перелякана Параска.</w:t>
      </w:r>
    </w:p>
    <w:p>
      <w:r>
        <w:br/>
        <w:t>— Ох, лишенько, пане! — загукала вона. — До нас повен двір стражників набігло... І становий з ними!</w:t>
      </w:r>
    </w:p>
    <w:p>
      <w:r>
        <w:br/>
        <w:t>У мене чайник закляк у руках, — а кришечка у йому тілько дзень-дзень!</w:t>
      </w:r>
    </w:p>
    <w:p>
      <w:r>
        <w:br/>
        <w:t>— Стражники? Становий? — Чого? — здивовано запитався я.</w:t>
      </w:r>
    </w:p>
    <w:p>
      <w:r>
        <w:br/>
        <w:t>А Пищимуха, наче його що шпигонуло, мерщій зірвався з місця.</w:t>
      </w:r>
    </w:p>
    <w:p>
      <w:r>
        <w:br/>
        <w:t>— Певне трусити будуть, — промовив він, та мерщій за зшиток, ухопив його з стола, перегорнув удвоє та, нагнувшись до чобота, посунув його якнайглибше в халяву.</w:t>
      </w:r>
    </w:p>
    <w:p>
      <w:r>
        <w:br/>
        <w:t>— Отут тобі буде безпечніше, — додав, розправляючись. — Може, і у вас є таке, що слід його приховати, то давайте мерщій, — повернувся він до мене.</w:t>
      </w:r>
    </w:p>
    <w:p>
      <w:r>
        <w:br/>
        <w:t>— Та що се ви таке вигадуєте? Щоб у мене та трус? Хто ж його буде робити? Мій приятель — становий? Осе вигадали! — відказую я йому.</w:t>
      </w:r>
    </w:p>
    <w:p>
      <w:r>
        <w:br/>
        <w:t>Тут у сінешні двері хтось як застука, — аж одвірки затряслися!</w:t>
      </w:r>
    </w:p>
    <w:p>
      <w:r>
        <w:br/>
        <w:t>— Відчиняй! — гука з-за дверей хтось щосили.</w:t>
      </w:r>
    </w:p>
    <w:p>
      <w:r>
        <w:br/>
        <w:t>Побіг я до кабінету, ухопив світло та мерщій у прихожу.</w:t>
      </w:r>
    </w:p>
    <w:p>
      <w:r>
        <w:br/>
        <w:t>— Хто там такий? — питаю.</w:t>
      </w:r>
    </w:p>
    <w:p>
      <w:r>
        <w:br/>
        <w:t>— Відчиняй, тоді побачиш! — чую голос наче мого приятеля.</w:t>
      </w:r>
    </w:p>
    <w:p>
      <w:r>
        <w:br/>
        <w:t>— Се ви, — питаю, — пане становий?</w:t>
      </w:r>
    </w:p>
    <w:p>
      <w:r>
        <w:br/>
        <w:t>— Та я ж, я. Відчиняйте! — спокійніше відказує мені. — Діло до вас маю.</w:t>
      </w:r>
    </w:p>
    <w:p>
      <w:r>
        <w:br/>
        <w:t>Відсунув я засув, розчинив двері. Коли се — так зразу два жандарі і вскочили в хату та й оточили мене: один — з одного боку, другий — з другого. За ними і сам пан становий суне.</w:t>
      </w:r>
    </w:p>
    <w:p>
      <w:r>
        <w:br/>
        <w:t>— Здрастуйте! — вітаюсь я до його. — То ви не самі, а й гостей навели з собою? Прошу ж до хати.</w:t>
      </w:r>
    </w:p>
    <w:p>
      <w:r>
        <w:br/>
        <w:t>— На сей раз і без вашого прохання обійдемося, — понуро одказує становий, роздягаючись. — Діло до вас... получив наказ — вас обиськати, — ще понуріше доводить мені.</w:t>
      </w:r>
    </w:p>
    <w:p>
      <w:r>
        <w:br/>
        <w:t>— Що ж, — кажу йому, — як такий наказ маєте, то треба його виконувати... Діло службове. Жалуйте і обиськуйте. Може, я й справді лихий злочинець, та тілько втаююсь, — додаю йому образливим голосом.</w:t>
      </w:r>
    </w:p>
    <w:p>
      <w:r>
        <w:br/>
        <w:t>— Там, — одказує він, — побачимо. Само діло покаже. — Потім повернувся до жандаря, що стояв з одного боку біля мене.</w:t>
      </w:r>
    </w:p>
    <w:p>
      <w:r>
        <w:br/>
        <w:t>— Іванов! розпорядися, щоб стражники кругом двір і хату оточили і нікого звідси не випускали! — наказав пан становий жандареві.</w:t>
      </w:r>
    </w:p>
    <w:p>
      <w:r>
        <w:br/>
        <w:t>— Слухаюсь! — одказав той і вмить вискочив надвір.</w:t>
      </w:r>
    </w:p>
    <w:p>
      <w:r>
        <w:br/>
        <w:t>Я кинувся було за ним двері зачиняти, та другий жандар так і виріс передо мною.</w:t>
      </w:r>
    </w:p>
    <w:p>
      <w:r>
        <w:br/>
        <w:t>— Не турбуйтеся. На сей раз ми у вас будемо за хазяїнів і розпорядчиків, а ви — робіть те, що вам буде наказано, — суворо звернувся до мене становий.</w:t>
      </w:r>
    </w:p>
    <w:p>
      <w:r>
        <w:br/>
        <w:t>Дивлюся я на його і — не пізнаю... Де й поділася ота завжди привітна до мене ухмилка, ласкавий голос, приятельська поведенція? Стоїть він передо мною, немовби ми й не зналися ніколи, — суровий та гордий.</w:t>
      </w:r>
    </w:p>
    <w:p>
      <w:r>
        <w:br/>
        <w:t>— Ходімо перше всього до кабінету... Показуйте мені перше всього вашу бібліотеку... Папери всякі... прочитаємо й ми, що ви там такого пишете по газетах, — наказує він мені, вступаючи у світлицю.</w:t>
      </w:r>
    </w:p>
    <w:p>
      <w:r>
        <w:br/>
        <w:t>Я — за ним, з світлом у руках, що так воно чогось і хитається на всі боки, а за мною, трохи не наступаючи мені на п’яти, жандар цокає своїми острогами.</w:t>
      </w:r>
    </w:p>
    <w:p>
      <w:r>
        <w:br/>
        <w:t>— О-о-о, то ви не самі дома, і гість мається! Се добре: понятого не треба буде шукати, — каже становий, побачивши Пищимуху, що, як верства заввишки, стояв біля стола, обпираючись на його рукою.</w:t>
      </w:r>
    </w:p>
    <w:p>
      <w:r>
        <w:br/>
        <w:t>— Я, пане становий, за понятого не можу бути, — одказує Пищимуха своїм гучним голосом.</w:t>
      </w:r>
    </w:p>
    <w:p>
      <w:r>
        <w:br/>
        <w:t>— Цікаво знати, чому? — пита його, усміхаючись, становий.</w:t>
      </w:r>
    </w:p>
    <w:p>
      <w:r>
        <w:br/>
        <w:t>— Мені треба додому їхати, — доводить той.</w:t>
      </w:r>
    </w:p>
    <w:p>
      <w:r>
        <w:br/>
        <w:t>— Пустяковина! — одказує байдуже становий.</w:t>
      </w:r>
    </w:p>
    <w:p>
      <w:r>
        <w:br/>
        <w:t>— Пустяковина, як свиня не кована! — забубонів Пищимуха. — Мене дома ждуть.</w:t>
      </w:r>
    </w:p>
    <w:p>
      <w:r>
        <w:br/>
        <w:t>— Підождуть та й спати ляжуть. А ви нам допоможете протокола написати, — якось глузуючи, мовить становий. — Другим, бач, помагаєте позви всякі складати, а нам і не хочете у помочі стати.</w:t>
      </w:r>
    </w:p>
    <w:p>
      <w:r>
        <w:br/>
        <w:t>Глянув я на Пищимуху, а він очі вирячив і дух у собі затаїв, а руки об стіл тілько тіп-тіп-тіп! — аж склянки дзеленчать на столі.</w:t>
      </w:r>
    </w:p>
    <w:p>
      <w:r>
        <w:br/>
        <w:t>— Я нікому ніяких позовів не складав, — ледве переводячи дух, вимовив Пищимуха.</w:t>
      </w:r>
    </w:p>
    <w:p>
      <w:r>
        <w:br/>
        <w:t>— Таїтесь!.. А до мене певні чутки доходять, — усміхнувшись, мовив становий і повернувся до мене.</w:t>
      </w:r>
    </w:p>
    <w:p>
      <w:r>
        <w:br/>
        <w:t>— Приступимо ж мерщій до роботи, часу нічого гаяти. Он і вашому гостеві треба додому поспішати, то не будемо його задержувати.</w:t>
      </w:r>
    </w:p>
    <w:p>
      <w:r>
        <w:br/>
        <w:t>Та, се кажучи, і напрямився до кабінету. Жандар — за ним, я — за жандарем, оглянувся — коли й другий, попорядкувавши надворі, вернувся до нас і цокає острогами, йдучи слідом за мною.</w:t>
      </w:r>
    </w:p>
    <w:p>
      <w:r>
        <w:br/>
        <w:t>— Бодай ти оглух, а в того, хто доводив тобі, — язик у роті кілком став! — бубонів Пищимуха, йдучі й собі за нами.</w:t>
      </w:r>
    </w:p>
    <w:p>
      <w:r>
        <w:br/>
        <w:t>Увійшли ми до кабінету, жандарі поставали коло одвірків на сторожі, а ми всередину вступили. Пан становий почав мою шафу з книжками обдивлятись.</w:t>
      </w:r>
    </w:p>
    <w:p>
      <w:r>
        <w:br/>
        <w:t>— І навіщо ви отаку силу книжок набгали? — звернувся до мене пан становий. — Скілько-то грошей на їх переведено!.. Може, у вас список книжок є?.. Бо кожну книжку виймати з шафи та розглядати — що воно та до чого, — дуже забарно. А як по списку, то я миттю його переберу і, яка зацікавить, оту й подивимося...</w:t>
      </w:r>
    </w:p>
    <w:p>
      <w:r>
        <w:br/>
        <w:t>— Список, — одказую йому, — є. Тілько в тім списку одні назви книжок. Навряд по їх можна довідатися, чи то добра книжка, чи лиха.</w:t>
      </w:r>
    </w:p>
    <w:p>
      <w:r>
        <w:br/>
        <w:t>— А ви думаєте, я їх мало на своїм віку перечитав? — спитав мене становий. — Я й такі читав, що вам, може, не доводилося і чути про їх! — похвалявся далі. — Ось ке ваш список.</w:t>
      </w:r>
    </w:p>
    <w:p>
      <w:r>
        <w:br/>
        <w:t>Я мерщій витяг цілу книжку з столу і подав становому.</w:t>
      </w:r>
    </w:p>
    <w:p>
      <w:r>
        <w:br/>
        <w:t>— Бачили ви коли-небудь Бантиш-Каменського — "Історія Малоросії"? — беручи у мене з рук списка і присідаючи на стул до столу, спитався становий. — От книжка, так книжка! Усе тобі там описано; про всіх гетьманів є.</w:t>
      </w:r>
    </w:p>
    <w:p>
      <w:r>
        <w:br/>
        <w:t>— У мене, — одказую, — Бантиш-Каменського нема, а Костомарова є.</w:t>
      </w:r>
    </w:p>
    <w:p>
      <w:r>
        <w:br/>
        <w:t>— Кого? — здивовано спитався становий.</w:t>
      </w:r>
    </w:p>
    <w:p>
      <w:r>
        <w:br/>
        <w:t>— Костомарова, — кажу, та й почав йому перелічувати Костомарові писання: "Богдан Хмельницький"... "Виговщина"... "Руїна".</w:t>
      </w:r>
    </w:p>
    <w:p>
      <w:r>
        <w:br/>
        <w:t>— Читав, — перебив мене становий. — Казна-що! Не вистаче він проти Бантиш-Каменського... Тут і патрети кожного гетьмана є... А в Костомарова ж нема патретів?</w:t>
      </w:r>
    </w:p>
    <w:p>
      <w:r>
        <w:br/>
        <w:t>— Нема, — одказую.</w:t>
      </w:r>
    </w:p>
    <w:p>
      <w:r>
        <w:br/>
        <w:t>— Ну, то що ж! — радісно промовив становий. — Та чого ви стоїте передо мною? — повернувся він до нас. — Сідайте, бо, стоячи, і ноги заболять.</w:t>
      </w:r>
    </w:p>
    <w:p>
      <w:r>
        <w:br/>
        <w:t>Ми посідали: я на стул: біля столу, а Пищимуха — на канапі.</w:t>
      </w:r>
    </w:p>
    <w:p>
      <w:r>
        <w:br/>
        <w:t>— А є у вас така рідкісна книжка, як "Звичаї і обичаї малоросів"? — спитав, повертаючись до мене, становий.</w:t>
      </w:r>
    </w:p>
    <w:p>
      <w:r>
        <w:br/>
        <w:t>— Ні, — одказую, — і такої нема.</w:t>
      </w:r>
    </w:p>
    <w:p>
      <w:r>
        <w:br/>
        <w:t>— Еге!.. У сій книжці трохи і мого гріха є, — додав далі.</w:t>
      </w:r>
    </w:p>
    <w:p>
      <w:r>
        <w:br/>
        <w:t>— То й ви, пане становий, по писательській часті грішили? — спитав його жартівливо Пищимуха.</w:t>
      </w:r>
    </w:p>
    <w:p>
      <w:r>
        <w:br/>
        <w:t>— А ви думаєте, що ви один тілько на се мастак? — одповів йому згорда становий. — Ви пишете, та нічого не печатаєте, а у мене от і печатане є!.. Звісно, не пустяковинка яка-небудь, а корисна штука... як, приміром, борщ зварить... путрю... саламаху... "вашу... Оте все списано у тій книжці... Був у нас, бачите, такий віце-губернатор... наш-таки — пирятинець... Потім і до губернатора дослужився... Так ото він і видав оту книжку, ще як віце-губернатором був... "Звичаї і обичаї малоросів"... Написав циркуляра, щоб ми, поліцейські служащі, збирали всякі відомості про те, як живуть малороси, які у їх звичаї й обичаї... що вони їдять і як та страва готується... А я тоді був становим у самій Опошні... Знаєте опошнянські сливи?.. Містечко таке... Велике містечко і давнє... Ще за козаччини воно славилося... І тепер опошнянці зовуть його городом, хоч воно всюди містечком пишеться... Так я ото, у сім містечку живучи, багато-багато всякої всячини про страву малоросів зібрав та гарненько усе те списав, та по начальству і послав... Довго не чутно було, що з моїми писаннями сталося. Коли так — через рік, чи що, — приходить лист від самого таки віце-губернатора, у якім він дуже дякує мене за поміч і засилає на пам'ять свою книжку... Давай я її читати. Як дійшов до одділу "Кухня малоросів"... то, щоб ви думали?.. Усе те, що я посписував, — усе дочиста напечатано... Он воно що! — додав становий. — Е-е-е... корисна книжка!.. Ну, та годі нам балакати, час і до діла братися.</w:t>
      </w:r>
    </w:p>
    <w:p>
      <w:r>
        <w:br/>
        <w:t>І, се кажучи, присунув ще ближче свого стула до стола і почав списка вичитувати.</w:t>
      </w:r>
    </w:p>
    <w:p>
      <w:r>
        <w:br/>
        <w:t>— Бо-Бокль... Історія ціві-цівілізації в Англії... — прочитав він уголос. — А ке сю книжку! — повернувся до мене.</w:t>
      </w:r>
    </w:p>
    <w:p>
      <w:r>
        <w:br/>
        <w:t>Я подав. Він підняв палітурку, перегорнув один листочок і глянув набік.</w:t>
      </w:r>
    </w:p>
    <w:p>
      <w:r>
        <w:br/>
        <w:t>— Цензурою дозволена... Ну, нате, поставте її на місце, — сказав він мені, віддаючи книжку.</w:t>
      </w:r>
    </w:p>
    <w:p>
      <w:r>
        <w:br/>
        <w:t>Я мовчки поставив.</w:t>
      </w:r>
    </w:p>
    <w:p>
      <w:r>
        <w:br/>
        <w:t>— Дре-дре-дре... Дрепер! — аж скрикнув становий, читаючи далі, і сплюнув. — Ну й прізвище?! І язика зламаєш, поки вимовиш. А се що за книжка?</w:t>
      </w:r>
    </w:p>
    <w:p>
      <w:r>
        <w:br/>
        <w:t>Я знайшов і сю книжку і, розгорнувши якраз на тім місці, де було надруковано, що дозволяється цензурою, — подав становому.</w:t>
      </w:r>
    </w:p>
    <w:p>
      <w:r>
        <w:br/>
        <w:t>— Ага, і в сій дозвіл є? Ну й сю ставте на місце.</w:t>
      </w:r>
    </w:p>
    <w:p>
      <w:r>
        <w:br/>
        <w:t>— Та в мене, — кажу, — безцензурних немає.</w:t>
      </w:r>
    </w:p>
    <w:p>
      <w:r>
        <w:br/>
        <w:t>— Немає, кажете, — перепитав становий. — Се добре, що немає... Святе діло — ота цензура!.. Зразу видко, що книжка путяща... І скажіть мені: на якої лихої години все добивались, щоб оту цензуру одмінити? Скілько тепер без отії цензури усякого сміття печатається?.. Щоб довідатись, — як от тепер, приміром, мені доводиться, — чи путяща книжка, чи лиха, — треба всяку з їх прочитати... А коли ж його читати, як свого діла не обберешся?.. Трудне, скажу я вам по правді, наше служебне діло і, не доведи господи, яке трудне!.. Та ще й час такий лихий настав, що так і стережися... З одного боку — судом тебе стращають, а з другого — і начальство по головці не погладить, якщо проґавив. Як мине день благополучно, — то й слава тобі господи!.. Ну, та що ж робити? Узявся кажуть, за гуж, то не кажи, що не дуж. Служиш — треба й робити... Охо-хо-хо-о! — зітхнув становий і знову почав список перечитувати.</w:t>
      </w:r>
    </w:p>
    <w:p>
      <w:r>
        <w:br/>
        <w:t>* * *</w:t>
      </w:r>
    </w:p>
    <w:p>
      <w:r>
        <w:br/>
        <w:t>Він читав більше про себе, коли-не-коли стиха мугикаючи щось під ніс. Ми з Пищимухою сиділи й дивилися, як він виводив очима по писаному, як перегортав листок за листочком. У хаті було тихо та сумно; мене почав сон розбирати, а Пищимуха, сидячи на канапі, собі щось колихався.</w:t>
      </w:r>
    </w:p>
    <w:p>
      <w:r>
        <w:br/>
        <w:t>Коли се зразу щось як писне! та так і розкотилося по хаті.</w:t>
      </w:r>
    </w:p>
    <w:p>
      <w:r>
        <w:br/>
        <w:t>— "Да воскресне бог і розточа-а-аться вразі його!" — почулося серед нас.</w:t>
      </w:r>
    </w:p>
    <w:p>
      <w:r>
        <w:br/>
        <w:t>Ми так з становим і кинулися. Глянемо, — а Пищимуха сидить, закривши очі, та колишеться. Потім лупнув очима, глянув на нас.</w:t>
      </w:r>
    </w:p>
    <w:p>
      <w:r>
        <w:br/>
        <w:t>— Не лякайтеся. — промовив. — Се в мене в животі... Таки не помирилися вареники з уткою, — і, се кажучи, взявся за живіт руками.</w:t>
      </w:r>
    </w:p>
    <w:p>
      <w:r>
        <w:br/>
        <w:t>— Болить? — усміхаючись, спитався становий.</w:t>
      </w:r>
    </w:p>
    <w:p>
      <w:r>
        <w:br/>
        <w:t>Пищимуха тілько замотав головою і, підвівшись, напрямився виходити.</w:t>
      </w:r>
    </w:p>
    <w:p>
      <w:r>
        <w:br/>
        <w:t>— Нельзя! — заступаючи йому дорогу, вимовив жандарм по-московському і вхопився за піхву шаблюки.</w:t>
      </w:r>
    </w:p>
    <w:p>
      <w:r>
        <w:br/>
        <w:t>— Пусти, пусти!.. Можна, — приказав становий, здержуючись, щоб не зареготати.</w:t>
      </w:r>
    </w:p>
    <w:p>
      <w:r>
        <w:br/>
        <w:t>Жандар одскочив, а Пищимуха, дрібненько ступаючи, мерщій подибав на кухонні двері. Як вийшов Пищимуха, то становий так і залився реготом.</w:t>
      </w:r>
    </w:p>
    <w:p>
      <w:r>
        <w:br/>
        <w:t>— Ну й штукар осей Пищимуха! — промовив він, витираючи платком очі.</w:t>
      </w:r>
    </w:p>
    <w:p>
      <w:r>
        <w:br/>
        <w:t>— Ми сьогодні таки справді добре пообідали, — кажу я становому, щоб вигородити товариша.</w:t>
      </w:r>
    </w:p>
    <w:p>
      <w:r>
        <w:br/>
        <w:t>— Та тож-то й є! Досидівся, що далі вже й нікуди. А нема того, щоб раніше сказати? — промовив становий і знову почав список переглядати.</w:t>
      </w:r>
    </w:p>
    <w:p>
      <w:r>
        <w:br/>
        <w:t>Я мовчки сидів та дослухався, чи швидко вернеться Пищимуха. З ним все-таки було якось охітніше, а без нього — так і здавалося мені, що от-от мій приятель, пан становий, повернеться до мене й почне прохати їхати з ним. А, правду кажучи, мені дуже не хотілося міняти свою теплу й обхідчасту хату на якусь невідому мені квартиру.</w:t>
      </w:r>
    </w:p>
    <w:p>
      <w:r>
        <w:br/>
        <w:t>Коли чую, — щось тупає, тілько наче не одно, а двоє йде. Глянув я — огрядна постать Пищимухи з столової суне, а за ним — ще щось шкряботить. Пищимуха увійшов до нас, і я забачив у столовій Омелька, що з-за стола махав на мене рукою і викивував головою.</w:t>
      </w:r>
    </w:p>
    <w:p>
      <w:r>
        <w:br/>
        <w:t>— Пане! пане! А йдіть лиш сюди! — гука на мене Омелько.</w:t>
      </w:r>
    </w:p>
    <w:p>
      <w:r>
        <w:br/>
        <w:t>— Що тобі? — питаю його.</w:t>
      </w:r>
    </w:p>
    <w:p>
      <w:r>
        <w:br/>
        <w:t>Становий собі повернувся.</w:t>
      </w:r>
    </w:p>
    <w:p>
      <w:r>
        <w:br/>
        <w:t>— Тобі чого треба? — суворо обзвався становий.</w:t>
      </w:r>
    </w:p>
    <w:p>
      <w:r>
        <w:br/>
        <w:t>— Се, — кажу йому, — мій кучер. Чого тобі треба? — знову питаю Омелька.</w:t>
      </w:r>
    </w:p>
    <w:p>
      <w:r>
        <w:br/>
        <w:t>— Та йдіть сюди!.. Маю щось сказати.</w:t>
      </w:r>
    </w:p>
    <w:p>
      <w:r>
        <w:br/>
        <w:t>— Кажи при всіх, а не перешіптуватись будеш! — приказав йому становий.</w:t>
      </w:r>
    </w:p>
    <w:p>
      <w:r>
        <w:br/>
        <w:t>— Та я, бачте, до пана з просьбою... Щоб віддали мені гроші, що я заслужив у їх.</w:t>
      </w:r>
    </w:p>
    <w:p>
      <w:r>
        <w:br/>
        <w:t>— Нащо тобі зараз гроші? — спитався становий.</w:t>
      </w:r>
    </w:p>
    <w:p>
      <w:r>
        <w:br/>
        <w:t>— Та, бачте, стражник каже, що пана вже не одпустять, а заарештують... Хто ж мені тоді гроші віддасть? А їх не мала сума набралася — за півроку зажито! — каже, чухаючись у потилиці, Омелько.</w:t>
      </w:r>
    </w:p>
    <w:p>
      <w:r>
        <w:br/>
        <w:t>У мене так мурав'ї й заходили поза спиною від отих Омелькових речей; аж дух у грудях сперло, в очах пожовтіло!.. "Пропало, — думаю собі, — все пропало!.. Прощай, мій тихий упокою! Уже як стражник казав оте Омелькові, то то вже певно".</w:t>
      </w:r>
    </w:p>
    <w:p>
      <w:r>
        <w:br/>
        <w:t>— Дурний твого стражника піп хрестив, коли він отаке каже! — одказав Омелькові становий.</w:t>
      </w:r>
    </w:p>
    <w:p>
      <w:r>
        <w:br/>
        <w:t>— Може, його й дурний піп хрестив, — не знаю, бо не був при тому; а тілько бачу, що воно не на добро йдеться, бо навіщо ж повнісінький двір стражників нагнали? — каже Омелько.</w:t>
      </w:r>
    </w:p>
    <w:p>
      <w:r>
        <w:br/>
        <w:t>— Не базікай, дурню, та йди звідціля, не перебивай нам діла робити! — скрикнув на нього становий.</w:t>
      </w:r>
    </w:p>
    <w:p>
      <w:r>
        <w:br/>
        <w:t>— Ні, я звідси не піду, поки мені до копієчки не буде заплачено, — рішуче одказав Омелько... Я не за чужим прийшов, а за своїм! — додав він з притиском у голосі.</w:t>
      </w:r>
    </w:p>
    <w:p>
      <w:r>
        <w:br/>
        <w:t>Глянув я, а пан становий все червоніє та червоніє на виду, брови насупились, очі вирячились, — трохи він ними вогню не креше. "Ох, буде ж тепер, — думаю, — Омелькові!" Та, щоб угамувати гнів пана станового, я повернувся до його й почав стиха казати:</w:t>
      </w:r>
    </w:p>
    <w:p>
      <w:r>
        <w:br/>
        <w:t>— Якщо ви дозволите мені взяти в столі гроші, то я йому зараз віддам, щоб його заспокоїти.</w:t>
      </w:r>
    </w:p>
    <w:p>
      <w:r>
        <w:br/>
        <w:t>— Не треба! — сердито відказав становий і, повернувшись до Омелька, ще сердитіше замовив до нього:</w:t>
      </w:r>
    </w:p>
    <w:p>
      <w:r>
        <w:br/>
        <w:t>— Поклич мені зараз того стражника, що оту несенітницю плів тобі!</w:t>
      </w:r>
    </w:p>
    <w:p>
      <w:r>
        <w:br/>
        <w:t>Омелько вертнувся і мерщій зник.</w:t>
      </w:r>
    </w:p>
    <w:p>
      <w:r>
        <w:br/>
        <w:t>— Ох, діла-діла! — зітхнувши і одкидаючись на спинку стула, мовив становий.</w:t>
      </w:r>
    </w:p>
    <w:p>
      <w:r>
        <w:br/>
        <w:t>— Якби мені такого клопоту, то я б і службу залишив! — промовив Пищимуха.</w:t>
      </w:r>
    </w:p>
    <w:p>
      <w:r>
        <w:br/>
        <w:t>— А ще кажуть: що там становому робити? Яка з його робота? Йому нема ніякої роботи! — почав скаржитись становий.</w:t>
      </w:r>
    </w:p>
    <w:p>
      <w:r>
        <w:br/>
        <w:t>Коли се — і Омелько з стражником увіходять.</w:t>
      </w:r>
    </w:p>
    <w:p>
      <w:r>
        <w:br/>
        <w:t>— Я — нічого, ваше високородіє, — одказує той.</w:t>
      </w:r>
    </w:p>
    <w:p>
      <w:r>
        <w:br/>
        <w:t>— Нічого? — перепитав становий. — А не казав ти, що його пана заарештують?</w:t>
      </w:r>
    </w:p>
    <w:p>
      <w:r>
        <w:br/>
        <w:t>— Так тошно... говорив. Но се було в шутку... чтоби, значить, попугать хахла.</w:t>
      </w:r>
    </w:p>
    <w:p>
      <w:r>
        <w:br/>
        <w:t>— Яке там в шутку? Навсправжки казав... От і Параска чула! — увернув Омелько.</w:t>
      </w:r>
    </w:p>
    <w:p>
      <w:r>
        <w:br/>
        <w:t>Пан становий, сердито глянувши на стражника, промовчав і, ковтнувши слину, суворо до його промовив:</w:t>
      </w:r>
    </w:p>
    <w:p>
      <w:r>
        <w:br/>
        <w:t>— Тебе на сторожі поставлено?</w:t>
      </w:r>
    </w:p>
    <w:p>
      <w:r>
        <w:br/>
        <w:t>— Так тошно! — випалив той.</w:t>
      </w:r>
    </w:p>
    <w:p>
      <w:r>
        <w:br/>
        <w:t>— Ну, то й знай своє діло: сторожи, а не розпускай язика! — грізно наказав становий.</w:t>
      </w:r>
    </w:p>
    <w:p>
      <w:r>
        <w:br/>
        <w:t>— Слухаюсь! — одказав стражник.</w:t>
      </w:r>
    </w:p>
    <w:p>
      <w:r>
        <w:br/>
        <w:t>— Іди собі!</w:t>
      </w:r>
    </w:p>
    <w:p>
      <w:r>
        <w:br/>
        <w:t>Стражник, як справжній москаль, на одній нозі крутнувся та й пішов із хати. Омелько зостався.</w:t>
      </w:r>
    </w:p>
    <w:p>
      <w:r>
        <w:br/>
        <w:t>— А ти чого зостався? Іди й ти! — повернувся до нього становий.</w:t>
      </w:r>
    </w:p>
    <w:p>
      <w:r>
        <w:br/>
        <w:t>— То пана, значить, не арештують? — спитався Омелько. — Якщо пан зостанеться дома, то нащо ж мені гроші? їм у їх безпечніше буде!.. Ну, а, звісно, як пана заберете з собою, то краще буде, як гроші будуть при мені. Я їх сам як-небудь приховаю, — базікав Омелько.</w:t>
      </w:r>
    </w:p>
    <w:p>
      <w:r>
        <w:br/>
        <w:t>— Іди, кажу, а не базікай тут! — гукнув на нього становий.</w:t>
      </w:r>
    </w:p>
    <w:p>
      <w:r>
        <w:br/>
        <w:t>— От дивіться, — здивувався Омелько. — Хіба мені довго піти? Ступив раз-два та й вийшов з хати... Мені аби пана мого не зачіпали... Такого пана, як наш, і цілий світ сходи, то не знайдеш... Добрий пан... справедливий! — одно товче Омелько, аж мені ніяково стало від його похвальби.</w:t>
      </w:r>
    </w:p>
    <w:p>
      <w:r>
        <w:br/>
        <w:t>— Ну, та йди вже! — наказує йому становий. — Як скінчимо діло, тоді виясниться, — додав наприкінці.</w:t>
      </w:r>
    </w:p>
    <w:p>
      <w:r>
        <w:br/>
        <w:t>— То тоді мене кликнете? — нерішуче спитався Омелько. — Бо пан хоч і добрий... справедливий пан, а й своїх зажитих грошей жалко...</w:t>
      </w:r>
    </w:p>
    <w:p>
      <w:r>
        <w:br/>
        <w:t>— От причепа! — скрикнув становий. — Йди, кажу, поки в три шия не дали! Покличемо, як треба буде.</w:t>
      </w:r>
    </w:p>
    <w:p>
      <w:r>
        <w:br/>
        <w:t>— І защо його в три шия? Я й сам піду... Мене аби кликнули... щоб значить, моє не пропало... от чого я добиваюся! — виходячи з хати, бубонів сам до себе Омелько.</w:t>
      </w:r>
    </w:p>
    <w:p>
      <w:r>
        <w:br/>
        <w:t>Тілько, що він вийшов і пан становий знову почав вичитувати мій список, як знову до нас донеслося чиєсь нестямне верещання.</w:t>
      </w:r>
    </w:p>
    <w:p>
      <w:r>
        <w:br/>
        <w:t>— Пусти, кажу! Бодай тебе чортяка отак цупив, як ти мене цупиш! — лементував надворі різучий жіночий голос.</w:t>
      </w:r>
    </w:p>
    <w:p>
      <w:r>
        <w:br/>
        <w:t>— Нельзя! Сказано тебе: нельзя! Не велено нікого пускать, — чувся другий — чоловічий.</w:t>
      </w:r>
    </w:p>
    <w:p>
      <w:r>
        <w:br/>
        <w:t>— Хто ж не велів? Хто не велів? — ще з більшим притиском желіпав жіночий.</w:t>
      </w:r>
    </w:p>
    <w:p>
      <w:r>
        <w:br/>
        <w:t>— Хто б не звелів, а сказано тебе: нельзя, значит — нельзя! Не пущу! — рішуче гукав чоловічий.</w:t>
      </w:r>
    </w:p>
    <w:p>
      <w:r>
        <w:br/>
        <w:t>Ми всі насторочились. Що воно за змагання і хто б це такий добивався сюди?</w:t>
      </w:r>
    </w:p>
    <w:p>
      <w:r>
        <w:br/>
        <w:t>— А піди дізнайся, що воно там таке? — наказав пан становий жандармові. Тілько що той порвався було іти і забрязкотів острогами, як двері в столову розчинилися і в їх трохи не разом вскочили: наша шептуха — баба Горпиниха, а за нею стражник, що надержував її ззаду за край кожушанки. Горпиниха, держачи в одній руці щось кругле, зв'язане у хустину, другою рукою вхопилася за одвірки і, з усієї сили напружуючись, тягла стражника за собою.</w:t>
      </w:r>
    </w:p>
    <w:p>
      <w:r>
        <w:br/>
        <w:t>— Стій, бабо, стій! — наставляючи проти неї руки, запинив їй дорогу жандар. Побачивши перепону спереду, стражник випустив з рук край кожушанки баби Горпинихи, а та, поточившись, так і вскочила в жандармові обійми. Пищимуха не видержав і на всю хату зареготався, і я, ледве здержував себе, щоб не сміятися; другий жандар, що стояв біля дверей, теж грав очима. Один тілько пан становий був спокійний і рішучий, хоч би довелося і смерть прийняти.</w:t>
      </w:r>
    </w:p>
    <w:p>
      <w:r>
        <w:br/>
        <w:t>— Моя ти матінко! — скрикнула баба Горпиниха, — одного ірода здихалася, другому у лабети піймалася! Бий вас сила божа!.. Згинь, сатано! Щезни! Пропади... Тьфу! Тьфу! Тьфу! — спльовувала баба Горпиниха.</w:t>
      </w:r>
    </w:p>
    <w:p>
      <w:r>
        <w:br/>
        <w:t>— А що тобі, бабо, тут треба? — виходячи на поріг кабінету, спитався її пан становий.</w:t>
      </w:r>
    </w:p>
    <w:p>
      <w:r>
        <w:br/>
        <w:t>Як угледіла баба Горпиниха станового, то відразу її обличчя так і заграло радістю, немов вона рідного батька побачила.</w:t>
      </w:r>
    </w:p>
    <w:p>
      <w:r>
        <w:br/>
        <w:t>— Здоровенькі були, наш начальник і благодітель! — замовила вона, низько уклоняючись становому. — Прикажіть ради самого Христа-спаса, щоб осі гнобителі, — бодай вони шибениці не минули! — не знущалися з баби Горпинихи. Що я їм такого зробила? З чим лихим удалася сюди, що вони мене не пускають? Я до свого пана, — дай йому, господи, віку довгого та життя доброго! — йшла. А він — отой прудиус, — і вона махнула рукою в той бік, де стояв стражник, — в одну шкуру: не пушу!.. Я — вперед, а він — за мною; та вхопив мене, як той рябко, — звиніть, що скажу, — за край кожушанки, та й тягне назад, не пускає!</w:t>
      </w:r>
    </w:p>
    <w:p>
      <w:r>
        <w:br/>
        <w:t>— Бабо, бабо! Так не можна на стражника казати, — почав її остерігати становий. — Який він рябко? Рябком тілько собаку звуть, а він — стражник... законом наставлений на те, щоб за порядком слідити... Він ваш начальник.</w:t>
      </w:r>
    </w:p>
    <w:p>
      <w:r>
        <w:br/>
        <w:t>— Який він начальник, коли він тілько й зна, що чіплятися до всякого? — заперечила баба Горпиниха. — Ви у нас начальник! Ви — і розпитаєте, ви — і розсудите, як слід... А він?.. Ох дайте хоч одсапнути! дайте хоч одпочити! А то ж так заморив, так заморив, що й духу нестає! — заскаржилася баба Горпиниха, позираючи кругом себе, де б його сісти і, набачивши першого стула та не питаючи нікого, — прямісінько так і повалилася на його.</w:t>
      </w:r>
    </w:p>
    <w:p>
      <w:r>
        <w:br/>
        <w:t>— Спочинь, спочинь, бабо, та й розкажеш, чого прийшла сюди, — каже їй становий. — А ти — повернувся він до стражника, — іди справляти своє діло.</w:t>
      </w:r>
    </w:p>
    <w:p>
      <w:r>
        <w:br/>
        <w:t>Стражник вийшов, і жандар знову став на своє місце біля одвірків, а пан становий походив, походив по кабінету і сів на свого стула. Баба Горпиниха сиділа у столовій і важко одсапувалась.</w:t>
      </w:r>
    </w:p>
    <w:p>
      <w:r>
        <w:br/>
        <w:t>— Осе таке! — розмовляла сама з собою. — І не думалося такої напасти зажити!.. Хоч би приснилося що таке, що помітку дало б про напасть... І не сталося ж нічого, а от — дивись ти!</w:t>
      </w:r>
    </w:p>
    <w:p>
      <w:r>
        <w:br/>
        <w:t>— Напасть, бабо, не по дереву ходить, а по людях! — промовив до неї Пищимуха.</w:t>
      </w:r>
    </w:p>
    <w:p>
      <w:r>
        <w:br/>
        <w:t>— Що кажете таке? — не вчувши, запитала баба і, уставши з стула, напрямилася до нас іти. Жандар порвався було їй дорогу заступити, та пан становий зупинив.</w:t>
      </w:r>
    </w:p>
    <w:p>
      <w:r>
        <w:br/>
        <w:t>— Пусти, пусти бабу. Хай скоріше розкаже, чого їй треба, та мерщій і йде собі, — сказав він.</w:t>
      </w:r>
    </w:p>
    <w:p>
      <w:r>
        <w:br/>
        <w:t>Баба Горпиниха, човгаючи по долівці ногами і поправляючи очіпка на голові, увійшла до нас.</w:t>
      </w:r>
    </w:p>
    <w:p>
      <w:r>
        <w:br/>
        <w:t>— Ну, кажи, чого тобі треба? — попитав її становий.</w:t>
      </w:r>
    </w:p>
    <w:p>
      <w:r>
        <w:br/>
        <w:t>— Та чого ж мені треба? — перепитала баба Горпиниха. — До пана мені треба. Пріську-московку знаєте? — приступаючи до станового, мовила вона.</w:t>
      </w:r>
    </w:p>
    <w:p>
      <w:r>
        <w:br/>
        <w:t>— Яку Пріську-московку? — спитався становий.</w:t>
      </w:r>
    </w:p>
    <w:p>
      <w:r>
        <w:br/>
        <w:t>— От тобі й забули! — здивувалася баба... — Товсту таку та дебелу: як іде, то під нею аж земля двигтить!.. Чорнобрива та кароока, а на обличчя — як на кір горить! Її чоловіка у москалі взято, а їй той рік бог сина дав.</w:t>
      </w:r>
    </w:p>
    <w:p>
      <w:r>
        <w:br/>
        <w:t>— Від того, може, що журилася дуже за чоловіком? — лукаво моргнувши оком, спитався становий. Баба єхидно усміхнулася і нащось витерла пальцями куточки свого рота.</w:t>
      </w:r>
    </w:p>
    <w:p>
      <w:r>
        <w:br/>
        <w:t>— Та, може, й від того! Хіба воно не горенько молодій та при здоров'ї жінці зостатися самій без чоловіка?.. От мені дивно, що ви її не пам'ятаєте? — знову вона повернула на своє. — А вона вас добре знає. Якось ви одного разу запізнилися по службі та й зосталися переночувати у волості... Вона либонь тоді і приходила до вас...</w:t>
      </w:r>
    </w:p>
    <w:p>
      <w:r>
        <w:br/>
        <w:t>— Ти казна-чого не плещи, а кажи діло! — замовив до неї становий, коли побачив, що баба Горпиниха чогось затнулася.</w:t>
      </w:r>
    </w:p>
    <w:p>
      <w:r>
        <w:br/>
        <w:t>— Розпитатися у вас, чи не чутно що про її чоловіка, — похопилась баба. — "Увічливий, — каже, — такий отой пан становий, — пошли йому, боже, доброго здоров'я!.. Почала я, — каже, скаржитися на своє гірке життя, що і запасу нема ніякого, і заробити нігде... І що б же ви, — каже, — думали?.. Корбованця дав! — скрикнула баба.</w:t>
      </w:r>
    </w:p>
    <w:p>
      <w:r>
        <w:br/>
        <w:t>— Та кажи вже діло! — перебив її сердито пан становий.</w:t>
      </w:r>
    </w:p>
    <w:p>
      <w:r>
        <w:br/>
        <w:t>— Ну, так ота Пріська-московка та візьми і занедужай... бог його знає, що з нею сталося таке!.. Милісінька, здоровісінька була, а то зразу — і ноги ломить, і руки зводить, а в животі, — то вибачте, що скажу, — як корова реве!.. А я... та ви ж таки знаєте, що я цьому горенькові трохи допомагаю... Ото вона прислала старшу дівчинку по мене... "Будь ласка, — каже, — бабусю, прийдіть та допоможіть матері, — криком кричать на всю хату!" Ну, звісно, як же мені не піти? — Пішла я з дівчиною. Увійшла в хату, а вона, нещасна, на полу в'ється та криком кричить! От я і почала її відчитувати... Вичитаю од перестріту — не бере, зачала від уроків — не помагає... А вона, нещасна, трохи на стіну не випинається... І-і-і, лишенько! Що ж тобі, — думаю, — робити! Скинула я горщичок... запарку заварила. Почала утихати моя молодиця... "Ну, слава тобі, господи! — думаю. — Значить, натрапила на слід..." Підождала я трохи, питаю: А що тобі? — "Ох, — каже, — спасибі вам, бабусю, від живота одійшло, та до серця доступило... так пече, так пече!.." — Потерпи ж, — кажу я їй, — трохи. Побіжу я ще до свого пана, у нього, — дай йому господи здоров'я! — усякого лікарственного запасу багато: і масті всякої, і капельок... Попрошу я в нього капельок від серця. Та се кажучи, узяла оце горщатко, — при сьому слові баба Горпиниха показала горщатко, зав'язане в хустку, — та — хаміль — і поспішаю сюди. Приходю, значить, у двір і байдуже собі... Знаю, що у пана собак немає... чимчикую двором до хати. Коли це — де не возьмись отой страждальник, чи як ви його там величаєте, — що від його нікому просвітку немає! — та до мене. — "Ти, — пита, — куди?". — А тобі, — одказую йому, — яке діло? Ти й сюди забрався? На підслухи ходиш?.. Ось я, — хвалюся йому, — панові скажу. Може, у три шия заробиш, щоб по чужих дворах нічної доби не тинявся! — "Не тобі, — одказує мені, — старий шкарбуне, розсуждати, чого я тут. Вертай назад!" — То, — кажу йому, — дурне: не до тебе я прийшла, не тобі мене й завертати. — "Сюди, — каже, — нельзя. Нікого не велено пущати". — Цур, дурню, — одказую йому, — і масла грудка! До нашого пана завжди вільний доступ, — хоч удень, хоч вночі! — "Був, — каже, — колись вільний, та не тепер... Ось ми, — каже, — твоєму панові позбавимо волі, а то він носиться з нею, як з писаною торбою!..." Плеще мені таке дурне, що й на голову не злізе, що й слухати гидко. Ну, я, щоб не змагатися з дурнем, — від його мерщій та і йду собі швиденько. А він за мною, та — хіп! ззаду за кожушанку. Учепився, наче рябко зубами. Я пнуся вперед, а він тягне назад... "Що його, — думаю, — з такою нахабою робити?" Та й замахнулася на нього оцим горщатком... А він як скрикне: бонба! да аж до землі присів і випустив мене.</w:t>
      </w:r>
    </w:p>
    <w:p>
      <w:r>
        <w:br/>
        <w:t>Тут Пищимуха на всю хату зареготався. Узяли і мене смішки. Дивлюся, — жандарі собі очима грають, а пан становий, здержуючись від реготу, тілько чмиха. Баба Горпиниха собі засміялася і всіх обвела очима.</w:t>
      </w:r>
    </w:p>
    <w:p>
      <w:r>
        <w:br/>
        <w:t>— Та як, як, бабо, назвав стражник ваше горщатко? — запитав, регочучись, Пищимуха.</w:t>
      </w:r>
    </w:p>
    <w:p>
      <w:r>
        <w:br/>
        <w:t>— А я почім знаю, як він його назвав? Він його ніяк не називав. Скрикнув тілько "бонба"! та й пустив мене. Я тоді — дай боже ноги. Та мерщій до дверей. А він знову підвівся та ще дужче — за мною! Ну, я вже тут ускочила в сіни. У сінях він мене знову піймав за кожушанку... Цупить назад. "Ні, тут уже, — думаю, — не покуриш!" Ухопилася я чимдуж за одвірки, мерщій розчинила в хату двері та й його потягла за собою... Ото ми і вскочили обоє... Так отака мені, бачите, причина з отим бісовим страждальником, щоб йому добра не було!</w:t>
      </w:r>
    </w:p>
    <w:p>
      <w:r>
        <w:br/>
        <w:t>— Бабо, бабо! Ти казна-чого не плещи... не лайся, — зупинив її пан становий.</w:t>
      </w:r>
    </w:p>
    <w:p>
      <w:r>
        <w:br/>
        <w:t>— Як же його не лаяти, як він, наче та собака, причепився? Якби, — поздоров, боже! — не ви, наш начальник і захисник, то прийшлося бідній бабі хоч пропадати!.. Я ж, — як от ви самі бачите, — за ділом ішла, щоб людині допомогти, а він — учепився та й учепився, щоб за нього все лихо отак чіплялося! — невгавала баба Горпиниха.</w:t>
      </w:r>
    </w:p>
    <w:p>
      <w:r>
        <w:br/>
        <w:t>— Ну, добре, добре!.. Чули вже се, чули, — знову перепинив її становий. — Справляй мерщій своє діло та йди собі, бо в нас теж діло. Ніколи.</w:t>
      </w:r>
    </w:p>
    <w:p>
      <w:r>
        <w:br/>
        <w:t>— Та я ж осе до нашого пана з поклоном. Будь ласка, паночку, зарятуйте... Дайте капельок, — повернулася баба Горпиниха до мене.</w:t>
      </w:r>
    </w:p>
    <w:p>
      <w:r>
        <w:br/>
        <w:t>— Яких же вам капельок треба? — питаю її.</w:t>
      </w:r>
    </w:p>
    <w:p>
      <w:r>
        <w:br/>
        <w:t>— Від серця, паночку! Що колись ви Дульчисі давали... це, здається, було торік, у петрівку... Пахучі такі, м'ятою пахнуть, — доводила мені баба.</w:t>
      </w:r>
    </w:p>
    <w:p>
      <w:r>
        <w:br/>
        <w:t>— Та то ж, бабо, не від серця, а від живота... як у кого живіт заболить... різачка нападе, — кажу я їй.</w:t>
      </w:r>
    </w:p>
    <w:p>
      <w:r>
        <w:br/>
        <w:t>— Чи чуєте, паночку? Хіба ж воно не все рівно?.. — Від живота ж і до серця доходить. Що живіт, що серце — то все ж воно вкупі... Одному допомогло — і другому допоможе!</w:t>
      </w:r>
    </w:p>
    <w:p>
      <w:r>
        <w:br/>
        <w:t>— Та давайте вже їй і м'ятних, і гофманських, — повернувся до мене пан становий... — Се самі і є капельки жіночі! — додав він.</w:t>
      </w:r>
    </w:p>
    <w:p>
      <w:r>
        <w:br/>
        <w:t>— Се отих біленьких... кріпких? — спиталася баба Горпиниха, радіючи, що їй нагадали, як зовуться крапельки. — І-і-і, що за добрі оті гофманські каплі... цілющі! Якщо ваша ласка, то всипте і їх трохи, — повернулася вона знову до мене.</w:t>
      </w:r>
    </w:p>
    <w:p>
      <w:r>
        <w:br/>
        <w:t>Якби ся розмова з бабою була сам-на-сам, то я б її добірніше розпитався, чим занедужала боляща, та тоді і дав би тих ліків, які признавав найцілющими; а як осе все лучилося випадково, та ще в такій скруті, — то я, не вагаючись, мерщій одсипав у невеличкі пляшечки і м'ятних, і гофманських капель, як раяв і пан становий, — бо був певний, що вже не порає чого лихого — та й віддав бабі, додавши: "Більше не давайте за раз як по п'ятнадцять капель".</w:t>
      </w:r>
    </w:p>
    <w:p>
      <w:r>
        <w:br/>
        <w:t>Баба аж у ноги поклонилася та дякує:</w:t>
      </w:r>
    </w:p>
    <w:p>
      <w:r>
        <w:br/>
        <w:t>— Пошли вам боже та пречиста мати всього доброго, як ви отакі добрі до нас!</w:t>
      </w:r>
    </w:p>
    <w:p>
      <w:r>
        <w:br/>
        <w:t>— Та годі вже тобі дякувати та поклони бити. Іди мерщій від нас! — каже їй становий.</w:t>
      </w:r>
    </w:p>
    <w:p>
      <w:r>
        <w:br/>
        <w:t>— Надокучила? Вибачте дурній бабі, що забарила вас, наш начальнику і пораднику!.. Піду. Зараз піду... Дайте тілько пляшечки приховаю, щоб не розгубити, бува, по темноті. — І, це кажучи, баба Горпиниха почала при нас розстьобуватися, та, висмикнувши пазуху з сорочки, почала закручувати в неї оті пляшечки.</w:t>
      </w:r>
    </w:p>
    <w:p>
      <w:r>
        <w:br/>
        <w:t>— Та геть собі, бісова бабо! Ти ще отут при нас і роздягатися почнеш — скрикнув на неї пан становий.</w:t>
      </w:r>
    </w:p>
    <w:p>
      <w:r>
        <w:br/>
        <w:t>— Не зналася, паноченьку, ніколи з ними не при хаті їх згадуючи! — затанцювала баба, застібуючись, і підтюпцем вибігла з кабінету.</w:t>
      </w:r>
    </w:p>
    <w:p>
      <w:r>
        <w:br/>
        <w:t>— Се ще гірше від отого вашого... причепи!.. Таку тілько пусти, то не знатимеш, як і здихатися, — мовив до нас становий. — Недаром її і стражник не пускав... Се, видно, та баба, що чорт їй на махових вилах чоботи подавав, як писав колись Олекса Стороженко... Ото хто писав, так писав!.. Не теперішніх писак! — похвалився він, якось лукаво дивлячись на Пищимуху.</w:t>
      </w:r>
    </w:p>
    <w:p>
      <w:r>
        <w:br/>
        <w:t>— А ви і Стороженка читали? — спитався його той.</w:t>
      </w:r>
    </w:p>
    <w:p>
      <w:r>
        <w:br/>
        <w:t>— О-го! У мене ціла книжка його писань є, — почав був становий, та затнувся, бо тут саме баба Горпиниха знову до нас повернулася.</w:t>
      </w:r>
    </w:p>
    <w:p>
      <w:r>
        <w:br/>
        <w:t>— Вибачте, добродію, що перебиваю вас... Накажіть кому-небудь провести мене від отого сибірника... чи то пак, — при сьому слові баба Горпиниха сплюнула і докінчила, — страждальника... Бо він за мене знову вчепиться, як учепився було тоді, як сюди йшла! Пан становий спершу аж зубами заскреготав, а потім усміхнувся, рукою махнув і наказав жандареві провести бабу аж за ворота.</w:t>
      </w:r>
    </w:p>
    <w:p>
      <w:r>
        <w:br/>
        <w:t>— Спасибі вам! Спасибі. Пошли вам, боже, всього, чого тільки жадаєте, — і грошей з кухву, і почоту з оберемок, і на шию медалю з хрестом! А тому сибірнику — отаку болячку на саму пику! — показуючи кулака, заторохтіла баба Горпиниха, виходячи з хати.</w:t>
      </w:r>
    </w:p>
    <w:p>
      <w:r>
        <w:br/>
        <w:t>— От загаяла, бісова баба! — мовив становий. — А ще кажуть, що в станового немає діла? З однією отакою бабою скілько мороки набралися?.. Ну й служба? І-і-і — й служба каторжна!.. Одні вибори чого стояли?.. Слава богові, що вони так скінчилися... А якби ліві вскочили? — сказав він і очі зажмурив.</w:t>
      </w:r>
    </w:p>
    <w:p>
      <w:r>
        <w:br/>
        <w:t>— Може, і справді бабине жадання збудеться... медаля з хрестом заблищить на шиї? — обізвався до нього Пищимуха, моргнувши до мене оком.</w:t>
      </w:r>
    </w:p>
    <w:p>
      <w:r>
        <w:br/>
        <w:t>— Ой, не лукавничайте!.. Хіба ви думаєте, що я не бачу, як ви моргаєте? — повернувся до нього пан становий.</w:t>
      </w:r>
    </w:p>
    <w:p>
      <w:r>
        <w:br/>
        <w:t>— Я? — злякано спитався Пищимуха... — То в мене звичка така, — поправився він далі: — і усом моргаю, і бровами поводю...</w:t>
      </w:r>
    </w:p>
    <w:p>
      <w:r>
        <w:br/>
        <w:t>— Ка-ажіть!.. А я добре знаю, що сьогоднішні вибори вам у печінках сидять, — усміхнувшись, каже становий.</w:t>
      </w:r>
    </w:p>
    <w:p>
      <w:r>
        <w:br/>
        <w:t>— Аж нічогісінько. — одмовив Пищимуха, похнюпившись. — І чого б їм у ті печінки лізти?</w:t>
      </w:r>
    </w:p>
    <w:p>
      <w:r>
        <w:br/>
        <w:t>— А от, бачте, і полізли, — граючи очима, мовив становий. — Та буде базікати. Ну, ще знову за діло, — додав він і, перегорнувши чимало листочків, почав знову мій список читати.</w:t>
      </w:r>
    </w:p>
    <w:p>
      <w:r>
        <w:br/>
        <w:t>* * *</w:t>
      </w:r>
    </w:p>
    <w:p>
      <w:r>
        <w:br/>
        <w:t>Довго він вичитував та перечитував; то перегортав декілька листочків, не перечитавши, то знову вертався назад і читав часом уже й читане. Ми з Пищимухою мовчки сиділи, переглядаючись коли-не-коли один з другим. Жандари стояли, як верстви, коло дверей і сонними очима дивилися на нас... Тихо, сумно, сонно... Хіба жандар, цокнувши острогами, порушить оту сонну тишу або замутить ті лопотання перегортуваних листочків.</w:t>
      </w:r>
    </w:p>
    <w:p>
      <w:r>
        <w:br/>
        <w:t>Пищимуха уже декілька разів позіхнув на всю хату.</w:t>
      </w:r>
    </w:p>
    <w:p>
      <w:r>
        <w:br/>
        <w:t>— Спати хочеться? — питав його становий.</w:t>
      </w:r>
    </w:p>
    <w:p>
      <w:r>
        <w:br/>
        <w:t>— Та вже котить на сон. Мабуть, пізня доба? — спитався Пищимуха.</w:t>
      </w:r>
    </w:p>
    <w:p>
      <w:r>
        <w:br/>
        <w:t>І я, і становий разом полізли до своїх дзиґарів.</w:t>
      </w:r>
    </w:p>
    <w:p>
      <w:r>
        <w:br/>
        <w:t>— Ого-о! Он скілько часу згаяли, уже до півночі добирається, — мовив, одкидаючись на спинку стула, становий і, подумавши, додав: — Знаєте що? Тут, мабуть, скілько не читай оцей список, то все одно... Не буду я його тепереньки дочитувати, а візьму з собою додому та дома дочитаю. Ви згодні на се? — повернувся він до мене.</w:t>
      </w:r>
    </w:p>
    <w:p>
      <w:r>
        <w:br/>
        <w:t>— Ваша воля — ваша й сила! — одказав покірно я.</w:t>
      </w:r>
    </w:p>
    <w:p>
      <w:r>
        <w:br/>
        <w:t>— Та воля — то моя... А я вас питаю, чи згодні?</w:t>
      </w:r>
    </w:p>
    <w:p>
      <w:r>
        <w:br/>
        <w:t>— Якщо не довго будете держати у себе — то згодний, — одказав я.</w:t>
      </w:r>
    </w:p>
    <w:p>
      <w:r>
        <w:br/>
        <w:t>— Держатиму, скілько буде треба, — неласково мовив становий. — Не можу ж я зараз всю оцю книжку перечитати. У мене не одно ваше діло, а може — десятеро, та ще й важніших, ніж ваше!</w:t>
      </w:r>
    </w:p>
    <w:p>
      <w:r>
        <w:br/>
        <w:t>Дивлюся — Пищимуха на мене і усом моргає, і очима доводе, — згоджуйся, мов.</w:t>
      </w:r>
    </w:p>
    <w:p>
      <w:r>
        <w:br/>
        <w:t>— Згоден, — відказав я.</w:t>
      </w:r>
    </w:p>
    <w:p>
      <w:r>
        <w:br/>
        <w:t>— Ну, добре! Ми так і зробимо, — каже становий. — Список з собою візмемо, а шафу з книжками обведемо вірьовочкою та й запечатаємо.</w:t>
      </w:r>
    </w:p>
    <w:p>
      <w:r>
        <w:br/>
        <w:t>— А як мені якої книжки буде треба? — угинаючись, замовив я.</w:t>
      </w:r>
    </w:p>
    <w:p>
      <w:r>
        <w:br/>
        <w:t>— Та ви ж їх усі перечитали, і так добре пам'ятаєте. Навіщо вони вам здалися? — спитав становий.</w:t>
      </w:r>
    </w:p>
    <w:p>
      <w:r>
        <w:br/>
        <w:t>— Іноді справитись треба, — кажу я.</w:t>
      </w:r>
    </w:p>
    <w:p>
      <w:r>
        <w:br/>
        <w:t>— Пусте! — рішуче одказав становий. — Із справкою й пождати можна. Се діло не казенне, що його у строк зроби, а по змозі та охоті... Підожде! — рішив за мене становий і, вставши з стула, почав потягатися та розправляти спину.</w:t>
      </w:r>
    </w:p>
    <w:p>
      <w:r>
        <w:br/>
        <w:t>— А тепер треба ще ваші папери у столі переглянути. Одсувайте шухлядки! — додав мені.</w:t>
      </w:r>
    </w:p>
    <w:p>
      <w:r>
        <w:br/>
        <w:t>Я одімкнув одну, висунув.</w:t>
      </w:r>
    </w:p>
    <w:p>
      <w:r>
        <w:br/>
        <w:t>— Тут, — доводжу йому, — розхожі гроші.</w:t>
      </w:r>
    </w:p>
    <w:p>
      <w:r>
        <w:br/>
        <w:t>— Не треба! — мовив становий. Не гроші лічити ми до вас прийшли.</w:t>
      </w:r>
    </w:p>
    <w:p>
      <w:r>
        <w:br/>
        <w:t>— Звісно, — одказую. — Я покажу вам усе, щоб ви побачили, що у мене немає нічого такого, з чим треба критися.</w:t>
      </w:r>
    </w:p>
    <w:p>
      <w:r>
        <w:br/>
        <w:t>— Се добре, що у вас нічого такого немає. І я, правду кажучи, певний у тому. А треба подивитися, бо начальство приказало.</w:t>
      </w:r>
    </w:p>
    <w:p>
      <w:r>
        <w:br/>
        <w:t>— Твори волю пославшого мя! — увернув Пищимуха. Становий не звернув на те ніякої уваги. Він повернувся до мене.</w:t>
      </w:r>
    </w:p>
    <w:p>
      <w:r>
        <w:br/>
        <w:t>— Ну, другу одмикайте.</w:t>
      </w:r>
    </w:p>
    <w:p>
      <w:r>
        <w:br/>
        <w:t>Одімкнув я і другу. Висунув. Там лежали важні папери, а зверху велика книжка в палітурках.</w:t>
      </w:r>
    </w:p>
    <w:p>
      <w:r>
        <w:br/>
        <w:t>— А се що за книжка? — витягаючи її, спитався становий.</w:t>
      </w:r>
    </w:p>
    <w:p>
      <w:r>
        <w:br/>
        <w:t>— Се — щоденник, — одказав я. — Тут і прибутки усякі записані, і щот розходу ведеться... Іноді думка яка набіжить, — і її писнеш, щоб не забути, — доводжу йому.</w:t>
      </w:r>
    </w:p>
    <w:p>
      <w:r>
        <w:br/>
        <w:t>— Се цікава книжка. Ми і її візьмемо... Треба довідатись, які-то набігають думки, у вільного чоловіка, що йому нема обов'язкової роботи, — мовив становий — У мене теж отих думок находить сила.. Найпаче тоді, як ідеш... Оже ніколи їх списувати.</w:t>
      </w:r>
    </w:p>
    <w:p>
      <w:r>
        <w:br/>
        <w:t>— Та й безпечніше! — увернув Пищимуха.</w:t>
      </w:r>
    </w:p>
    <w:p>
      <w:r>
        <w:br/>
        <w:t>— І то правда! — згодився становий. — А то що за бомаги під книжкою? — запитав мене.</w:t>
      </w:r>
    </w:p>
    <w:p>
      <w:r>
        <w:br/>
        <w:t>— То, — кажу йому, — моє писання, що до газет колись засилалось.</w:t>
      </w:r>
    </w:p>
    <w:p>
      <w:r>
        <w:br/>
        <w:t>— Печатались? — спитав становий.</w:t>
      </w:r>
    </w:p>
    <w:p>
      <w:r>
        <w:br/>
        <w:t>— Були такі, що й печатались; а другі — з редакцій повертано, бо непідхожі здалися.</w:t>
      </w:r>
    </w:p>
    <w:p>
      <w:r>
        <w:br/>
        <w:t>Становий, не витягуючи паперів з шухлядки, узяв їх за один край і, піднявши вгору, почав по листочку наниз у шухлядку спускати.</w:t>
      </w:r>
    </w:p>
    <w:p>
      <w:r>
        <w:br/>
        <w:t>— І се цікаво б прочитати та... буде й того, що взято! Засувайте і сю, — рішив він.</w:t>
      </w:r>
    </w:p>
    <w:p>
      <w:r>
        <w:br/>
        <w:t>Висунув я третю.</w:t>
      </w:r>
    </w:p>
    <w:p>
      <w:r>
        <w:br/>
        <w:t>— А се, — доводжу, — документи всякі: то про службу, то на землю.</w:t>
      </w:r>
    </w:p>
    <w:p>
      <w:r>
        <w:br/>
        <w:t>— Засувайте! — не дивлячись, одказав становий. — І більше в столі немає нічого?</w:t>
      </w:r>
    </w:p>
    <w:p>
      <w:r>
        <w:br/>
        <w:t>— Більше, — кажу йому, — нема нічого.</w:t>
      </w:r>
    </w:p>
    <w:p>
      <w:r>
        <w:br/>
        <w:t>— То подивимось ще по других хатах. Треба, знаєте, щоб усе було переглянуто... для порядку! — додав він.</w:t>
      </w:r>
    </w:p>
    <w:p>
      <w:r>
        <w:br/>
        <w:t>Пішли ми по других хатах. Розглядали шафу з усяким збіжжям, шаруділи й поза шафою, обдивлялися всі куточки. Завернули у кухню, під подом печі переглянули дрова, і в піч заглянули на велике диво Парасці; навіть прикомірок біля кухні обдивились... Ніде нічого не знайшли такого, щоб звернуло на себе увагу пана станового.</w:t>
      </w:r>
    </w:p>
    <w:p>
      <w:r>
        <w:br/>
        <w:t>— Здається, чисто все обдивилися? — спитав він, поглядаючи на жандарів. — Хіба ще в сараї та конюшні? — додав і, трохи подумавши та махнувши рукою, вимовив: — Та не варт холодитись! Хай уже сей гріх на моїй душі буде... Певно в сараї та конюшні нічого немає, опріч скоту та хазяйського запасу?</w:t>
      </w:r>
    </w:p>
    <w:p>
      <w:r>
        <w:br/>
        <w:t>— Не повинно б бути, — одказав я. — Проте, як я не знаю, чого ви шукаєте, то певно і не можу сказати, чи є те, чого вам треба.</w:t>
      </w:r>
    </w:p>
    <w:p>
      <w:r>
        <w:br/>
        <w:t>— Чого нам треба? — перепитав становий і, почухавши зігнуто серединою свого пальця носа, додав: — Мало чого є на світі капосного? Оте капосне і шукаємо. Та у вас, певно, нічого капосного немає?</w:t>
      </w:r>
    </w:p>
    <w:p>
      <w:r>
        <w:br/>
        <w:t>— Здається, немає, — одказав я.</w:t>
      </w:r>
    </w:p>
    <w:p>
      <w:r>
        <w:br/>
        <w:t>— Та годі! — рішуче мовив становий. — Будемо протокола писати.</w:t>
      </w:r>
    </w:p>
    <w:p>
      <w:r>
        <w:br/>
        <w:t>Вернулися ми знову до кабінету, де становий написав протокола, в якому зазначив, що "по самому тщательному обыску ничего подозрительного найдено не было", а в кінці додав: "Список книжок, опечатанных в шкафе должностною печатью и книжка под заглавием "Дневник", впредь до полного ознакомления с этими бумагами присоединены к протоколу".</w:t>
      </w:r>
    </w:p>
    <w:p>
      <w:r>
        <w:br/>
        <w:t>— Що, се вас задовольняє? — попитав він мене.</w:t>
      </w:r>
    </w:p>
    <w:p>
      <w:r>
        <w:br/>
        <w:t>— Зовсім, — покірно одказав я йому. — Ну, то будемо підписувати.</w:t>
      </w:r>
    </w:p>
    <w:p>
      <w:r>
        <w:br/>
        <w:t>Він підписав перший, потім дав мені, як винуватому, підписати, а далі посунув Пищимусі.</w:t>
      </w:r>
    </w:p>
    <w:p>
      <w:r>
        <w:br/>
        <w:t>— Отут, — показуючи пальцем на місце, нижче мого підпису, — пишіть так: понятий... своє званіє... ім'я... як по батькові величають, а на кінці — хвамілію...</w:t>
      </w:r>
    </w:p>
    <w:p>
      <w:r>
        <w:br/>
        <w:t>— Доводилось уже в таких бувальцях бути! — одказав Пищимуха і, вимахуючи пером, швидко писав усе, що йому було паном становим наказано, а наприкінці закрутив такого штучного крюка, неначе павук сітку сплів, та ще задля чогось посеред сітки і точку чималу поставив.</w:t>
      </w:r>
    </w:p>
    <w:p>
      <w:r>
        <w:br/>
        <w:t>— Та ви добренно пишете! — здивувався становий.</w:t>
      </w:r>
    </w:p>
    <w:p>
      <w:r>
        <w:br/>
        <w:t>— Навчився, писарюючи колись у волості, — одказав Пищимуха. — А сей крюк, бачите, і саму хвамілію пояснює: осе, значить, у павутину заплуталася муха та й пищить... От вам і Пищимуха!</w:t>
      </w:r>
    </w:p>
    <w:p>
      <w:r>
        <w:br/>
        <w:t>Становий зареготався, сховав протокола з моїми книжками у якісь палітурки, зав'язав усе те гарненько навхрест міцною вірьовочкою і, попрощавшись з нами як слід, незабаром поїхав зо своєю юрбою.</w:t>
      </w:r>
    </w:p>
    <w:p>
      <w:r>
        <w:br/>
        <w:t>* * *</w:t>
      </w:r>
    </w:p>
    <w:p>
      <w:r>
        <w:br/>
        <w:t>Як вернувся я в хату, вирядивши нежданих гостей, то побачив, що Пищимуха, заклавши руки за спину, ходив по столовій з одного кутка в другий.</w:t>
      </w:r>
    </w:p>
    <w:p>
      <w:r>
        <w:br/>
        <w:t>— От вам і поцілунок! — не то з жартом, не то з докором стрів він мене. — Отакі завжди пана станового поцілунки бувають. Добрі, нічого сказать, поцілунки! — додав, усміхаючись.</w:t>
      </w:r>
    </w:p>
    <w:p>
      <w:r>
        <w:br/>
        <w:t>— Чого ж ви регочете? — спитав я його.</w:t>
      </w:r>
    </w:p>
    <w:p>
      <w:r>
        <w:br/>
        <w:t>— Приятель, значить... давній приятель, як ви його величаєте... От вам і приятели! От вам і поцілунок! — насміхається Пищимуха. — Від такого приятеля поли вріж та тікай, а ви з його приятельством носитесь, як циган з писаною торбою.</w:t>
      </w:r>
    </w:p>
    <w:p>
      <w:r>
        <w:br/>
        <w:t>— Ох ви, — кажу йому, — ненависник поліційських! А треба ж і до них бути правдивим. Хіба се вони по своїй волі роблять? Велено!.. От і треба наказ сповняти...</w:t>
      </w:r>
    </w:p>
    <w:p>
      <w:r>
        <w:br/>
        <w:t>— Велено?! — з презирством у голосі одказав Пищимуха. — Хто йому велів!.. Медаль хочеться заслужити або вищої посади... Знаємо ми отаких приятелів. Вони вам за медалю рідного батька продадуть! — тикаючи пальцем, гукав Пищимуха.</w:t>
      </w:r>
    </w:p>
    <w:p>
      <w:r>
        <w:br/>
        <w:t>— Та годі вам, — кажу, — отак гукати, щоб хто не чув.</w:t>
      </w:r>
    </w:p>
    <w:p>
      <w:r>
        <w:br/>
        <w:t>— Ага-а, злякалися приятеля? — ущипнув він мене.</w:t>
      </w:r>
    </w:p>
    <w:p>
      <w:r>
        <w:br/>
        <w:t>— Чого мені його лякатися? — одказую йому. — Не їла душа часнику, то не буде й воняти! У мене немає нічого такого, за що мене можна б обвинуватити. А як... по правді кажучи, я увесь час душею млів за вас... за ваш позов... Що, — думаю, — як він його у вас витрусе.</w:t>
      </w:r>
    </w:p>
    <w:p>
      <w:r>
        <w:br/>
        <w:t>— Чортового батька покуре! — одказав гордо Пищимуха. — Він дума, що як він становий, то й хитрий; а я вам признаюся, що бувший волосний писар — хитріший від його! От що воно! Ви думаєте, що я свого позова не спровадив від себе?</w:t>
      </w:r>
    </w:p>
    <w:p>
      <w:r>
        <w:br/>
        <w:t>— Як? коли? — здивувався я.</w:t>
      </w:r>
    </w:p>
    <w:p>
      <w:r>
        <w:br/>
        <w:t>— Еге-е! А навіщо ж я на живіт скаржився? Ви думаєте справді у мене живіт болів? То я тілько так удавав... таке вигадав, щоб знайти причину вискочити з хати та переховати... Я знаю, що якби мій позов добувся до рук станового, то він би запровадив мене туди, де козам роги правлять!.. Не дурніший же я, справді, від його! — вихвалявся Пищимуха.</w:t>
      </w:r>
    </w:p>
    <w:p>
      <w:r>
        <w:br/>
        <w:t>— Де ж ви, — питаю його, — заховали?</w:t>
      </w:r>
    </w:p>
    <w:p>
      <w:r>
        <w:br/>
        <w:t>— Про те я знаю... А що?</w:t>
      </w:r>
    </w:p>
    <w:p>
      <w:r>
        <w:br/>
        <w:t>— Та треба ж його дочитати... Цікаво дуже! — кажу йому. — Знаєте що? Повечеряємо, та якщо ви спати не хочете, то ми й дочитаємо. Добре?</w:t>
      </w:r>
    </w:p>
    <w:p>
      <w:r>
        <w:br/>
        <w:t>— Згода, — одказує Пищимуха. — Піду ж його одшукувати.</w:t>
      </w:r>
    </w:p>
    <w:p>
      <w:r>
        <w:br/>
        <w:t>— Ідіть, — кажу, — а я тут вечерею розпоряджуся.</w:t>
      </w:r>
    </w:p>
    <w:p>
      <w:r>
        <w:br/>
        <w:t>Пищимуха вийшов, а я кликнув Параску, щоб готувала вечерю. За Параскою увійшов і Омелько і, граючи очима, почав казати мені:</w:t>
      </w:r>
    </w:p>
    <w:p>
      <w:r>
        <w:br/>
        <w:t>— Який я радий, що вас, пане, дома зоставили. А то бісів стражник плеще та й плеще одно: "Тепер, — каже, — твоєму панові рехт! Осе потрусимо та його візьмемо з собою". Я таки і не вірив стражникові, так і другі, що з ним приїхали, кажуть: звісно, нас не брали б такого багато, якби не треба було оберігати рештанта в дорозі. Ну, мене, значить, і взяв сумнів. Раз — вас жалко, а вдруге — і своїх зароблених грошей шкода. Хіба б же я сікався за ними до вас у такий час, якби стражник не натуркав, що вас заарештують? Ніколи в світі!.. А він брехав, сучий син, бодай на нього собаки з усього світу брехали.</w:t>
      </w:r>
    </w:p>
    <w:p>
      <w:r>
        <w:br/>
        <w:t>— А ти, дурню, й повірив? — перебила його Параска. — Казала ж тобі: не вір і не йди... А таки поліз, Хома невірний! До печеного та ще огню підкладаєш!!?</w:t>
      </w:r>
    </w:p>
    <w:p>
      <w:r>
        <w:br/>
        <w:t>— Простіть, пане! — почав перепрохувати Омелько. — Бог його знає, як отаке плещуть, що як його і вцитити? Будь ласка, пробачте!.. Я такий радий, такий радий, що вас зоставили з нами... Хай ті гроші і пропадають, аби ви були дома!</w:t>
      </w:r>
    </w:p>
    <w:p>
      <w:r>
        <w:br/>
        <w:t>— Спасибі тобі, Омельку, — почав я його дякувати, та ще мав був казати, що він таки досадив мені своїм недовір'ям, коли се трохи не прожогом вскочив у хату Пищимуха — засмучений та збаламучений.</w:t>
      </w:r>
    </w:p>
    <w:p>
      <w:r>
        <w:br/>
        <w:t>— Немає там, — розводячи руками, злякано вимовля мені.</w:t>
      </w:r>
    </w:p>
    <w:p>
      <w:r>
        <w:br/>
        <w:t>— Де ж ви заховали? — питаю його.</w:t>
      </w:r>
    </w:p>
    <w:p>
      <w:r>
        <w:br/>
        <w:t>— Та встромив у стріху в повітці, — одказав він. — А тепер обшарив усю стріху, — немає!</w:t>
      </w:r>
    </w:p>
    <w:p>
      <w:r>
        <w:br/>
        <w:t>— Чого ви у стрісі шукали? — спитав його Омелько. — Може книжечки якої?</w:t>
      </w:r>
    </w:p>
    <w:p>
      <w:r>
        <w:br/>
        <w:t>— А що? — боязко попитався Пищимуха.</w:t>
      </w:r>
    </w:p>
    <w:p>
      <w:r>
        <w:br/>
        <w:t>— Стражник витяг якусь книжечку з стріхи! — випалив Омелько. — "Отой, — каже, — гість чогось за повітку ходив. Треба, — каже, — піти довідатись, чи не переховував чого?".</w:t>
      </w:r>
    </w:p>
    <w:p>
      <w:r>
        <w:br/>
        <w:t>— Ну? — ледве вимовив Пищимуха, вирячивши очі.</w:t>
      </w:r>
    </w:p>
    <w:p>
      <w:r>
        <w:br/>
        <w:t>— Як звернувся стражник, — повідав далі Омелько, — то й каже: "Думав, — каже, — бонба або рушниця, а воно — книжечка якась. Треба, — каже, — подивитись, що воно таке". Ну, ото ми і увійшли до кухні. Почав він при світлі розглядати та читати. Читає, не втне. "Писано, — каже, — як слід, а виходить — якісь теревені по-мужичому".</w:t>
      </w:r>
    </w:p>
    <w:p>
      <w:r>
        <w:br/>
        <w:t>— Та й де ж він дів ту книжечку? — попитався уже я.</w:t>
      </w:r>
    </w:p>
    <w:p>
      <w:r>
        <w:br/>
        <w:t>— Де ж він дів? Даваймо, — каже, — порвемо на цигарки!</w:t>
      </w:r>
    </w:p>
    <w:p>
      <w:r>
        <w:br/>
        <w:t>— Що ж, і порвали? — злякано скрикнув Пищимуха.</w:t>
      </w:r>
    </w:p>
    <w:p>
      <w:r>
        <w:br/>
        <w:t>— До канцура рознесли! — спокійно одказав Омелько. — Тому — листочок-два дав, другому ткнув... Спасибі і мені якусь там частину перекинув. Ось трохи залишилось.</w:t>
      </w:r>
    </w:p>
    <w:p>
      <w:r>
        <w:br/>
        <w:t>І, се кажучи, Омелько витяг із кишені декілька листочків.</w:t>
      </w:r>
    </w:p>
    <w:p>
      <w:r>
        <w:br/>
        <w:t>Пищимуха не взяв їх, а вихопив з Омелькових рук та мерщій — до світла. Глянув і я. То справді було декілька листочків Пищимухиного позову... Пройняв мене нестямний жаль!</w:t>
      </w:r>
    </w:p>
    <w:p>
      <w:r>
        <w:br/>
        <w:t>— Чи ти, — кажу Омелькові, — знаєш, що се таке? Хто се писав?</w:t>
      </w:r>
    </w:p>
    <w:p>
      <w:r>
        <w:br/>
        <w:t>А почім же я знаю? — одказує Омелько.</w:t>
      </w:r>
    </w:p>
    <w:p>
      <w:r>
        <w:br/>
        <w:t>— Се, — кажу йому, вказуючи на Пищимуху, — он хто писав... Сам з своєї голови викладав... Може, не одну нічку не спав та пригадував, як би краще написати... А ви, йолопи, що осе наробили? — докірливо вичитую Омелькові.</w:t>
      </w:r>
    </w:p>
    <w:p>
      <w:r>
        <w:br/>
        <w:t>— Вас би так пошматувати, як ви своїм вчинком моє серце пошматували! — скрикнув трохи не з плачем Пищимуха...</w:t>
      </w:r>
    </w:p>
    <w:p>
      <w:r>
        <w:br/>
        <w:t>Омелько здвигнув плечима і промовив:</w:t>
      </w:r>
    </w:p>
    <w:p>
      <w:r>
        <w:br/>
        <w:t>— Якби ж ми знали, що воно таке дороге, то, може, і не рвали на цигарки. А то сам стражник каже: "Я думав, — каже, — що в стрісі переховується бонба або рушниця, а воно — дурниця!..". Так і сказав. А стражник же не простий чоловік: всяку всячину знає! — додав нам Омелько.</w:t>
      </w:r>
    </w:p>
    <w:p>
      <w:r>
        <w:br/>
        <w:t>Пищимуха, наче в нього зуби заболіли, ухопився за голову руками; а ми з Параскою жалісливо глянули на нього та й похнюпилися. Один тілько Омелько, дивуючись, поводив плечима та розводив руками.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Дурниця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