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Дуїнянські елегії</w:t>
      </w:r>
    </w:p>
    <w:p>
      <w:r>
        <w:br/>
        <w:t xml:space="preserve"> Хто з сонму ангелів вчує мій клич, коли скрикну?&lt;br /&gt;</w:t>
        <w:br/>
        <w:t>Хай би якийсь і почув, і притис би мене&lt;br /&gt;</w:t>
        <w:br/>
        <w:t>раптом до серця,— я згину тоді, бо сильніший&lt;br /&gt;</w:t>
        <w:br/>
        <w:t>він є від мене. Адже ж красота — не що інше,&lt;br /&gt;</w:t>
        <w:br/>
        <w:t>як початок Жахливого. Ми іще терпим його&lt;br /&gt;</w:t>
        <w:br/>
        <w:t>і дивуємось дуже, чому красота не воліє&lt;br /&gt;</w:t>
        <w:br/>
        <w:t>знищити нас. Кожен-бо ангел — жахливий.</w:t>
      </w:r>
    </w:p>
    <w:p>
      <w:r>
        <w:br/>
        <w:t>От я і стримуюсь, от я й ковтаю волання&lt;br /&gt;</w:t>
        <w:br/>
        <w:t>темних плачів своїх. Ах, чи хто-небудь&lt;br /&gt;</w:t>
        <w:br/>
        <w:t>ще нам потрібен? Ангели — ні, люди — ні.&lt;br /&gt;</w:t>
        <w:br/>
        <w:t>Навіть тварини, які найспритніші — ті знають,&lt;br /&gt;</w:t>
        <w:br/>
        <w:t>що почуваєм себе ми не зовсім, як вдома,&lt;br /&gt;</w:t>
        <w:br/>
        <w:t>в усвідомленім світі, з якого лишилось нам, може,&lt;br /&gt;</w:t>
        <w:br/>
        <w:t>дерево, бачене нами щодня десь над яром,&lt;br /&gt;</w:t>
        <w:br/>
        <w:t>та ще й дороги вчорашні, і пещена нами&lt;br /&gt;</w:t>
        <w:br/>
        <w:t>відданість наша отій застарілій звичці,&lt;br /&gt;</w:t>
        <w:br/>
        <w:t>що уподобала нас, і лишилася, і не відходить.</w:t>
      </w:r>
    </w:p>
    <w:p>
      <w:r>
        <w:br/>
        <w:t>О, ще ця ніч, ця ніч, коли нам обличчя глодає&lt;br /&gt;</w:t>
        <w:br/>
        <w:t>всесвіту вітер,— хто ночі такої не звідав,&lt;br /&gt;</w:t>
        <w:br/>
        <w:t>знадної, ніжно зрадливої, на яку&lt;br /&gt;</w:t>
        <w:br/>
        <w:t>кожне натруджене серце самітно чекає?&lt;br /&gt;</w:t>
        <w:br/>
        <w:t>Може, вона для коханців і справді є легша?&lt;br /&gt;</w:t>
        <w:br/>
        <w:t>Ах, свою долю вони перед себе лиш криють.&lt;br /&gt;</w:t>
        <w:br/>
        <w:t>Ти ще не знаєш цього? То скинь же з плечей порожнечу&lt;br /&gt;</w:t>
        <w:br/>
        <w:t>в простір, який ми вдихаєм; можливо, лиш птиці&lt;br /&gt;</w:t>
        <w:br/>
        <w:t>почувають, як шириться в їхньому льоті повітря.</w:t>
      </w:r>
    </w:p>
    <w:p>
      <w:r>
        <w:br/>
        <w:t>Так, ти потрібен був веснам. Сподівалися й зорі,&lt;br /&gt;</w:t>
        <w:br/>
        <w:t>що відчуєш ти їх. Перед тобою в минулім&lt;br /&gt;</w:t>
        <w:br/>
        <w:t>інколи зводилась хвиля або віддавалась&lt;br /&gt;</w:t>
        <w:br/>
        <w:t>скрипка тобі, коли мимо розчинених вікон&lt;br /&gt;</w:t>
        <w:br/>
        <w:t>ти переходив. Доручення в цьому було.&lt;br /&gt;</w:t>
        <w:br/>
        <w:t>Виправдав ти його? Чи не був ти чеканням&lt;br /&gt;</w:t>
        <w:br/>
        <w:t>надто розвіяний, наче це все віщувало&lt;br /&gt;</w:t>
        <w:br/>
        <w:t>близькість коханої? (Де ти її заховав би? —&lt;br /&gt;</w:t>
        <w:br/>
        <w:t>знано, що думи, чужі і великі, тебе&lt;br /&gt;</w:t>
        <w:br/>
        <w:t>часто відвідують, ще й залишаються на ніч).&lt;br /&gt;</w:t>
        <w:br/>
        <w:t>Якщо ти журишся, то заспівай про коханців,-&lt;br /&gt;</w:t>
        <w:br/>
        <w:t>славні чуття їх і нині не досить безсмертні.&lt;br /&gt;</w:t>
        <w:br/>
        <w:t>Або оспівай покинутих; кажуть,— вони&lt;br /&gt;</w:t>
        <w:br/>
        <w:t>глибше кохають, ніж втішені. Ти починай&lt;br /&gt;</w:t>
        <w:br/>
        <w:t>їм невичерпну хвалу і знову і знову співати.&lt;br /&gt;</w:t>
        <w:br/>
        <w:t>Зваж: для героя загибель,— це тільки привід,&lt;br /&gt;</w:t>
        <w:br/>
        <w:t>щоб існувати, щоб народитись востаннє,&lt;br /&gt;</w:t>
        <w:br/>
        <w:t>але закоханих виснажена природа&lt;br /&gt;</w:t>
        <w:br/>
        <w:t>в лоно своє знов приймає, бо сил їй бракує&lt;br /&gt;</w:t>
        <w:br/>
        <w:t>двічі народжувать їх. Ти про Гаспару Стампу1&lt;br /&gt;</w:t>
        <w:br/>
        <w:t>вдосталь надумався? За надихаючий приклад&lt;br /&gt;</w:t>
        <w:br/>
        <w:t>жінку закохану цю обирає для себе&lt;br /&gt;</w:t>
        <w:br/>
        <w:t>дівчина, котру невірний коханець покинув,-&lt;br /&gt;</w:t>
        <w:br/>
        <w:t>в думці у неї: чи буду така, як вона?&lt;br /&gt;</w:t>
        <w:br/>
        <w:t>Чи не повинні для нас найстаріші ці болі&lt;br /&gt;</w:t>
        <w:br/>
        <w:t>стати пліднішими? Чи не пора нам любовно&lt;br /&gt;</w:t>
        <w:br/>
        <w:t>любих відтрутити, з дрожем їм протистати,&lt;br /&gt;</w:t>
        <w:br/>
        <w:t>наче стріла, що протистоїть тятиві,-&lt;br /&gt;</w:t>
        <w:br/>
        <w:t>раптом відтручена, вона чимось більшим стає,&lt;br /&gt;</w:t>
        <w:br/>
        <w:t>ніж сама вона є, бо зупину немає ніде.</w:t>
      </w:r>
    </w:p>
    <w:p>
      <w:r>
        <w:br/>
        <w:t>Кличі, кличі. Вслухайся в них, моє серце,&lt;br /&gt;</w:t>
        <w:br/>
        <w:t>так, як вслухались святі: од землі відривав їх&lt;br /&gt;</w:t>
        <w:br/>
        <w:t>поклик могутній,— вони ж, неймовірні, цього&lt;br /&gt;</w:t>
        <w:br/>
        <w:t>не відчували і далі вклякали покірно,&lt;br /&gt;</w:t>
        <w:br/>
        <w:t>так от заслухані. Голосу бога ти, серце,&lt;br /&gt;</w:t>
        <w:br/>
        <w:t>знести не зможеш,— бодай би відчуло хоч подув,&lt;br /&gt;</w:t>
        <w:br/>
        <w:t>цю ненастанну, утворену тишею, звістку.&lt;br /&gt;</w:t>
        <w:br/>
        <w:t>Нині її тобі юні померлі шепочуть.&lt;br /&gt;</w:t>
        <w:br/>
        <w:t>Чи не говорить спокійно їх доля з тобою,&lt;br /&gt;</w:t>
        <w:br/>
        <w:t>як увіходиш до церкви в Неаполі, в Римі?&lt;br /&gt;</w:t>
        <w:br/>
        <w:t>Чи не озвався недавно до тебе надгробок&lt;br /&gt;</w:t>
        <w:br/>
        <w:t>написом думним у Sancta Maria Formosa?&lt;br /&gt;</w:t>
        <w:br/>
        <w:t>Чого з мене хочуть? Я нишком готовий зректися&lt;br /&gt;</w:t>
        <w:br/>
        <w:t>натяку навіть на сумнів, що може&lt;br /&gt;</w:t>
        <w:br/>
        <w:t>трохи завадити чистому рухові душ їх.</w:t>
      </w:r>
    </w:p>
    <w:p>
      <w:r>
        <w:br/>
        <w:t>Дивним, либонь, є покинути землю назавше,&lt;br /&gt;</w:t>
        <w:br/>
        <w:t>ледве набутих звичаїв назавше позбутись,&lt;br /&gt;</w:t>
        <w:br/>
        <w:t>позбавити троянди та інші жадані нам речі&lt;br /&gt;</w:t>
        <w:br/>
        <w:t>всякого значення для людського майбуття,&lt;br /&gt;</w:t>
        <w:br/>
        <w:t>більше не бути отим, кого пестили руки&lt;br /&gt;</w:t>
        <w:br/>
        <w:t>безкінечно тривожні, і навіть ім'я своє власне&lt;br /&gt;</w:t>
        <w:br/>
        <w:t>викинуть геть, наче іграшку зламану й марну.&lt;br /&gt;</w:t>
        <w:br/>
        <w:t>Дивно надалі бажань не бажати. Дивно&lt;br /&gt;</w:t>
        <w:br/>
        <w:t>бачить розпурханим в просторі все, що здавалось&lt;br /&gt;</w:t>
        <w:br/>
        <w:t>дуже важливим. Справа трудна — помирання,&lt;br /&gt;</w:t>
        <w:br/>
        <w:t>наздоганяння смерті, в якім поступово&lt;br /&gt;</w:t>
        <w:br/>
        <w:t>вічність вчувається. Роблять живі помилку,&lt;br /&gt;</w:t>
        <w:br/>
        <w:t>смерть од життя відрізняючи надто сильно.&lt;br /&gt;</w:t>
        <w:br/>
        <w:t>Кажуть, що ангели часто самі не знають,&lt;br /&gt;</w:t>
        <w:br/>
        <w:t>чи до живих, чи до мертвих приходять. Несе&lt;br /&gt;</w:t>
        <w:br/>
        <w:t>вічності дужий потік крізь обидва терени&lt;br /&gt;</w:t>
        <w:br/>
        <w:t>всі покоління і глушить їх і там, і отут.</w:t>
      </w:r>
    </w:p>
    <w:p>
      <w:r>
        <w:br/>
        <w:t>Врешті ми тим, хто дочасно помер, непотрібні.-&lt;br /&gt;</w:t>
        <w:br/>
        <w:t>м'яко вони від земного відвикли, як м'яко&lt;br /&gt;</w:t>
        <w:br/>
        <w:t>від материнських грудей відвикає дитя.&lt;br /&gt;</w:t>
        <w:br/>
        <w:t>Тільки ми, котрі прагнем таїн превеликих, що часто&lt;br /&gt;</w:t>
        <w:br/>
        <w:t>зріють в жалобі,— чи зможемо бути без вмерлих?&lt;br /&gt;</w:t>
        <w:br/>
        <w:t>Міф не дарма розповів, що в тужінні за Ліном2&lt;br /&gt;</w:t>
        <w:br/>
        <w:t>музика перша закляклість глуху пронизала.&lt;br /&gt;</w:t>
        <w:br/>
        <w:t>В зляканім просторі, звідки назавше пішов&lt;br /&gt;</w:t>
        <w:br/>
        <w:t>юний півбог, забриніла нараз порожнеча&lt;br /&gt;</w:t>
        <w:br/>
        <w:t>тим, що нас вабить, і нам помагає, і тішить.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Дуїнянські елегії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