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приятелі</w:t>
      </w:r>
    </w:p>
    <w:p>
      <w:r>
        <w:br/>
        <w:t xml:space="preserve"> &lt;p&gt;І що ви, куме, говорите о приязні! Приятелі, приятелі! А я вам не знати що ставлю і кажу, що нема на світі правдивої приязні ані правдивих приятелів! Звіть мя яким хочете, говоріть що вам злюбиться, я все буду своє! Бо і що ж то: приятель? Чи найдете такого приятеля, щоби вам або там в нужді поміг, або чим-будь порятував? От говориться, аби ся говорило, та й годі! А сли хочете, то я вам ось зараз і доказ розкажу, аби-сьте знали, як-то мало нині мож спуститися на приятеля!</w:t>
      </w:r>
    </w:p>
    <w:p>
      <w:r>
        <w:br/>
        <w:t>Таже ви знаєте, в якій я був приязні з Хомою Підгорбочним. Та й як же нам було й не побратиматись! Ми, бачите, оба були парубки на ціле село; хлопці, мов дуб’я, крепкі. На маєтку родичів бог не скривдив ані нас на працьовитості. Вистроїмося, бувало, щонеділі, як бог приказав,— не сором межи людей показатися. А дівчата! О, що вже тоті не налітаються за нами, то святий їх Андрій один знає! Звісно, чисті хлопаки і неабияких батьків діти.</w:t>
      </w:r>
    </w:p>
    <w:p>
      <w:r>
        <w:br/>
        <w:t>Товаришували ми з Хомою, що аж любо. Чи, бувало, в ліс по дрова, чи в очерети зо стрільбами на качки, чи до танцю, чи й до другого діла, оба та й оба. І не було межи нами ніякої ані сварки, ані незгоди. Скаже, було, Хома: "Семене, вийди завтра на мою сіножатку підняти там троха трави, твоя вже покошена!" — "Та чому не вийти? Вийду!" — говорю. Скажу, було, Хомі: "Побратиме, у вас нема роботи, возьміть наш волок та понаправляйте, підемо з неділі в Дністер на рибу". —"А, то добре!" — каже Хома і зараз бере волок до направи.</w:t>
      </w:r>
    </w:p>
    <w:p>
      <w:r>
        <w:br/>
        <w:t>Наше село, як бачите, над самим Дністром, та й ще на рівнині. А ми оба дуже охочі були до рибацтва. Підемо, бувало, чи то з саками, чи з волоком, чи, як у повінь, з крошнями, наловимо такої красоти, що кар-карезний! Є що і собі, і на продаж.</w:t>
      </w:r>
    </w:p>
    <w:p>
      <w:r>
        <w:br/>
        <w:t>Ну, нічого! Парубочили ми з Хомою, як рідні брати. Не раз і дивувалися люди. "Як вони,— кажуть,— погодяться? Та то немов огонь а вода!" Я, бачите, зроду повільний собі, а Хома — то прудке, як іскра. Але що то й говорити! Стали приятелями, то годі вже позад себе оглядатися! Якось ми погодилися, та й ще й як. Коби так наша громада кождого разу годилася при виборі нового війта, то, певно би, не було у нас не раз такої кавзи, як буває!</w:t>
      </w:r>
    </w:p>
    <w:p>
      <w:r>
        <w:br/>
        <w:t>Ех, літа, літа молоді! Хороші би ви були, золоті би ви були для кождого парубка, сли би не приходила на вас тота страшна відьма — бранка. Ще то тепер, то все фрашки. Возьмуть тебе до війська, ну, бодай чоловіка за чоловіка держать: не збиткуються, як над німиною. Правда, прийдеся ще й тепер не одному відобрати своє, заким тої муштри вивчиться, та що то против давного? А втім, і старі люди говорять: доти пес не навчиться плавати, доки єму в вуха не наллєся. Нема науки без муки. Але ж бо тепер сам той асентерунок — то вже не такий страшний, як бувало. Ставишся раз, другий, третій,— не возьмуть, випишуть, і ти вільний, хоч женися, хоч дальше гуляй! Але за моїх часів, о, то не туди йшло! Крий нас боже від такого! То, бувало, мандатор сам списує і подає, кого йому подобаєся, до асентерунку, не питає, чи він уже ставився три, чи шість, чи кілько разів. Так, бувало, не один бідолаха і десять, і п’ятнадцять літ жиє в вічнім острасі. "Ось,— гадає собі,— спадуть шандарі, закують у ланцюжки, та й гайда під міру!" А то, бачите, не на те йшло, що нині. Не йшли хлопці так самі до бецирку, не ставились так, як тепер,— утікали і ховалися хто куди міг, а мандатори з шандарями волочилися за ними по всіх закамарках. Погано було жити на світі.</w:t>
      </w:r>
    </w:p>
    <w:p>
      <w:r>
        <w:br/>
        <w:t>Ось десь так серед м’ясниць чуємо і ми: записано нас до асентерунку. Боже! зів’яло в мені серденько, як-єм тото почув. А мій Хома аж одеревів цілий, сердешний.</w:t>
      </w:r>
    </w:p>
    <w:p>
      <w:r>
        <w:br/>
        <w:t>— Не дожидаймося,— каже, Семене, лихої години на себе, утікаймо!</w:t>
      </w:r>
    </w:p>
    <w:p>
      <w:r>
        <w:br/>
        <w:t>— Утікаймо! — кажу й я та й побіг домів збиратися.</w:t>
      </w:r>
    </w:p>
    <w:p>
      <w:r>
        <w:br/>
        <w:t>Тато, мама, всі дома як почули, що дієся, так і померкли</w:t>
      </w:r>
    </w:p>
    <w:p>
      <w:r>
        <w:br/>
        <w:t>з превеликого жалю.</w:t>
      </w:r>
    </w:p>
    <w:p>
      <w:r>
        <w:br/>
        <w:t>— Синочку, синочку! — заводила мама.— Одного тя маю, як одну душу в бога, та й того ми тя хотять відібрати!</w:t>
      </w:r>
    </w:p>
    <w:p>
      <w:r>
        <w:br/>
        <w:t>— Цить, стара,— сказали тато крізь сльози,— не держи єго, най іде, чень єго бог милосердний устереже від тяжкої нужди! Збирайся, небоже, прощайся з матір’ю, з сестрами, підемо, підведу тя за село.</w:t>
      </w:r>
    </w:p>
    <w:p>
      <w:r>
        <w:br/>
        <w:t>Зібрався, попрощався. Ненька умліли, як я вийшов.</w:t>
      </w:r>
    </w:p>
    <w:p>
      <w:r>
        <w:br/>
        <w:t>— Семене, Семене, вернися! — кричали вони.</w:t>
      </w:r>
    </w:p>
    <w:p>
      <w:r>
        <w:br/>
        <w:t>Я вернувся.</w:t>
      </w:r>
    </w:p>
    <w:p>
      <w:r>
        <w:br/>
        <w:t>— Най хоть надивлюся на тебе, синочку мій, душенько моя! Може, то остатній раз тебе бачу.</w:t>
      </w:r>
    </w:p>
    <w:p>
      <w:r>
        <w:br/>
        <w:t>— Дайте, мамко, спокій, бог ласкав! — відповів я дрожачим голосом, цілуючи їх у коліна, а самому аж серце стискалося.</w:t>
      </w:r>
    </w:p>
    <w:p>
      <w:r>
        <w:br/>
        <w:t>Пішли ми з татом долі загородою над Дністер. Там ждав уже на мене Хома. Тато поблагословили нас, порозповідали, де і куди які криївки, ми попрощалися та й пішли.</w:t>
      </w:r>
    </w:p>
    <w:p>
      <w:r>
        <w:br/>
        <w:t>Ой, набідувалися ми до весни, боже єдиний, ти йно сам то знаєш! От чуємо, по селах туди і сюди бушують шандарі, того і другого зловили. Нас ще якось господь сохраняв. Ми все держалися придністрянських сторін, мокряків та очеретів.</w:t>
      </w:r>
    </w:p>
    <w:p>
      <w:r>
        <w:br/>
        <w:t>Аж ось в однім селі говорять нам: "Утікайте в поле! Шандарі з двох боків надійшли, перешукують очерети, виловлять вас, як рибу в саку!" Падоньку нещасний, куди ту повернутися? В селі сховатись — і гадки нема. В поле втікати, то напевно пропадати: поле чисте, лісу і полики нема,— виловлять, хіба би у нас заячі ноги або хіба би-сьмо поховалися в мишачі нори.</w:t>
      </w:r>
    </w:p>
    <w:p>
      <w:r>
        <w:br/>
        <w:t>— Хомо, прийдеся пропадати аж ту! —кажу я, опускаючи руки.</w:t>
      </w:r>
    </w:p>
    <w:p>
      <w:r>
        <w:br/>
        <w:t>Ми вже щось три ночі не спали, помучились, утепенилися, що ледве дихаємо. Нема сили і кроком поступитися, не то щоби втікати по полю.</w:t>
      </w:r>
    </w:p>
    <w:p>
      <w:r>
        <w:br/>
        <w:t>— Знаєш що, — каже прудко Хома.— Ходи за мною.</w:t>
      </w:r>
    </w:p>
    <w:p>
      <w:r>
        <w:br/>
        <w:t>— Куди?</w:t>
      </w:r>
    </w:p>
    <w:p>
      <w:r>
        <w:br/>
        <w:t>— Не питай, ходи, сли не хочеш пропадати!</w:t>
      </w:r>
    </w:p>
    <w:p>
      <w:r>
        <w:br/>
        <w:t>Я знав прудку Хомину натуру, змігся якось та й іду. Дорогою гадаю собі:</w:t>
      </w:r>
    </w:p>
    <w:p>
      <w:r>
        <w:br/>
        <w:t>"І тото приятель, то щирий товариш? Веде мене кудись, бог вість куди, а словечка щирого не скаже, не потішить, не порадить! Гой, гой, світе мій білий, нещасна моя годинонько!"</w:t>
      </w:r>
    </w:p>
    <w:p>
      <w:r>
        <w:br/>
        <w:t>Правда, не раз мені і до тої пори Хома ставав у великій пригоді, не раз рятував мене, незважаючи на своє небезпеченство — ну, але ж і я не лишав єго ніколи в ніякій потребі, слухав єго, як вітця.</w:t>
      </w:r>
    </w:p>
    <w:p>
      <w:r>
        <w:br/>
        <w:t>Так і тепер.</w:t>
      </w:r>
    </w:p>
    <w:p>
      <w:r>
        <w:br/>
        <w:t>Таке розгадуючи, іду, ноги волочу по якійсь обочі край села з Хомою. Іду та й дивлюся, куди він поведе.</w:t>
      </w:r>
    </w:p>
    <w:p>
      <w:r>
        <w:br/>
        <w:t>— Гов! — сказав Хома, підходячи до самої крайної хати.— Ту треба відпочити.</w:t>
      </w:r>
    </w:p>
    <w:p>
      <w:r>
        <w:br/>
        <w:t>— Ту відпочити? — скрикнув я, роздивившися.— Хомо, а тобі що такого? Таже то сама крайна хата, ще й стоїть на такій голотечі без найменшого захисту! Ту нас так найдуть і злов’ять, як воробця в сильці!</w:t>
      </w:r>
    </w:p>
    <w:p>
      <w:r>
        <w:br/>
        <w:t>— Ту мусимо спочивати! — сказав знов Хома холодно і твердо.— Я не можу дальше!</w:t>
      </w:r>
    </w:p>
    <w:p>
      <w:r>
        <w:br/>
        <w:t>— Але ж, чоловіче, бійся бога! — кричу я. Сам у пропасть пхаєшся! Що тобі сталося? Чи тобі розум з голови виплив? Я ту не буду спочивати, аби-сь ми не знати що давав!</w:t>
      </w:r>
    </w:p>
    <w:p>
      <w:r>
        <w:br/>
        <w:t>— Не будеш? Га, то як хочеш. Я ту спочиваю!</w:t>
      </w:r>
    </w:p>
    <w:p>
      <w:r>
        <w:br/>
        <w:t>— Ходи бодай до онтої стирти та там зариємося в сіно. Не дурій, чоловіче, не пхайся сам у нужду!</w:t>
      </w:r>
    </w:p>
    <w:p>
      <w:r>
        <w:br/>
        <w:t>— Я і кроком відси не рушуся! — сказав знов уперто Хома і пішов до хати.</w:t>
      </w:r>
    </w:p>
    <w:p>
      <w:r>
        <w:br/>
        <w:t>Боже мій милосердний, то ж то мій приятель, то мій щирий товариш! Доброхіть пхає мене і себе у різницю! І не уступить від свого, хоть гинь! Упреся, як козел рогами! Мати пречиста! Рятуй мене від усего злого і від такого приятеля!</w:t>
      </w:r>
    </w:p>
    <w:p>
      <w:r>
        <w:br/>
        <w:t>"Але що ж тепер діяти? — гадаю собі дальше.— Прийдеся самому пропадати! Ех,— гадаю собі дальше,— пропадати мені самому деінде, а Хомі ту — волимо вже бодай оба разом гинути!"</w:t>
      </w:r>
    </w:p>
    <w:p>
      <w:r>
        <w:br/>
        <w:t>І я пішов за Хомою до хати.</w:t>
      </w:r>
    </w:p>
    <w:p>
      <w:r>
        <w:br/>
        <w:t>— Що, нагадався, нарозумився? — питає він мене з насмішкою. Боже, він ще насміхаєся над моєю нуждою, а з мене би й крові не дорізався!</w:t>
      </w:r>
    </w:p>
    <w:p>
      <w:r>
        <w:br/>
        <w:t>Хата, до котрої ми зайшли, то була напіврозвалена стара кучка, житло старого діда-жебрака. Лиш літом він ту часом ночував,— зимою сидів у селі, а й літом звичайно цілими тижнями волочився по селах за жебраним хлібом. І тепер ми не застали єго. Хата була засунена засувом, але Хома відсунув єго кусником якогось патика. В хаті не було нічого, крім кількох торбів, палиці дідової, шапки, позшиваної з тисячних латок, та й деяких других лахів.</w:t>
      </w:r>
    </w:p>
    <w:p>
      <w:r>
        <w:br/>
        <w:t>Але мені дивно було, чого то Хома так тішиться і бігає по хатині.</w:t>
      </w:r>
    </w:p>
    <w:p>
      <w:r>
        <w:br/>
        <w:t>— Гей, Семене,— каже він,— ти, бачу, двері засунув? Не засувай їх! Ще й відхили трохи, тут душно!</w:t>
      </w:r>
    </w:p>
    <w:p>
      <w:r>
        <w:br/>
        <w:t>Боже мій милий, той чоловік, видно, весь розум стратив, чи що!</w:t>
      </w:r>
    </w:p>
    <w:p>
      <w:r>
        <w:br/>
        <w:t>— Відсунь двері і відхили, чуєш? — гукнув на мене.</w:t>
      </w:r>
    </w:p>
    <w:p>
      <w:r>
        <w:br/>
        <w:t>Що ж було робити? Мусив-єм слухати налибоватого.</w:t>
      </w:r>
    </w:p>
    <w:p>
      <w:r>
        <w:br/>
        <w:t>— Розбирайся і лягай спати! Треба проспатися, бо вночі і на волосок оком не змигнемо!</w:t>
      </w:r>
    </w:p>
    <w:p>
      <w:r>
        <w:br/>
        <w:t>Я стою, витріщивши на нього очі, сам не знаю, що дієся зі мною.</w:t>
      </w:r>
    </w:p>
    <w:p>
      <w:r>
        <w:br/>
        <w:t>— Чуєш чи ні, тумане вісімнадцятий! Розбирайся та лягай спати! Як буде час іти, то я тебе збуджу.</w:t>
      </w:r>
    </w:p>
    <w:p>
      <w:r>
        <w:br/>
        <w:t>Мені переверталося в серці і кипіло, як у кітлі. Сльози виступали на очі.</w:t>
      </w:r>
    </w:p>
    <w:p>
      <w:r>
        <w:br/>
        <w:t>— Хомо! — кажу крізь плач. — Що тобі сталося? Чи ти стратив бога з серця? Чи ти забув, що маємо родичів?.. Чи ти забув, що шандарі леда хвиля надпадуть? Що ти робиш? Зглянься на бога, не губи нас обох! Таже ми колись були товаришами, я любив тебе щиро, як свого рідного брата! Що я тобі провинив? За що ти хочеш мене віку збавити?</w:t>
      </w:r>
    </w:p>
    <w:p>
      <w:r>
        <w:br/>
        <w:t>І що ви гадаєте? Хома зм’ягчився тою бесідою? Бодай так пси траву пасли! Відвернувся вам від мене, як нелюд, потер рукою по чолі чи по лиці та й в сміх.</w:t>
      </w:r>
    </w:p>
    <w:p>
      <w:r>
        <w:br/>
        <w:t>— Ха, ха, ха! Ото мені парубок! — реготався.— Занюхав біду, як той сліпий ковбасу в борщі, та й уже: гину, каже, нема мя!</w:t>
      </w:r>
    </w:p>
    <w:p>
      <w:r>
        <w:br/>
        <w:t>Ото, видите, щирий приятель! І спусти ж ся на такого чоловіка! Заждіть, яке він мені ще вистроїв!..</w:t>
      </w:r>
    </w:p>
    <w:p>
      <w:r>
        <w:br/>
        <w:t>— Семене,—каже Хома по хвилі вже якось лагідніше,— Семене, братчику, хіба ти гадаєш, що я би не віддав житя свого за тебе? Хіба ти забув, що ми оба на одній дорозі? Не гадай прецінь, що я з глузду зсунувся, або що, що хочу себе і тебе погубити! Лиш роби, як тобі кажу, а увидиш, що я ще не такий дурний, як тобі видиться.</w:t>
      </w:r>
    </w:p>
    <w:p>
      <w:r>
        <w:br/>
        <w:t>Троха мене успокоїли ті слова, а зрештою що ж було робити? Роздягся я, постелив сіряк на землю і ляг. Але де там мені заснути! Дрожу цілим тілом, як риба в матні! Кому би в такій тяжкій тривозі сон до голови брався?</w:t>
      </w:r>
    </w:p>
    <w:p>
      <w:r>
        <w:br/>
        <w:t>Хома не лягав, шарив щось по хаті. Що він задумав? Господь єго знає. Я не догадаюся, аби й що!</w:t>
      </w:r>
    </w:p>
    <w:p>
      <w:r>
        <w:br/>
        <w:t>— Семене,— каже він, видячи, що я не можу заснути, — на, випий!</w:t>
      </w:r>
    </w:p>
    <w:p>
      <w:r>
        <w:br/>
        <w:t>І підніс мені порядну чарку горівки. Горівку він мав при собі, чарку найшов десь у закутку.</w:t>
      </w:r>
    </w:p>
    <w:p>
      <w:r>
        <w:br/>
        <w:t>Я випив. Напій був сильний, мене якось проняло теплом, утома відозвалась — за хвильку я заснув, мов камінь.</w:t>
      </w:r>
    </w:p>
    <w:p>
      <w:r>
        <w:br/>
        <w:t>Не знаю, чи довго я спав, чи ні, аж ось Хома будить мене знов.</w:t>
      </w:r>
    </w:p>
    <w:p>
      <w:r>
        <w:br/>
        <w:t>— Семене, Семене, вставай, шандарі!</w:t>
      </w:r>
    </w:p>
    <w:p>
      <w:r>
        <w:br/>
        <w:t>Остатнє слово, мов ясний грім над ухом, протверезило мене в одній хвилі.</w:t>
      </w:r>
    </w:p>
    <w:p>
      <w:r>
        <w:br/>
        <w:t>— Де, де? — питаю, зірвавшись на рівні ноги.</w:t>
      </w:r>
    </w:p>
    <w:p>
      <w:r>
        <w:br/>
        <w:t>— Не питай, роби, що тобі скажу!</w:t>
      </w:r>
    </w:p>
    <w:p>
      <w:r>
        <w:br/>
        <w:t>— Що робити?</w:t>
      </w:r>
    </w:p>
    <w:p>
      <w:r>
        <w:br/>
        <w:t>— Зажмури очі і не отворюй їх, аби що було, аж доки тобі не скажу. Пам’ятай!</w:t>
      </w:r>
    </w:p>
    <w:p>
      <w:r>
        <w:br/>
        <w:t>— Добре, добре!</w:t>
      </w:r>
    </w:p>
    <w:p>
      <w:r>
        <w:br/>
        <w:t>— А тепер на тобі отсе в руку!</w:t>
      </w:r>
    </w:p>
    <w:p>
      <w:r>
        <w:br/>
        <w:t>Я взяв. То був мотуз чи воловід якийсь, не знаю.</w:t>
      </w:r>
    </w:p>
    <w:p>
      <w:r>
        <w:br/>
        <w:t>— Держися добре!</w:t>
      </w:r>
    </w:p>
    <w:p>
      <w:r>
        <w:br/>
        <w:t>— Держу.</w:t>
      </w:r>
    </w:p>
    <w:p>
      <w:r>
        <w:br/>
        <w:t>— Ходи тепер за мною!</w:t>
      </w:r>
    </w:p>
    <w:p>
      <w:r>
        <w:br/>
        <w:t>Ми пішли.</w:t>
      </w:r>
    </w:p>
    <w:p>
      <w:r>
        <w:br/>
        <w:t>Дорогою чую — крик якийсь, плач, завід, товар реве, пси гавкають, під ногами болото,— ми, відай, ідемо селом.</w:t>
      </w:r>
    </w:p>
    <w:p>
      <w:r>
        <w:br/>
        <w:t>— Хомо, бійся бога, куди ти ведеш мене?</w:t>
      </w:r>
    </w:p>
    <w:p>
      <w:r>
        <w:br/>
        <w:t>— Ані слова, тумане! Шандарі надходять! — шепнув він мені своїм твердим голосом. Я замер зо страху.</w:t>
      </w:r>
    </w:p>
    <w:p>
      <w:r>
        <w:br/>
        <w:t>"Отут нам буде! — гадаю собі. — Пропала коза, пропала й береза!"</w:t>
      </w:r>
    </w:p>
    <w:p>
      <w:r>
        <w:br/>
        <w:t>Ідемо дальше, а підо мною коліна лиш диль, диль, диль! Аж ось чую:</w:t>
      </w:r>
    </w:p>
    <w:p>
      <w:r>
        <w:br/>
        <w:t>— A sk&amp;#261;d wy, dziady?*— питає різкий голос.</w:t>
      </w:r>
    </w:p>
    <w:p>
      <w:r>
        <w:br/>
        <w:t>"То, певно, шандар,— гадаю собі. — Ну, господи помилуй грішну душу! Зараз і до нас заговорить! Дивно мені лишень, чому насамперед говорить до якихось дідів".</w:t>
      </w:r>
    </w:p>
    <w:p>
      <w:r>
        <w:br/>
        <w:t>Смішливий старечий дідівський голос відповідає туй передо мною:</w:t>
      </w:r>
    </w:p>
    <w:p>
      <w:r>
        <w:br/>
        <w:t>— З білого світу, паночку ласкавий! Ми божі старці, браття-близці. В ріці купалися, в воду нурялися; я єго занурив, а він в воді очі погубив. Хотів найти, та не міг, так і додому побіг. , .</w:t>
      </w:r>
    </w:p>
    <w:p>
      <w:r>
        <w:br/>
        <w:t>— Ха, ха, ха! — засміялось кілька голосів.</w:t>
      </w:r>
    </w:p>
    <w:p>
      <w:r>
        <w:br/>
        <w:t>Боже ласкавий, ту їх мусить бути немало. І чому вони не хапають, не в’яжуть нас? Навіть не відзиваються ні словом до нас.</w:t>
      </w:r>
    </w:p>
    <w:p>
      <w:r>
        <w:br/>
        <w:t>— Gdzie mieszkacie, w&amp;#322;&amp;#243;cz&amp;#281;gi?* — питає знов різкий голос, але видно було, що крізь сміх.</w:t>
      </w:r>
    </w:p>
    <w:p>
      <w:r>
        <w:br/>
        <w:t>— Край води, паночку, край води! Наша хата з лободи, защіпка з ріп’яха, а стріха з лопуха!</w:t>
      </w:r>
    </w:p>
    <w:p>
      <w:r>
        <w:br/>
        <w:t>Знов сміх довкола, але шандарі ще не займають нас. Я дрожу цілий і держуся за мотузок, не сміючи вже направду зі страху проглипнути на світ. Гадаю собі: най буде, що має бути, побачу, як то скінчиться.</w:t>
      </w:r>
    </w:p>
    <w:p>
      <w:r>
        <w:br/>
        <w:t>— Jaki&amp;#347; bestja dowcipny! — сказав, насміявшись досита, різкий голос до других.— Аlе chod&amp;#378;my ju&amp;#380;! Zdaje mi si&amp;#281;, &amp;#380;e w tej stercie za wsi&amp;#261; uda nam si&amp;#281; z&amp;#322;owi&amp;#263; jakiego ptaszka*.</w:t>
      </w:r>
    </w:p>
    <w:p>
      <w:r>
        <w:br/>
        <w:t>Я чув, як шандарі, регочучись, віддалились, і з диву не знав, де стою.</w:t>
      </w:r>
    </w:p>
    <w:p>
      <w:r>
        <w:br/>
        <w:t>— Ходи, сліпий братище! — кричав дідівський дряхливий голос все ще передо мною.— Ходи там, де вітер свище! На вітер полягаємо, вітром ся повкриваємо, вітер під голову візьмемо і тепленько заснемо.</w:t>
      </w:r>
    </w:p>
    <w:p>
      <w:r>
        <w:br/>
        <w:t>— Z&amp;#322;odziej ze swojemi przym&amp;#243;wkami!* — почулось мені здалека. Хома сіпнув мене за шнурок. Я пішов за ним, все ще не знаючи докладно, чи то сон, чи ява, що зо мною дієся.</w:t>
      </w:r>
    </w:p>
    <w:p>
      <w:r>
        <w:br/>
        <w:t>Ми йшли ще досить довго.</w:t>
      </w:r>
    </w:p>
    <w:p>
      <w:r>
        <w:br/>
        <w:t>— Ну, отвори очі, сліпий коте! — сказав до мене весело Хома. Я проглянув. Густа мряка вже розсілася круг нас по полю, далеко ще виднілося село, пізначне по клубах диму, що тут і там зносилися понад низькі солом’яні стріхи.</w:t>
      </w:r>
    </w:p>
    <w:p>
      <w:r>
        <w:br/>
        <w:t>— Ну, що, з’їли нас шандарі? — питає мене Хома, сміючись.</w:t>
      </w:r>
    </w:p>
    <w:p>
      <w:r>
        <w:br/>
        <w:t>Я не відповів і слова, не міг ще прийти до себе.</w:t>
      </w:r>
    </w:p>
    <w:p>
      <w:r>
        <w:br/>
        <w:t>— Товаришу любий, а видиш, що я не пхнув тебе у пропасть! — сказав він потихо. Я тепер перший раз поглянув на него.</w:t>
      </w:r>
    </w:p>
    <w:p>
      <w:r>
        <w:br/>
        <w:t>Що се знов? Якийсь дід з довгою бородою стояв при мені.</w:t>
      </w:r>
    </w:p>
    <w:p>
      <w:r>
        <w:br/>
        <w:t>— Во ім’я отца і сина, а тобі що, Хомо?</w:t>
      </w:r>
    </w:p>
    <w:p>
      <w:r>
        <w:br/>
        <w:t>— Те, що й тобі! — відповів він.</w:t>
      </w:r>
    </w:p>
    <w:p>
      <w:r>
        <w:br/>
        <w:t>— Те, що й мені? А се як ти гадаєш?</w:t>
      </w:r>
    </w:p>
    <w:p>
      <w:r>
        <w:br/>
        <w:t>— Подивися в воду на свою вроду! — відказав він дряхлим дідівським голосом. Недалеко була широка калюжа, я поглянув — угу на тя, маро! Сли би-м не знав, що мере я сам, то би-м ся не пізнав, аби що! Дід та й дід з мене, хоть гинь, не пізнаєш Семена. Пообвішуваний торбами, з довгою палицею в руці, з сорокатою шапкою на голові. Хома й собі ж так! Того-то він казав мені так напруго йти спати в дідівській хаті! Угу!</w:t>
      </w:r>
    </w:p>
    <w:p>
      <w:r>
        <w:br/>
        <w:t>Так ми, бачите, уйшли на сей раз біди, але чи гадаєте, що на тім скінчилося? Шандарі шукали, парцували дальше, ми йшли та кидалися в різні боки, як ті ворони на вітрі, колесили та колесили поза Дністром. Аж ось чуємо: вже унялася троха біда, вже нема шандарів в околиці. Ну, слава тобі господи! — гадаємо.— Таки ми на сей раз спаслися! Тепер треба міркувати, щоби деяким чином додому вернути. Радь, Хомо! провадь, Хомо! Хома взявся провадити.</w:t>
      </w:r>
    </w:p>
    <w:p>
      <w:r>
        <w:br/>
        <w:t>Ми вертали поволі манівцями, осторожно, щоби де несподівано не попались в руки шандарям. Бог поміг, ми зблизилися вже до свого села, ось лиш півмильки, не дальше. Хто би був гадав, що ту найдемо те, чого-сьмо майже через півроку не могли найти по чужих селах? А таки найшли свою біду на мості, як кажуть. Та й то через мого приятеля, через Хому!</w:t>
      </w:r>
    </w:p>
    <w:p>
      <w:r>
        <w:br/>
        <w:t>Сиділи ми два дні в очереті. Було чутно, що ще в нашім селі шандарі. Друго[го] дня вечором каже Хома:</w:t>
      </w:r>
    </w:p>
    <w:p>
      <w:r>
        <w:br/>
        <w:t>— Знаєш що, Семене. Мене нога болить, може б, ти вийшов де у село, розвідався, що чувати, та приніс що їсти?</w:t>
      </w:r>
    </w:p>
    <w:p>
      <w:r>
        <w:br/>
        <w:t>Я пішов. Ледве-м вийшов з очерету, дивлюся — шандарі ходять по полю. Я, побачивши їх, аж одебелів з переполоху. Господи, ану ж но вони побачать мене! Ех, задер я поли, змикай у очерет. Але вже було запізно, доглянули мене, собачі діти, пустилися за мною наздогін.Ще лиш то собі пригадую, що їх було чотири.</w:t>
      </w:r>
    </w:p>
    <w:p>
      <w:r>
        <w:br/>
        <w:t>Як і куди я біг, не тямлю. То лиш тямлю, що, обмочений, обшарпаний, окровавлений, я впав коло Хоми. Хома відразу зрозумів, о що йде.</w:t>
      </w:r>
    </w:p>
    <w:p>
      <w:r>
        <w:br/>
        <w:t>— Вставай,— крикнув він мені,— скачи під міст!</w:t>
      </w:r>
    </w:p>
    <w:p>
      <w:r>
        <w:br/>
        <w:t>Недалеко був міст через ріку. Під ним була знайома</w:t>
      </w:r>
    </w:p>
    <w:p>
      <w:r>
        <w:br/>
        <w:t>нам криївка.</w:t>
      </w:r>
    </w:p>
    <w:p>
      <w:r>
        <w:br/>
        <w:t>Я добув остатніх сил і встав.</w:t>
      </w:r>
    </w:p>
    <w:p>
      <w:r>
        <w:br/>
        <w:t>— А ти ж куди подієшся? — питаю Хому.</w:t>
      </w:r>
    </w:p>
    <w:p>
      <w:r>
        <w:br/>
        <w:t>— Бігай, я вже собі пораджу.</w:t>
      </w:r>
    </w:p>
    <w:p>
      <w:r>
        <w:br/>
        <w:t>Я побіг, лишаючи єго в очереті.</w:t>
      </w:r>
    </w:p>
    <w:p>
      <w:r>
        <w:br/>
        <w:t>Не знаю і донині, що за хитрість придумав був Хома, щоби і сей раз уйти погоні. За хвилю,дрожачи на цілім тілі, сидів я уже під мостом, схований безпечно. Сиджу я, сиджу, поволі й страх пройшов, надзираю, надслухую, що станеся з Хомою. Нічого не чую, лиш ріка шумить боком попід міст.</w:t>
      </w:r>
    </w:p>
    <w:p>
      <w:r>
        <w:br/>
        <w:t>Довго я сидів скулений, не рушаючись, під мостом межи двома дилинами. Аж ось чую якийсь гомін. Зазираю здалека,— господи милосердний! Се ж мого приятеля, мого Хому, ведуть шандарі. На руках і ногах побрязкують ланцюжки, шандарі окружили єго й поблискують карабінами. Мені в очах потемніло, серце мов ледом обдало. Гляджу ліпше, Хома по саму шию мокрий, обталапаний, ще до того повно на нім шувару, гнилого листя і зеленої водяної трави. Певно, неборак хотів сховатися в баюру, та дарма, найшли єго, зловили!</w:t>
      </w:r>
    </w:p>
    <w:p>
      <w:r>
        <w:br/>
        <w:t>"Слава тобі господи, що хоч я цілий",— подумав я собі, скулився втроє і сиджу тихо, ледве дух у собі переводжу.</w:t>
      </w:r>
    </w:p>
    <w:p>
      <w:r>
        <w:br/>
        <w:t>Ну, хто би гадав, що Хома бодай тепер не схоче мені зашкодити! Гай, гай, боже єдиний! Приятель, приятель! Слухайте лишень, на яку хитрість узявся мій приятель неприторонний, щоби й мене погубити і видати в руки шандарям. Слухаю я, чути чую здалека кроки. Йдуть шандарі на той міст, де я сиджу. Гов! чую ще щось. Хтось чи співає, чи що! Прислухуюсь ближче — то голос Хоми. Йде він та й ніби приспівує протяжно:</w:t>
      </w:r>
    </w:p>
    <w:p>
      <w:r>
        <w:br/>
        <w:t>Ой Семене, мій друже Семене!</w:t>
      </w:r>
    </w:p>
    <w:p>
      <w:r>
        <w:br/>
        <w:t>Та скажи ти батькові від мене,</w:t>
      </w:r>
    </w:p>
    <w:p>
      <w:r>
        <w:br/>
        <w:t>Що не буде вже Хома</w:t>
      </w:r>
    </w:p>
    <w:p>
      <w:r>
        <w:br/>
        <w:t>У недільку дома!</w:t>
      </w:r>
    </w:p>
    <w:p>
      <w:r>
        <w:br/>
        <w:t>— Добре, добре! — крикнув я з-під моста, порушений жалібним Хоминим співом.</w:t>
      </w:r>
    </w:p>
    <w:p>
      <w:r>
        <w:br/>
        <w:t>Господи, як я в тій хвилі налякався власного голосу! Жити і вмирати буду, а тота хвиля не вийде мені з пам’яті. Мені зашуміло в ухах, замерещило перед очима, кров бухнула до голови,— сам не знаю, що зо мною сталося.</w:t>
      </w:r>
    </w:p>
    <w:p>
      <w:r>
        <w:br/>
        <w:t>Я отямився на мості. Два шандарі держали мене за руки, один замикав на залізну колодку ланцюжок, котрим вони були зв’язані. Я рушив ногою, на ній забреньчав такий самий ланцюжок.</w:t>
      </w:r>
    </w:p>
    <w:p>
      <w:r>
        <w:br/>
        <w:t>І ви говорите мені о приязні! Чи ж то по-приятельськи поступив собі Хома зі мною? Я поглянув на него. Стояв понурий, мокрий, дрожачий. Раз глипнув на мене — в єго очах крутилися сльози... Що мені з тих сліз? Вони ні мені, ні єму не поможуть!</w:t>
      </w:r>
    </w:p>
    <w:p>
      <w:r>
        <w:br/>
        <w:t>На другий день нам уже обстригли кучері. Ми були вояками.</w:t>
      </w:r>
    </w:p>
    <w:p>
      <w:r>
        <w:br/>
        <w:t>Ох, приязнь, приязнь! Товариство! Далось ти мені гірко взнаки, не забуду я тебе до смерті. Бо через тебе пропали мої літа молоді!</w:t>
      </w:r>
    </w:p>
    <w:p>
      <w:r>
        <w:br/>
        <w:t>Лолин, у червні 1876</w:t>
      </w:r>
    </w:p>
    <w:p>
      <w:r>
        <w:br/>
        <w:t>______________________________</w:t>
      </w:r>
    </w:p>
    <w:p>
      <w:r>
        <w:br/>
        <w:t>* А звідки ви, старці? (польськ.) — Ред.</w:t>
      </w:r>
    </w:p>
    <w:p>
      <w:r>
        <w:br/>
        <w:t>* Де мешкаєте, волоцюги? (польськ.) — Ред.</w:t>
      </w:r>
    </w:p>
    <w:p>
      <w:r>
        <w:br/>
        <w:t>* Якась дотепна бестія! Але ходімо вже. Здається мені, що в цій скирті за селом пощастить нам зловити якусь пташку (польськ.).— Ред.</w:t>
      </w:r>
    </w:p>
    <w:p>
      <w:r>
        <w:br/>
        <w:t>* Злодій зі своїми приказками! (польськ.) 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приятелі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