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сини</w:t>
      </w:r>
    </w:p>
    <w:p>
      <w:r>
        <w:br/>
        <w:t xml:space="preserve"> &lt;blockquote&gt;&lt;p&gt;М.О. Максимовичу</w:t>
      </w:r>
    </w:p>
    <w:p>
      <w:r>
        <w:br/>
        <w:t>І</w:t>
      </w:r>
    </w:p>
    <w:p>
      <w:r>
        <w:br/>
        <w:t>Чоловік умер, двоє діток мені покинув, два сини. Треба мені заробляти, треба своїх діток годувати. Не справлюсь сама. Те продала, те продала — усе попродала. Важко нам, убогим, своє добро збувати, що воно в нас кров'ю обкипіло!</w:t>
      </w:r>
    </w:p>
    <w:p>
      <w:r>
        <w:br/>
        <w:t>Збула... Клопочуся, бідкаюся — з ночі до ночі. Ніколи раразд і діточками втішатись...</w:t>
      </w:r>
    </w:p>
    <w:p>
      <w:r>
        <w:br/>
        <w:t>А дітки ростуть, уже й в'ються коло мене і щебечуть— мої соловейки.</w:t>
      </w:r>
    </w:p>
    <w:p>
      <w:r>
        <w:br/>
        <w:t>II</w:t>
      </w:r>
    </w:p>
    <w:p>
      <w:r>
        <w:br/>
        <w:t>Андрійко був у мене повновидий, ясноокий, кучерявий;</w:t>
      </w:r>
    </w:p>
    <w:p>
      <w:r>
        <w:br/>
        <w:t>веселий був хлопчик, жвавий. Було, за день добре мені впечеться своєю пустотою, а ще лучче розважить. І посварюсь, і поцілую його. Він був старшенький.</w:t>
      </w:r>
    </w:p>
    <w:p>
      <w:r>
        <w:br/>
        <w:t>А що вже Василько, — тихий, сумирний: і в хаті не чуть, і на дворі не видно. Був якийсь задумшливий змалку: чи те, що він у таку тяжку годину народився, хутенько після мого чоловіка, чи таку вдачу йому бог дав.</w:t>
      </w:r>
    </w:p>
    <w:p>
      <w:r>
        <w:br/>
        <w:t>Андрійко село оббіжить, — вернеться червоний, сміючися, пустуючи; а сей, гляди, під хатою де-небудь сидітиме: землею пересипається або зілля всякі вишукує; розкопує щось — робачка вигребе або метелика вловить, — дивиться, думає... Гукне Андрій, він увесь здригнеться. А коли, то, було, ляже в садку та цілісінький день і пролежить нерухомо, мов прислухається до чого.</w:t>
      </w:r>
    </w:p>
    <w:p>
      <w:r>
        <w:br/>
        <w:t>— Що се задумався, сину? — спитаю.</w:t>
      </w:r>
    </w:p>
    <w:p>
      <w:r>
        <w:br/>
        <w:t>— Який сей світ великий, нене!</w:t>
      </w:r>
    </w:p>
    <w:p>
      <w:r>
        <w:br/>
        <w:t>Ще хлоп'ям був, приземком, а всі вже зілля знав; і як зветься, і де й коли процвітає, і яким цвітом, і коли пташки у вирій одлітають, і коли прилітають з вирію — усе він теє знав.</w:t>
      </w:r>
    </w:p>
    <w:p>
      <w:r>
        <w:br/>
        <w:t>— Се йому так бог дав! — було мені кажуть люди. — Не хайте його, — се йому так бог дав!</w:t>
      </w:r>
    </w:p>
    <w:p>
      <w:r>
        <w:br/>
        <w:t>III</w:t>
      </w:r>
    </w:p>
    <w:p>
      <w:r>
        <w:br/>
        <w:t>Ото, було, тими вечорами довгими осінніми, як вже стомить мене робота, — заберу обойко до себе на коліна та почну на добрий розум навчати: як вмію, так і навчаю. Розказую їм і про те, і про друге — толкуюся з ними. Отже, мій Андрійко хутко і заскучає; так він і вариться: очі собі тре, і позіхає, і зітха. "Пустіть вже, мамо!" — проситься. А скоро пустив, — чого не загадає! І гомонить, і пустує, поки й сон зможе. А Василько буде хоч цілечку ніч тую довгу ізо мною сидіти, мене слухаючи та мені в вічі пильнесенько дивлячись. Поснемо. Вночі прокинешся — не спить Василько мій.</w:t>
      </w:r>
    </w:p>
    <w:p>
      <w:r>
        <w:br/>
        <w:t>— Сину! Чому ти не спиш?</w:t>
      </w:r>
    </w:p>
    <w:p>
      <w:r>
        <w:br/>
        <w:t>— Так... не хочу!.. Чого, мамо, ніч темна-невидна?</w:t>
      </w:r>
    </w:p>
    <w:p>
      <w:r>
        <w:br/>
        <w:t>— Так бог дав, дитино, що темно уночі... Спи, — кажу йому, — спи!</w:t>
      </w:r>
    </w:p>
    <w:p>
      <w:r>
        <w:br/>
        <w:t>Він і змовкне... Тільки довго ще невпокійно ворочається.</w:t>
      </w:r>
    </w:p>
    <w:p>
      <w:r>
        <w:br/>
        <w:t>Було, як місяць у віконечко засвітить, Василько дивиться, очей не зводячи. А я од людей чула, що недобре, як на сонних дітей місяць сипле промінням, — то й укриваю, було, їх і наказую Василькові: "Не дивись, Василечку, на місяць, — не годиться!" Він і зітхне... То вже вряди-годи упаде така нічка, щоб він спочив тихим духом, або зовсім нема йому сну, або ж сни невпокійні сняться.</w:t>
      </w:r>
    </w:p>
    <w:p>
      <w:r>
        <w:br/>
        <w:t>Андрійко не такий. Уже зоря зайнялась, вже й сонечко зійшло, а він міцним сном висипається, розкидався-розгорівся... Як його звечора трудно упорхати, так і піднять уранці. А прокинувся він, мій пустунчик, — і гуком його в хаті аж сохи движать! Ну бігать, гомоніть, гайнувати, аж усе піде жужмом! А само таке радеє, веселе, миле!.. Де то вже, хоч жалко, не жалко, а треба впинить: і пострахаєш, було, і покрикнеш на його...</w:t>
      </w:r>
    </w:p>
    <w:p>
      <w:r>
        <w:br/>
        <w:t>Василько меншенький, а навчає старшого брата. Андрійко скорий був, палкий, як іскра, — то, було, тричі на день і більш посвариться з дітьми на улиці, а то й поб'ється за яку пустоту.</w:t>
      </w:r>
    </w:p>
    <w:p>
      <w:r>
        <w:br/>
        <w:t>— Андрійку! — каже тоді Василь, — а що ти невеселий?</w:t>
      </w:r>
    </w:p>
    <w:p>
      <w:r>
        <w:br/>
        <w:t>— Бивсь, от що!</w:t>
      </w:r>
    </w:p>
    <w:p>
      <w:r>
        <w:br/>
        <w:t>— Ото-то й бачиш, Андрійку, що за твою пустоту тобі й не минулось; а якби ти не заводивсь, то й не смуткував би тепер, і не стидно б було, що тебе попобито!</w:t>
      </w:r>
    </w:p>
    <w:p>
      <w:r>
        <w:br/>
        <w:t>А Андрійко йому своє:</w:t>
      </w:r>
    </w:p>
    <w:p>
      <w:r>
        <w:br/>
        <w:t>— І так сидіть нудно!</w:t>
      </w:r>
    </w:p>
    <w:p>
      <w:r>
        <w:br/>
        <w:t>Та знов югне з хати — і слід загув!..</w:t>
      </w:r>
    </w:p>
    <w:p>
      <w:r>
        <w:br/>
        <w:t>Тихий був Василько, розсудливий. Хто його й на розум добрий наставляв, господь його знає! Чи піде, було, чи не піде до товариша, вже й повернувсь, вже й дома: не засидиться, не заграється ніде. Так і зріс на самоті, сам із собою. Не говіркий був, не смішливий. У кого вже він вдався такий!</w:t>
      </w:r>
    </w:p>
    <w:p>
      <w:r>
        <w:br/>
        <w:t>Андрійко, то всіх дівчат у селі знає. Робить і діло, щирим серцем робить, а годинку урве собі на гуляння парубоцьке. Сей же, як до чого став, — і очей не зведе, і думки ні на що не зверне — уся душа його в роботі.</w:t>
      </w:r>
    </w:p>
    <w:p>
      <w:r>
        <w:br/>
        <w:t>IV</w:t>
      </w:r>
    </w:p>
    <w:p>
      <w:r>
        <w:br/>
        <w:t>Діти мої, діти мої!</w:t>
      </w:r>
    </w:p>
    <w:p>
      <w:r>
        <w:br/>
        <w:t>Пройшла в нас чутка — некрутчина сього року буде. Як я почула, наче мене холодом обняло. Поглянула на своїх парубків — що то за хороші, за молоді, боже мій добрий! Одного ранку — бодай такого ніхто не оглядав! — сказано мені, що на черзі Андрійко у некрути...</w:t>
      </w:r>
    </w:p>
    <w:p>
      <w:r>
        <w:br/>
        <w:t>Збираю останнє, споряджаю його... яково-то свою дитину на лихо, на біду виряджать! Хто того не знає, нехай же мене спитає!.. А він-то на моїх очах уже прив'яв... Де той погляд молодецький, де усміх веселий!</w:t>
      </w:r>
    </w:p>
    <w:p>
      <w:r>
        <w:br/>
        <w:t>Чи мені ж те оповідати, що не одная ненька стара хлопцеві серденько слізьми в'ялила? Плакали і молоді очі за ним, за його гарною вродою! Любо він пісні виспівує, було, ясними зорями. Голос його по всьому селі розлягається. Отже, й виспівав собі дівчину любу та гарну. Літньої пори, тихими та теплими ночами, лежу, було, довго без сну, — думаю та горюю і чую, було, розмову їх тиху та любу... Сподівалась я невісточки, як ластівочки, собі на втіху... Пішла моя сподіванка слідом за некрутами!..</w:t>
      </w:r>
    </w:p>
    <w:p>
      <w:r>
        <w:br/>
        <w:t>V</w:t>
      </w:r>
    </w:p>
    <w:p>
      <w:r>
        <w:br/>
        <w:t>Казано в середу везти новобранців по обіді. Сиджу я та дожидаю тієї години, — коли вбігає мій Василько задиханий, блідий і за ним два чоловіки в хату.</w:t>
      </w:r>
    </w:p>
    <w:p>
      <w:r>
        <w:br/>
        <w:t>— Паніматко! Спорядіть обох: пан звелів і Василя брати!</w:t>
      </w:r>
    </w:p>
    <w:p>
      <w:r>
        <w:br/>
        <w:t>Я віри не йму їм.</w:t>
      </w:r>
    </w:p>
    <w:p>
      <w:r>
        <w:br/>
        <w:t>— Не буде сього! — таки на їх кажу. — Адже ж пан сам людина божа!</w:t>
      </w:r>
    </w:p>
    <w:p>
      <w:r>
        <w:br/>
        <w:t>-Ні, мамо, — промовить Василь, — так воно дійсне єсть, як вони тобі сказали!..</w:t>
      </w:r>
    </w:p>
    <w:p>
      <w:r>
        <w:br/>
        <w:t>І всі мене вмовляють, а в мене серце наче замерло: і чую, що говорять, і бачу їх, а до серця ніщо мені не доходить.</w:t>
      </w:r>
    </w:p>
    <w:p>
      <w:r>
        <w:br/>
        <w:t>VI</w:t>
      </w:r>
    </w:p>
    <w:p>
      <w:r>
        <w:br/>
        <w:t>Виїжджали три тройки. Усе новобранці. За ними рід іде, проводжає. Сіла й я між своїми синами, їду. Шлях мигтить, гаї та поля на очі набігають...</w:t>
      </w:r>
    </w:p>
    <w:p>
      <w:r>
        <w:br/>
        <w:t>І так мені сталося, наче я дитина мала: не розумію нічого, не знаю, не пам'ятаю. Тільки як гляну на дітей, то страшно стане.</w:t>
      </w:r>
    </w:p>
    <w:p>
      <w:r>
        <w:br/>
        <w:t>Приїхали до прийому, повели їх, а ми стоїмо, ждемо. Мене мов сон хилить, та будять мене — хто плачем, хто риданням. Перших вивели моїх... Господи, боже мій! Ти ж у нас великий, ти ж милостивий! Лучче б я у землю поховала їх обох!..</w:t>
      </w:r>
    </w:p>
    <w:p>
      <w:r>
        <w:br/>
        <w:t>VII</w:t>
      </w:r>
    </w:p>
    <w:p>
      <w:r>
        <w:br/>
        <w:t>Привели мене у темну якусь хатину — землянка, чи льох, чи що воно таке, не скажу. Якийсь москаль сидить: головач, розкошланий, невмиваний, під щетиною увесь, як їжак. Се буде їх старший, дядько...</w:t>
      </w:r>
    </w:p>
    <w:p>
      <w:r>
        <w:br/>
        <w:t>Кланяюсь, прошу: "Не оставте ласкою вашою, добродію, і моїх синів!"</w:t>
      </w:r>
    </w:p>
    <w:p>
      <w:r>
        <w:br/>
        <w:t>Даю йому, що змоглась, грошенят, а то полотна і на діток дещо...</w:t>
      </w:r>
    </w:p>
    <w:p>
      <w:r>
        <w:br/>
        <w:t>— Не журись, старушка! — прохрипів. — Трошки ваші синки поскучають — без того не можна в світі, а там злюбиться: молодці будуть, от як і я, приміром кажучи!</w:t>
      </w:r>
    </w:p>
    <w:p>
      <w:r>
        <w:br/>
        <w:t>Поглянула я тоді спильна на його: червоний, обдутий якийсь він, очі в його якось померхли... Боже ж мій! А мої сини, мої голуби сизі! Що у їх душа тепереньки свята, і погляд ясний, і любі обличчя квіткою процвітають!..</w:t>
      </w:r>
    </w:p>
    <w:p>
      <w:r>
        <w:br/>
        <w:t>VIII</w:t>
      </w:r>
    </w:p>
    <w:p>
      <w:r>
        <w:br/>
        <w:t>Попрощалися. Провели мене діти за місто... От іще й досі, як вибереться літом день гарячий, душний, то й згадаю собі те прощання наше: от ідемо містом... позачинювані будинки, запиняні вікна скрізь; за містом соснина темна, далека заступила шлях піскуватий; суне перед очима по піску рипливий віз, на небі сонце пекуче...</w:t>
      </w:r>
    </w:p>
    <w:p>
      <w:r>
        <w:br/>
        <w:t>IX</w:t>
      </w:r>
    </w:p>
    <w:p>
      <w:r>
        <w:br/>
        <w:t>Зосталась я сама-самісінька, недугуючи. Ні сну мені, ні одпочинку. Роблю через силу, нічого не знаю, не чую...</w:t>
      </w:r>
    </w:p>
    <w:p>
      <w:r>
        <w:br/>
        <w:t>Минає рік, і другий, і п'ятий...</w:t>
      </w:r>
    </w:p>
    <w:p>
      <w:r>
        <w:br/>
        <w:t>Обняла мене мов хмара чорна; тільки й світяться мені, як дві зіроньки темної ночі: то дітоньки мої!</w:t>
      </w:r>
    </w:p>
    <w:p>
      <w:r>
        <w:br/>
        <w:t>По різдві сиджу я одного вечора, так уже у пізні лягови, пряду... Надворі завірюха, аж у вікна б'є, і світло мигтить...</w:t>
      </w:r>
    </w:p>
    <w:p>
      <w:r>
        <w:br/>
        <w:t>Коли — стук-стук! Одчиняю — Василь!</w:t>
      </w:r>
    </w:p>
    <w:p>
      <w:r>
        <w:br/>
        <w:t>— Василечку, синочку мій! А Андрійко де?..</w:t>
      </w:r>
    </w:p>
    <w:p>
      <w:r>
        <w:br/>
        <w:t>— Нема вже, мамо, Андрія! Ліг Андрій, мамо, та й не встане вже!..</w:t>
      </w:r>
    </w:p>
    <w:p>
      <w:r>
        <w:br/>
        <w:t>А я наче знала: я його щодня в бога, щоночі оплакала!.. А жити б такому та жити! На виріст, і на силу, й на личко у батька удавсь: отже, за батьком і на той світ погнався!..</w:t>
      </w:r>
    </w:p>
    <w:p>
      <w:r>
        <w:br/>
        <w:t>— Зстаріли ви, ненько!.. Як вам тут жилося? Нужди прийняли?..</w:t>
      </w:r>
    </w:p>
    <w:p>
      <w:r>
        <w:br/>
        <w:t>— А так мені жилося: устаю — плачу і лягаю — плачу, так мені жилося!</w:t>
      </w:r>
    </w:p>
    <w:p>
      <w:r>
        <w:br/>
        <w:t>-Я, мамо, до вас умирати прийшов!..</w:t>
      </w:r>
    </w:p>
    <w:p>
      <w:r>
        <w:br/>
        <w:t>Придивлюсь до його, — лишенько моє!.. Воно й молоде, та вже надломлене!..</w:t>
      </w:r>
    </w:p>
    <w:p>
      <w:r>
        <w:br/>
        <w:t>— Синочку мій! Бодай би я не діждала твого слова почути!</w:t>
      </w:r>
    </w:p>
    <w:p>
      <w:r>
        <w:br/>
        <w:t>Отже, то щира правда була, що він сказав. Тане й тане мій Василько як свічка. Полежав, похирів — та навесні й переставився. Де йому й жити було! Воно й росло так, аби слава, а тії виправки та походи силу з його усю вибрали...</w:t>
      </w:r>
    </w:p>
    <w:p>
      <w:r>
        <w:br/>
        <w:t>— Не на те народивсь, моя мати, щоб мені людей на війні тратити! — було каже. — Не для таких, як я, війна, й войовник з мене не жвавий!</w:t>
      </w:r>
    </w:p>
    <w:p>
      <w:r>
        <w:br/>
        <w:t>Як уже в тяжкому недузі лежав, то все, було, дума та дума, та дума собі.</w:t>
      </w:r>
    </w:p>
    <w:p>
      <w:r>
        <w:br/>
        <w:t>— О боже, боже! — заговорить. — Який у тебе світ красний! А я й не наживсь у світі, а я й не навчився, а я й не знаю нічого!..</w:t>
      </w:r>
    </w:p>
    <w:p>
      <w:r>
        <w:br/>
        <w:t>І в останню годину промовив:</w:t>
      </w:r>
    </w:p>
    <w:p>
      <w:r>
        <w:br/>
        <w:t>— Не жив я, мамо, на світі! Тільки збирався жити!.. Молоде, то як косою скосило... А я зосталася...</w:t>
      </w:r>
    </w:p>
    <w:p>
      <w:r>
        <w:br/>
        <w:t>Х</w:t>
      </w:r>
    </w:p>
    <w:p>
      <w:r>
        <w:br/>
        <w:t>Тільки мені й потіхи, що коли присняться мої дітки.</w:t>
      </w:r>
    </w:p>
    <w:p>
      <w:r>
        <w:br/>
        <w:t>Та все сняться вони маленькими, а парубками ніколи не присняться.</w:t>
      </w:r>
    </w:p>
    <w:p>
      <w:r>
        <w:br/>
        <w:t>І як живії вони стоять перед душею моєю: Андрійко веселий, кучерявий, ніби по хаті бігає та гомонить, а в хаті ясно-ясно! Василько над квітами та зіллям сидить, задумався...</w:t>
      </w:r>
    </w:p>
    <w:p>
      <w:r>
        <w:br/>
        <w:t>Прокинусь... пусто! Робота дожидає; треба жити, треба діло робити, треба терпіти горенько...</w:t>
      </w:r>
    </w:p>
    <w:p>
      <w:r>
        <w:br/>
        <w:t>Живу... Дивлюсь, як хата валиться; чую, що й сама я пилом припадаю... якось дурнішаю, якось туманію, наче жива у землю входжу...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сини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