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милі</w:t>
      </w:r>
    </w:p>
    <w:p>
      <w:r>
        <w:br/>
        <w:t xml:space="preserve"> &lt;p&gt;Оповідання</w:t>
      </w:r>
    </w:p>
    <w:p>
      <w:r>
        <w:br/>
        <w:t>Старий Мотуз — чоловік заможний і гоноровитий. Він виплатив дідові Грицаєві триста карбованців за його половину поля й обладував тим полем ще за житності Грицая. Те поле мало перейти до Мотуза після смерті Грицая й Грицайки. Кажуть, що Грицай напозичався у Мотуза трохи не на тисячу карбованців, бо нічого не робив, тільки цілий рік з своєю бабою пив та гуляв.</w:t>
      </w:r>
    </w:p>
    <w:p>
      <w:r>
        <w:br/>
        <w:t>Мотуз задумав оженити свого сина Дмитра. Дмитро парубок гарний з лиця, чорнявий, довгобразий, високий та рівний станом. Він дуже подобався дівчатам: дівчата липли до його, як до меду бджоли. Вже давненько він топтав стежку до Уляни Редьківни. Редьківна була з лиця гарненька, біла, білява, з ясними голубими, трохи випнутими чималими очима. Вона трошки скинулась на панянку, проворна та жвава, вона любила зачіпати хлопців. Вона перша зачепила й Дмитра.</w:t>
      </w:r>
    </w:p>
    <w:p>
      <w:r>
        <w:br/>
        <w:t>— А що, сину! — скидав Мотуз до Дмитра. — До кого будемо старостів слати? Треба тобі цих м'ясниць оженитись.</w:t>
      </w:r>
    </w:p>
    <w:p>
      <w:r>
        <w:br/>
        <w:t>— До Уляни Редьківни пошлемо старостів, — обізнався Дмитро.</w:t>
      </w:r>
    </w:p>
    <w:p>
      <w:r>
        <w:br/>
        <w:t>— До Уляни Редьківни? Щоб я взяв за невістку Редьківну? її батько служив за наймита. Не хочу я родатися з наймитами. Чи то спосіб? Хіба на селі немає гарних дівчат? Хвалить бога, маю своєї землі доволі, а помре Гримай, то й заберу й його половину поля. Пошлемо старостів до Якилини Бондарівни. Бондаренко — так це чоловік! Бондаренки хазяїни з батька, з діда. З цими не сором ріднитись, А з наймитами я не сяду за стіл хліб їсти та по чарці пити. Бери Якилину.</w:t>
      </w:r>
    </w:p>
    <w:p>
      <w:r>
        <w:br/>
        <w:t>Син задумався. Шкода було йому кидати й Уляну. Він давно вже кохався з нею. Він знав, що Уляна вже завагітніла, знав її норови, знав, що вона палка, сердита і що од неї трудно буде одкаснутись. Але й Бондарівна була гарна, чорнява, рум'яна, з чорними ясними очима, гарна на вроду, гарна й на вдачу. Причеплива Редьківна вже трохи обридла йому. Дмитро задумався.</w:t>
      </w:r>
    </w:p>
    <w:p>
      <w:r>
        <w:br/>
        <w:t>— Про Редьківну нема чого думати! І з голови собі викинь її! — часто говорив батько синові. — Зроду-звіку не прийму я її в свою хату за невістку.</w:t>
      </w:r>
    </w:p>
    <w:p>
      <w:r>
        <w:br/>
        <w:t>Спротивилась і стара Мотузиха. Вона не любила й Уляниної матері, й її батька, її баби, старої Горовихи, за те, що вони були аж надто цікаві на язик та осудливі.</w:t>
      </w:r>
    </w:p>
    <w:p>
      <w:r>
        <w:br/>
        <w:t>Дмитро почав топтати стежку до Бондарівни, почав придивлятись до неї, і Бондарівна причарувала його чорними очима. Після покрови Дмитро пішов з старостами до Бондаренка. Якилина подавала старостам рушники. Перечула про це Уляна — не стямилась. Улянина мати стривожились: шкода було й багатого зятя, шкода було й дочки. Брав і сором стару, що не догляділа дочки... Уляна плакала й сердилась. Зустрілася вона з Дмитром і почала докоряти йому. Дмитро й говорити з нею не схотів.</w:t>
      </w:r>
    </w:p>
    <w:p>
      <w:r>
        <w:br/>
        <w:t>— Тривай же ти, вражий сину! Коли ти одцурався од мене, то я тобі не попущу насміхатись з мене, — говорила Уляна до матері та до своєї баби. — Мамо! Як стане Дмитро до вінця з Якилиною, то я піду до церкви та перед попом і перед усіма людьми розкажу, що він мені заприсягавсь й божився, що мене буде сватати. А як мене Дмитро не послухає, то я зіпхну з рушника Якилину, а сама стану на рушник. Нехай піп мене вінчає з ним.</w:t>
      </w:r>
    </w:p>
    <w:p>
      <w:r>
        <w:br/>
        <w:t>І мати і баба вговорювали Уляну не робити цього, але Уляна їх не послухала.</w:t>
      </w:r>
    </w:p>
    <w:p>
      <w:r>
        <w:br/>
        <w:t>Вже і в церкві тричі оповістили заповідь.</w:t>
      </w:r>
    </w:p>
    <w:p>
      <w:r>
        <w:br/>
        <w:t>Настала неділя, в котру Дмитро мав вінчатися з Бондарівною. Боярин простелив серед церкви рушник. Дмитро став на рушник, коли він зирк! — аж з-поміж дівчат-дружок вискочила Редьківна й сміливо стала на рушник поруч із ним. Якилина глянула на неї й зблідла на виду, Дмитро стояв ні в сих ні в тих. Боярин помаленьку взяв за руку Уляну й звів її з рушника. Якилина стала на рушник. Уляна висмикнула руку, зайшла позад Якилини і пхнула її в спину скільки було сили. Якилина трохи не впала на аналой.</w:t>
      </w:r>
    </w:p>
    <w:p>
      <w:r>
        <w:br/>
        <w:t>В церкві піднявся гомін. Люди заворушились. Уляна стояла на рушнику поруч із Дмитром. З олтаря вийшов священик. Він вже знав, що вийде якась притичина: Улянина мати приходила до його жалітись на Дмитра, але він не сподівався, щоб Уляна наробила такого глуму в церкві при людях.</w:t>
      </w:r>
    </w:p>
    <w:p>
      <w:r>
        <w:br/>
        <w:t>— Дмитре, чи ти хочеш брати Уляну? — спитав у його батюшка.</w:t>
      </w:r>
    </w:p>
    <w:p>
      <w:r>
        <w:br/>
        <w:t>— Ні, не хочу.</w:t>
      </w:r>
    </w:p>
    <w:p>
      <w:r>
        <w:br/>
        <w:t>— З ким же ти думаєш вінчатись? — спитав батюшка.</w:t>
      </w:r>
    </w:p>
    <w:p>
      <w:r>
        <w:br/>
        <w:t>— З Якилиною Бондарівною, — сказав Дмитро.</w:t>
      </w:r>
    </w:p>
    <w:p>
      <w:r>
        <w:br/>
        <w:t>— Не вінчайте його, батюшко, з Якилиною, бо він обіцявсь мене сватать. Він мене піддурив, він мене обезчестив! — говорила Уляна, не оступаючись з рушника.</w:t>
      </w:r>
    </w:p>
    <w:p>
      <w:r>
        <w:br/>
        <w:t>— Ти кого хочеш брати: чи Уляну, чи Якилину? — знов спитав батюшка в молодого.</w:t>
      </w:r>
    </w:p>
    <w:p>
      <w:r>
        <w:br/>
        <w:t>— Якилину, — обізвався молодий, втупивши очі в поміст; йому було сором.</w:t>
      </w:r>
    </w:p>
    <w:p>
      <w:r>
        <w:br/>
        <w:t>— А ти, Якилино, по добрій волі станеш під вінець з Дмитром? — спитав батюшка.</w:t>
      </w:r>
    </w:p>
    <w:p>
      <w:r>
        <w:br/>
        <w:t>— По добрій волі, — насилу обізвалась Якилина.</w:t>
      </w:r>
    </w:p>
    <w:p>
      <w:r>
        <w:br/>
        <w:t>— Оступись, Уляно, з рушника! Тут не твоє місце! — каже батюшка до Уляни.</w:t>
      </w:r>
    </w:p>
    <w:p>
      <w:r>
        <w:br/>
        <w:t>— Батюшко! Я не оступлюсь. Тут моє місце, бо я вже з ним спізналась. Нехай зо мною вінчається, — сміливо сказала Уляна.</w:t>
      </w:r>
    </w:p>
    <w:p>
      <w:r>
        <w:br/>
        <w:t>— Виведіть її з церкви! — махнув батюшка до бояр. — А хто ж тобі винен! Хіба ти мала дитина, що тебе кожний може дурити.</w:t>
      </w:r>
    </w:p>
    <w:p>
      <w:r>
        <w:br/>
        <w:t>Бояри взяли Уляну за руки й вивели з церкви. Вона й сльози не пустила з очей, тільки була червона на виду та наче пашіла огнем.</w:t>
      </w:r>
    </w:p>
    <w:p>
      <w:r>
        <w:br/>
        <w:t>Баба Горовиха розказувала, що вже як везли Якилину до молодого проз Редьчин двір, то Уляна аж тоді плакала та побивалась.</w:t>
      </w:r>
    </w:p>
    <w:p>
      <w:r>
        <w:br/>
        <w:t>Через півроку і Уляна повінчалася з другим. Парубок той був гарний, високий, білявий, повний, тільки в його голова була трохи велика. Уляна забула про Дмитра. Але й Дмитрові батюшка прочитав добру молитву за те, що він зрадив бідну дівчину.</w:t>
      </w:r>
    </w:p>
    <w:p>
      <w:r>
        <w:br/>
        <w:t>— Господи! Які тепер дівчата настали! — казала потім Улянина баба Горовиха. — Скільки ми не вговорювали Уляни, а вона таки своєї: піду да стану з Дмитром на рушник! Піду та й піду! Нехай мене з ним вінчає піп, — так розказує баба й сміється.</w:t>
      </w:r>
    </w:p>
    <w:p>
      <w:r>
        <w:br/>
        <w:t>Але йде по селі чутка, що й Горовиха ззамолоду скакала в гречку і була схожа в тому на свою унуку.</w:t>
      </w:r>
    </w:p>
    <w:p>
      <w:r>
        <w:br/>
        <w:t>1910 року.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милі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