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Дзвенять у відрах крижані кружальця...</w:t>
      </w:r>
    </w:p>
    <w:p>
      <w:r>
        <w:br/>
        <w:t xml:space="preserve"> * * *</w:t>
      </w:r>
    </w:p>
    <w:p>
      <w:r>
        <w:br/>
        <w:t>Дзвенять у відрах крижані кружальця.&lt;br /&gt;</w:t>
        <w:br/>
        <w:t>Село в снігах, і стежка ані руш.&lt;br /&gt;</w:t>
        <w:br/>
        <w:t>Старенька груша дихає на пальці,&lt;br /&gt;</w:t>
        <w:br/>
        <w:t>їй, певно, сняться повні жмені груш.</w:t>
      </w:r>
    </w:p>
    <w:p>
      <w:r>
        <w:br/>
        <w:t>Їй сняться хмари і липневі грози,&lt;br /&gt;</w:t>
        <w:br/>
        <w:t>чиясь душа, прозора при свічі.&lt;br /&gt;</w:t>
        <w:br/>
        <w:t>А вікна сплять, засклив мороз їм сльози.&lt;br /&gt;</w:t>
        <w:br/>
        <w:t>У вирій полетіли рогачі.</w:t>
      </w:r>
    </w:p>
    <w:p>
      <w:r>
        <w:br/>
        <w:t>Дощу і снігу наковтався комин,&lt;br /&gt;</w:t>
        <w:br/>
        <w:t>і тин упав, навіщо городить?&lt;br /&gt;</w:t>
        <w:br/>
        <w:t>Живе в тій хаті сивий-сивий спомин,&lt;br /&gt;</w:t>
        <w:br/>
        <w:t>улітку він під грушею сидить.</w:t>
      </w:r>
    </w:p>
    <w:p>
      <w:r>
        <w:br/>
        <w:t>І хата, й тин, і груша серед двору,&lt;br /&gt;</w:t>
        <w:br/>
        <w:t>і кияшиння чорне де-не-де,&lt;br /&gt;</w:t>
        <w:br/>
        <w:t>все згадує себе в свою найкращу пору.</w:t>
      </w:r>
    </w:p>
    <w:p>
      <w:r>
        <w:br/>
        <w:t>І стежка, по якій вже тільки сніг іде...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Дзвенять у відрах крижані кружальця...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