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Фабула "Філарет старенький колись у пустині"</w:t>
      </w:r>
    </w:p>
    <w:p>
      <w:r>
        <w:br/>
        <w:t xml:space="preserve"> Філарет старенький колись у пустині&lt;br /&gt;</w:t>
        <w:br/>
        <w:t>Доживав віку в лісовій хатині.&lt;br /&gt;</w:t>
        <w:br/>
        <w:t>А один юнак, Філідоном звався,&lt;br /&gt;</w:t>
        <w:br/>
        <w:t>До нього у пущу якось пробрався.&lt;br /&gt;</w:t>
        <w:br/>
        <w:t>Чув він багато про діда старого,&lt;br /&gt;</w:t>
        <w:br/>
        <w:t>Що той святий, ще й мудрий до того.&lt;br /&gt;</w:t>
        <w:br/>
        <w:t>Прийшов він, схилив перед дідом спину.&lt;br /&gt;</w:t>
        <w:br/>
        <w:t>"Здоров був,— сказав старий,— і ти, сину!"&lt;br /&gt;</w:t>
        <w:br/>
        <w:t>"Не прогнівися, отче милосердий,&lt;br /&gt;</w:t>
        <w:br/>
        <w:t>Скажи,— шлях в житті який свято-твердий?&lt;br /&gt;</w:t>
        <w:br/>
        <w:t>Померла мати, і батько преставивсь,&lt;br /&gt;</w:t>
        <w:br/>
        <w:t>По них я давно вже служби відправив.&lt;br /&gt;</w:t>
        <w:br/>
        <w:t>Будь же мені наче батько-родитель,&lt;br /&gt;</w:t>
        <w:br/>
        <w:t>Будь мені також і наче учитель".&lt;br /&gt;</w:t>
        <w:br/>
        <w:t>"Я, сину, й сам не вельми вже й мудрий,&lt;br /&gt;</w:t>
        <w:br/>
        <w:t>Знаю лише, що життєвий шлях трудний".&lt;br /&gt;</w:t>
        <w:br/>
        <w:t>"О голова сива, будь же ласкавий —&lt;br /&gt;</w:t>
        <w:br/>
        <w:t>Пам'ять у мене, повір, не дірява!"&lt;br /&gt;</w:t>
        <w:br/>
        <w:t>"Важко,— сказав дід,— прожити несхибно,&lt;br /&gt;</w:t>
        <w:br/>
        <w:t>Поки живеш, то й боротись потрібно.&lt;br /&gt;</w:t>
        <w:br/>
        <w:t>Спробуй-но, сину, не з горя свойого&lt;br /&gt;</w:t>
        <w:br/>
        <w:t>Зло й добро пізнати, а із чужого.&lt;br /&gt;</w:t>
        <w:br/>
        <w:t>Наприклад, он бачиш — злодія мучать,&lt;br /&gt;</w:t>
        <w:br/>
        <w:t>Красти — то лихо, це тебе учить.&lt;br /&gt;</w:t>
        <w:br/>
        <w:t>Братайся не з тими, зло хто ховає,&lt;br /&gt;</w:t>
        <w:br/>
        <w:t>Знай: лише добрий добро в серці має.&lt;br /&gt;</w:t>
        <w:br/>
        <w:t>Паче роби не те, що вітрогони,&lt;br /&gt;</w:t>
        <w:br/>
        <w:t>А те, що кажуть розуму закони.&lt;br /&gt;</w:t>
        <w:br/>
        <w:t>Завваж: той, хто візьме дух сей свобідний,&lt;br /&gt;</w:t>
        <w:br/>
        <w:t>Може у світі бути лиш бідний".&lt;br /&gt;</w:t>
        <w:br/>
        <w:t>Філідон побачив, що це не на руку&lt;br /&gt;</w:t>
        <w:br/>
        <w:t>Меле старий, тут відчув нараз скуку.&lt;br /&gt;</w:t>
        <w:br/>
        <w:t>"Дякую красно, мій отче, за раду".&lt;br /&gt;</w:t>
        <w:br/>
        <w:t>"З богом, мій сину". Поплентавсь нерадо.&lt;br /&gt;</w:t>
        <w:br/>
        <w:t>"Свята сяя мудрість, проте що із того?" —&lt;br /&gt;</w:t>
        <w:br/>
        <w:t>Сам собі дума й подався в дорогу.&lt;br /&gt;</w:t>
        <w:br/>
        <w:t>Друга знайшов і разом в світ учений&lt;br /&gt;</w:t>
        <w:br/>
        <w:t>В мандри пустились по розум спасенний.&lt;br /&gt;</w:t>
        <w:br/>
        <w:t>Взяли юнака силоміцьки до прусса,&lt;br /&gt;</w:t>
        <w:br/>
        <w:t>Коли той ішов у війну на француза.&lt;br /&gt;</w:t>
        <w:br/>
        <w:t>А як із десяток літ прокотило,&lt;br /&gt;</w:t>
        <w:br/>
        <w:t>Нашого хлопця додому прибило.&lt;br /&gt;</w:t>
        <w:br/>
        <w:t>Пішов той відразу у ліс до старого,&lt;br /&gt;</w:t>
        <w:br/>
        <w:t>Згадавши колишні вчення святого.&lt;br /&gt;</w:t>
        <w:br/>
        <w:t>"Добридень, отче!" — "Ти що за персона?"&lt;br /&gt;</w:t>
        <w:br/>
        <w:t>"Згадай-но, отче святий, Філідона!"&lt;br /&gt;</w:t>
        <w:br/>
        <w:t>"Гей, що се стряслося з тобою, сину?"&lt;br /&gt;</w:t>
        <w:br/>
        <w:t>"Буря світова зігнула мені спину".&lt;br /&gt;</w:t>
        <w:br/>
        <w:t>"На правому оці що за затула?"&lt;br /&gt;</w:t>
        <w:br/>
        <w:t>"Влучила мене шаленая куля".&lt;br /&gt;</w:t>
        <w:br/>
        <w:t>"А звідки на лобі страшні ті ями?"&lt;br /&gt;</w:t>
        <w:br/>
        <w:t>"Трісла рушниця".— "А тії два шрами&lt;br /&gt;</w:t>
        <w:br/>
        <w:t>На щоці?" — "У бійці одержав ці рани".&lt;br /&gt;</w:t>
        <w:br/>
        <w:t>"В бою?" — "Ні, в шинку, був дуже вже п'яний".&lt;br /&gt;</w:t>
        <w:br/>
        <w:t>"А звідки он в тебе шматочок носа&lt;br /&gt;</w:t>
        <w:br/>
        <w:t>Приліплений?" — "Се також від францоза".&lt;br /&gt;</w:t>
        <w:br/>
        <w:t>"Мушки по всьому лиці?" — "Се короста".&lt;br /&gt;</w:t>
        <w:br/>
        <w:t>"Гадаю, французька, також не проста?&lt;br /&gt;</w:t>
        <w:br/>
        <w:t>Ти тепер, сину, і ходиш відмінно!"&lt;br /&gt;</w:t>
        <w:br/>
        <w:t>"Впав із коня і поранив коліно.&lt;br /&gt;</w:t>
        <w:br/>
        <w:t>А ще, крім усього, лікарі лічили —&lt;br /&gt;</w:t>
        <w:br/>
        <w:t>Здавалося, витягне хворість всі жили!"&lt;br /&gt;</w:t>
        <w:br/>
        <w:t>"Чого ж ти заплакав? Плач не поможе&lt;br /&gt;</w:t>
        <w:br/>
        <w:t>Нітрохи тепер".— "Ой боже мій, боже!&lt;br /&gt;</w:t>
        <w:br/>
        <w:t>Поможи ж, мій отче, все-бо ти знаєш!"&lt;br /&gt;</w:t>
        <w:br/>
        <w:t>"Не можу, мій сину, що хтів, те і маєш".&lt;br /&gt;</w:t>
        <w:br/>
        <w:t>Не слухав раніш ти моєї поради,&lt;br /&gt;</w:t>
        <w:br/>
        <w:t>Лиш смерть тобі може нині зарадить".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Фабула "Філарет старенький колись у пустині"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