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Федько-соліст і кобила Муська</w:t>
      </w:r>
    </w:p>
    <w:p>
      <w:r>
        <w:br/>
        <w:t xml:space="preserve"> &lt;p&gt;То конюх дід Кадикало винен в усьому.</w:t>
      </w:r>
    </w:p>
    <w:p>
      <w:r>
        <w:br/>
        <w:t>Якось на Перше травня співали біля школи пісень. Дорослі під керівництвом учительки Ольги Маркіянівни. А дітлашня собі окремо, без усякого керівництва. Сиділи на спортмайданчику і, перекрикуючи одне одного, виводили: "Любовь кольцо, а у кольца начала нет и нет конца…" — таку собі непедагогічну для їхнього віку пісню (користувалися тим, що Ольга Маркіянівпа за дорослими співами їхніх пісень не чує). Підійшов дід Кадикало. Стояв, слухав-слухав, а тоді каже:</w:t>
      </w:r>
    </w:p>
    <w:p>
      <w:r>
        <w:br/>
        <w:t>— Ну й голос у тебе, Федько! Мов єрихонська труба. Бути тобі, брат, солістом. Як Йосип Кобзон або Лев Лещенко. Гроші лопатою загрібатимеш. Колись на "Волзі" повз мене проїдеш і не зупинишся…</w:t>
      </w:r>
    </w:p>
    <w:p>
      <w:r>
        <w:br/>
        <w:t>Сказав дід, хмикнув у вуса і пішов собі пити пиво.</w:t>
      </w:r>
    </w:p>
    <w:p>
      <w:r>
        <w:br/>
        <w:t>А слова його лишилися у Федьковій голові.</w:t>
      </w:r>
    </w:p>
    <w:p>
      <w:r>
        <w:br/>
        <w:t>На другий день по телевізору передавали естрадний концерт. І виступав Лев Лещенко. І так же ж виспівував, так виспівував, і такий же ж він був гарний, що старша Федькова сестра дев'ятикласниця Оксана тільки зітхала, дивлячись на нього закоханими очима.</w:t>
      </w:r>
    </w:p>
    <w:p>
      <w:r>
        <w:br/>
        <w:t>І Федькові подумалося: "А що?.. Мабуть, непогано бути солістом. Стій собі на естраді і тільки рота роззявляй. Ні тобі алгебри, ні тригонометрії для цього не треба… І Галька з п'ятого "Б" попозітхає тоді — не задиратиме носа…"</w:t>
      </w:r>
    </w:p>
    <w:p>
      <w:r>
        <w:br/>
        <w:t>Коли концерт закінчився, і Оксана пішла гуляти, і в хаті нікого не було, Федько підійшов до дзеркала, прокашлявся і, стараючись наслідувати манеру співу Льва Лещенка, затягнув:</w:t>
      </w:r>
    </w:p>
    <w:p>
      <w:r>
        <w:br/>
        <w:t>Летять, ніби чайки, всі дні і ночі</w:t>
      </w:r>
    </w:p>
    <w:p>
      <w:r>
        <w:br/>
        <w:t>В синю даль, в синю даль…</w:t>
      </w:r>
    </w:p>
    <w:p>
      <w:r>
        <w:br/>
        <w:t>А серце мені шепоче:</w:t>
      </w:r>
    </w:p>
    <w:p>
      <w:r>
        <w:br/>
        <w:t>"Кинь печаль, кинь печаль…"</w:t>
      </w:r>
    </w:p>
    <w:p>
      <w:r>
        <w:br/>
        <w:t>Йому щиро здалося, що співав він не гірше за Лещенка. В усякому разі сам собі він дуже сподобався. І така раптова радість підхопила його на крила, що в животі залоскотало, і він засміявся. Життя враз уявилося веселим святковим карнавалом. I вже бачилося Федькові, як виходить він на сцену у розкльошених білих штанях і мережаній шовковій сорочці. З довгими, аж до плечей, кучерями. В руках мікрофон. А диктор оголошує: "Лауреат міжнародного конкурсу Федір Таратута!.." І зал вибухає оплесками… А в першому ряду сидить учителька Ольга Маркіянівна і розчулено витирає очі й згоряє від сорому, що колись насмілювалася ставити йому двійки з такої непотрібної співакові алгебри… І хтось із залу кидає йому під ноги букет червоних троянд. Ну, звичайно ж, це Галька з п'ятого "Б" класу. Он вона ховається за спинами…</w:t>
      </w:r>
    </w:p>
    <w:p>
      <w:r>
        <w:br/>
        <w:t>Ех-х-х!.. Як прекрасно живеться на світі співакам-солістам!..</w:t>
      </w:r>
    </w:p>
    <w:p>
      <w:r>
        <w:br/>
        <w:t>Найвірніший шлях до сцени, звичайно, консерваторія. Але у консерваторію п'ятикласників не беруть. А чекати, поки закінчиш ту школу, — дуже довго.</w:t>
      </w:r>
    </w:p>
    <w:p>
      <w:r>
        <w:br/>
        <w:t>Лишається одне — самодіяльність. Скільки видатних співаків прийшло з самодіяльності — і Сергій Лемєшев, і Євгенія Мірошниченко…</w:t>
      </w:r>
    </w:p>
    <w:p>
      <w:r>
        <w:br/>
        <w:t>Але самому пробиватися через самодіяльність якось воно не… не той.</w:t>
      </w:r>
    </w:p>
    <w:p>
      <w:r>
        <w:br/>
        <w:t>Ансамбль!.. От що треба!</w:t>
      </w:r>
    </w:p>
    <w:p>
      <w:r>
        <w:br/>
        <w:t>Гуртом завжди легше. І не так страшно.</w:t>
      </w:r>
    </w:p>
    <w:p>
      <w:r>
        <w:br/>
        <w:t>Федька охопила рішучість…</w:t>
      </w:r>
    </w:p>
    <w:p>
      <w:r>
        <w:br/>
        <w:t>Олесь, Сашуня, Карпо і Люсик чекали його, щоб іти в стайню — піонери їхнього загону взяли шефство над кіньми.</w:t>
      </w:r>
    </w:p>
    <w:p>
      <w:r>
        <w:br/>
        <w:t>— Хлопці! — підбігаючи, вигукнув Федько. — У мене ідея!</w:t>
      </w:r>
    </w:p>
    <w:p>
      <w:r>
        <w:br/>
        <w:t>— Яка? — спитав Олесь.</w:t>
      </w:r>
    </w:p>
    <w:p>
      <w:r>
        <w:br/>
        <w:t>— Геніальна!.. Ми організовуємо ансамбль!</w:t>
      </w:r>
    </w:p>
    <w:p>
      <w:r>
        <w:br/>
        <w:t>— Що? — перезирнулися Карпо й Сашуня.</w:t>
      </w:r>
    </w:p>
    <w:p>
      <w:r>
        <w:br/>
        <w:t>— Який? — здивовано наморщив лоба Люсик.</w:t>
      </w:r>
    </w:p>
    <w:p>
      <w:r>
        <w:br/>
        <w:t>— Ансамбль пісні. На зразок грузинського "Ореро", білоруських "Піснярів" абощо.</w:t>
      </w:r>
    </w:p>
    <w:p>
      <w:r>
        <w:br/>
        <w:t>— Тю! — Карпо й Сашуня знову перезирнулися.</w:t>
      </w:r>
    </w:p>
    <w:p>
      <w:r>
        <w:br/>
        <w:t>— Так це ж треба бути музикантами, грати на різних інструментах, — сказав Олесь.</w:t>
      </w:r>
    </w:p>
    <w:p>
      <w:r>
        <w:br/>
        <w:t>— А ми ж тільки на пузі вміємо, — хихикнув Люсик і забарабанив себе по животу.</w:t>
      </w:r>
    </w:p>
    <w:p>
      <w:r>
        <w:br/>
        <w:t>— Слабаки! Навчимося! — незворушно промовив Федько. — А поки що можна й без інструментів. Як наш український "Явір". Головне — співати!</w:t>
      </w:r>
    </w:p>
    <w:p>
      <w:r>
        <w:br/>
        <w:t>— Так ми ж і співати не… — почав Олесь, та Федько його перебив:</w:t>
      </w:r>
    </w:p>
    <w:p>
      <w:r>
        <w:br/>
        <w:t>— Мовчи! За всіх не розписуйся! Співатиму я. А ви будете підхоплювати. Ану гайда у ліс на тренування… тобто репетицію.</w:t>
      </w:r>
    </w:p>
    <w:p>
      <w:r>
        <w:br/>
        <w:t>— А як же коні? — перезирнулися Карпо й Сашуня.</w:t>
      </w:r>
    </w:p>
    <w:p>
      <w:r>
        <w:br/>
        <w:t>— Обійдуться. Без нас жили й далі проживуть.</w:t>
      </w:r>
    </w:p>
    <w:p>
      <w:r>
        <w:br/>
        <w:t>— Та ну… — почав Олесь, та Федько знову його перебив:</w:t>
      </w:r>
    </w:p>
    <w:p>
      <w:r>
        <w:br/>
        <w:t>— Цить! По шиї хочеш? Розбалакався! Ану гайда!</w:t>
      </w:r>
    </w:p>
    <w:p>
      <w:r>
        <w:br/>
        <w:t>І хлопці слухняно гайнули за Федьком.</w:t>
      </w:r>
    </w:p>
    <w:p>
      <w:r>
        <w:br/>
        <w:t>Федько був у них верховода. Він найдужчий у класі і може однією лівою побороти будь-кого.</w:t>
      </w:r>
    </w:p>
    <w:p>
      <w:r>
        <w:br/>
        <w:t>По дорозі до лісу Федько малював хлопцям захоплюючі картини майбутнього життя ансамблю:</w:t>
      </w:r>
    </w:p>
    <w:p>
      <w:r>
        <w:br/>
        <w:t>— На гастролі поїдемо. По Україні. Потім по республіках. А тоді й за кордон…</w:t>
      </w:r>
    </w:p>
    <w:p>
      <w:r>
        <w:br/>
        <w:t>Недовірливі спершу хлопці потроху запалювалися ідеєю.</w:t>
      </w:r>
    </w:p>
    <w:p>
      <w:r>
        <w:br/>
        <w:t>— А що? Самодіяльні ансамблі теж їздять. Я знаю, — підхопив Люсик.</w:t>
      </w:r>
    </w:p>
    <w:p>
      <w:r>
        <w:br/>
        <w:t>— Навіть шкільні! У мене двоюрідна сестра з шкільним хором їздила у Таллін, — докинув Сашуня.</w:t>
      </w:r>
    </w:p>
    <w:p>
      <w:r>
        <w:br/>
        <w:t>— Ага, — підтвердив Карпо.</w:t>
      </w:r>
    </w:p>
    <w:p>
      <w:r>
        <w:br/>
        <w:t>— От побачите, як ми утнемо, от побачите!.. На пластинку запишемось. На магнітофон! — вигукував Федько, вже ніжно обіймаючи за плечі Олеся, який ще хмурився (він був самолюбний і важче, ніж інші хлопці, переносив командирськой тон Федька).</w:t>
      </w:r>
    </w:p>
    <w:p>
      <w:r>
        <w:br/>
        <w:t>Резонанс у лісі був прекрасний — як у концертному залі. Височенні щоглові сосни стояли немов колони, і це ще більше підсилювало враження концертного залу.</w:t>
      </w:r>
    </w:p>
    <w:p>
      <w:r>
        <w:br/>
        <w:t>І, може, через той резонанс перша репетиція всім сподобалася.</w:t>
      </w:r>
    </w:p>
    <w:p>
      <w:r>
        <w:br/>
        <w:t>Федько гучно заспівував, хлопці дружно підхоплювали, і пісня злітала над соснами аж до хмар. Все лісове птаство замовкло і тільки з трепетом слухало.</w:t>
      </w:r>
    </w:p>
    <w:p>
      <w:r>
        <w:br/>
        <w:t>Поверталися з лісу збуджені і веселі.</w:t>
      </w:r>
    </w:p>
    <w:p>
      <w:r>
        <w:br/>
        <w:t>Ансамбль вирішили назвати "Орбіта" (сучасно і оригінально).</w:t>
      </w:r>
    </w:p>
    <w:p>
      <w:r>
        <w:br/>
        <w:t>… Кобила Муська на естраді виступати не збиралася. Вона була звичайна собі кобила, руда, з білою лисиною і сонними кобилячими очима. Немолода й похнюплена. Де їй було розуміти Федька, свого шефа!..</w:t>
      </w:r>
    </w:p>
    <w:p>
      <w:r>
        <w:br/>
        <w:t>А він, після того, як вирішив стати солістом, кобилу Муську просто зненавидів. Шкребти, чистити кобилу, прибирати після неї кінські яблука тепер здавалося йому вкрай образливим для його високого покликання.</w:t>
      </w:r>
    </w:p>
    <w:p>
      <w:r>
        <w:br/>
        <w:t>— У-у, шкапа! Щоб тебе грім убив! — зціпивши зуби, шипів він, пораючись біля неї. — Ану поверни! Ану! — і він із злістю копав її ногою. Кобила тільки пересмикувала шкірою і позирала на нього сонним оком.</w:t>
      </w:r>
    </w:p>
    <w:p>
      <w:r>
        <w:br/>
        <w:t>Репетиції ансамблю "Орбіта" тривали. Правда, одностайного захоплення, як під час першої репетиції, вже не було. Треба вам сказати, що голос у Федька справді був гучний.</w:t>
      </w:r>
    </w:p>
    <w:p>
      <w:r>
        <w:br/>
        <w:t>Але, чесно кажучи, досить противний. Бо не було у Федька ні слуху доладущого, ні так званої музикальності. І Федько не стільки співав, скільки, вибачте, кричав, горлопанив. А хлопців між тим весь час поправляв і командував:</w:t>
      </w:r>
    </w:p>
    <w:p>
      <w:r>
        <w:br/>
        <w:t>— Не так! Не так! Голосніше! Не туди тягнете! Куди потягли?! Не так! Спочатку! Все спочатку! Ледарі! Сачки! На гастролі хочете, а співаєте, як воли на ревищі.</w:t>
      </w:r>
    </w:p>
    <w:p>
      <w:r>
        <w:br/>
        <w:t>Хлопці тільки перезиралися і зітхали.</w:t>
      </w:r>
    </w:p>
    <w:p>
      <w:r>
        <w:br/>
        <w:t>Дев'ятого травня на День Перемоги у сусідньому селі, де було правління колгоспу і клуб, відбувався великий концерт самодіяльності. Федько із своїм ансамблем, звичайно, не міг пропустити цього концерту.</w:t>
      </w:r>
    </w:p>
    <w:p>
      <w:r>
        <w:br/>
        <w:t>Село було далеченько, кілометрів сім.</w:t>
      </w:r>
    </w:p>
    <w:p>
      <w:r>
        <w:br/>
        <w:t>— Ну, гаразд уже!.. Запрягайте Муську та їдьте, — милостиво сказав дід Кадикало. — Тільки ж глядіть, обережно. Воза мені у канаву не перекиньте.</w:t>
      </w:r>
    </w:p>
    <w:p>
      <w:r>
        <w:br/>
        <w:t>… Концерт Федькові не сподобався.</w:t>
      </w:r>
    </w:p>
    <w:p>
      <w:r>
        <w:br/>
        <w:t>— Хіба то концерт! Хіба то солісти!.. Слабаки! Ота, що "Солов'я" співала! Га? Дзижчала ж, як циркулярка. А той, ідо "Ой вербо!.." Тільки губами плямкав. Ми б хіба ж так заспівали.</w:t>
      </w:r>
    </w:p>
    <w:p>
      <w:r>
        <w:br/>
        <w:t>Хлопці стримано мовчали. Їм не хотілося сперечатись. Кобила Муська теж мовчала. Кобила Муська концерту не бачила. Поверталися додому поночі.</w:t>
      </w:r>
    </w:p>
    <w:p>
      <w:r>
        <w:br/>
        <w:t>— Ой, вербо-вербо… — щосили затягнув Федько.</w:t>
      </w:r>
    </w:p>
    <w:p>
      <w:r>
        <w:br/>
        <w:t>— … де-ге ж ти зросла!.. — не дуже охоче підтягли хлопці.</w:t>
      </w:r>
    </w:p>
    <w:p>
      <w:r>
        <w:br/>
        <w:t>Та потроху розспівалися. Нудно їхати мовчки.</w:t>
      </w:r>
    </w:p>
    <w:p>
      <w:r>
        <w:br/>
        <w:t>І як почали з "Ой вербо!", так і продовжували співати отих, що починалися на "Ой" — "Ой не світи, місяченьку", "Ой цветет калина", "Ой наступала та чорна хмара", "Ой не шуми, луже" і т. д.</w:t>
      </w:r>
    </w:p>
    <w:p>
      <w:r>
        <w:br/>
        <w:t>Федько сидів, звісивши ноги, по один бік воза, хлопці спинами до нього — по другий.</w:t>
      </w:r>
    </w:p>
    <w:p>
      <w:r>
        <w:br/>
        <w:t>Кобила Муська на ходу пряла вухами — не любила вона крику.</w:t>
      </w:r>
    </w:p>
    <w:p>
      <w:r>
        <w:br/>
        <w:t>Нарешті хлопці захрипли й примовкли.</w:t>
      </w:r>
    </w:p>
    <w:p>
      <w:r>
        <w:br/>
        <w:t>Федько сидів, метляючи ногами. І раптом нога його попала між колесом і возом.</w:t>
      </w:r>
    </w:p>
    <w:p>
      <w:r>
        <w:br/>
        <w:t>— Ой, нога! — закричав Федько.</w:t>
      </w:r>
    </w:p>
    <w:p>
      <w:r>
        <w:br/>
        <w:t>— Ой, нога-нога! — дружно підхопили за спиною в нього хлопці. Вони думали, що він затягнув нову пісню.</w:t>
      </w:r>
    </w:p>
    <w:p>
      <w:r>
        <w:br/>
        <w:t>— Ой, болить! — знову закричав Федько.</w:t>
      </w:r>
    </w:p>
    <w:p>
      <w:r>
        <w:br/>
        <w:t>— Ой, болить-болить! — знову дружно підхопили хлопці. Вони ж звикли, що Федько не співає, а кричить.</w:t>
      </w:r>
    </w:p>
    <w:p>
      <w:r>
        <w:br/>
        <w:t>Ще б трохи, і, може, лишився б Федько калікою на все життя. Від розгубленості і болю він забув, як зупиняють коней.</w:t>
      </w:r>
    </w:p>
    <w:p>
      <w:r>
        <w:br/>
        <w:t>Але кобила Муська була доброю і розумною кобилою. Вона серцем відчула, що тут діється щось не те. І сама спинилася…</w:t>
      </w:r>
    </w:p>
    <w:p>
      <w:r>
        <w:br/>
        <w:t>Ансамбль "Орбіта" так і не виїхав на гастролі. Він припинив своє існування.</w:t>
      </w:r>
    </w:p>
    <w:p>
      <w:r>
        <w:br/>
        <w:t>Хтозна, про що думає тепер кобила Муська у той час, як шеф Федько Таратута старанно розчісує їй гриву і вибирає з хвоста реп'яхи.</w:t>
      </w:r>
    </w:p>
    <w:p>
      <w:r>
        <w:br/>
        <w:t>Вона дрімає, похиливши голову, і тільки раз у раз здригається.</w:t>
      </w:r>
    </w:p>
    <w:p>
      <w:r>
        <w:br/>
        <w:t>Може, вона думає про те, що справжній верховода мусить бути не лише дужим, а ще й добрим і благородним.</w:t>
      </w:r>
    </w:p>
    <w:p>
      <w:r>
        <w:br/>
        <w:t>А може, їй просто сниться, що вона виступає на естраді.</w:t>
      </w:r>
    </w:p>
    <w:p>
      <w:r>
        <w:br/>
        <w:t>Хтозна.</w:t>
      </w:r>
    </w:p>
    <w:p>
      <w:r>
        <w:br/>
        <w:t>Ніхто не знає, про що думають старі розумні коні…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Федько-соліст і кобила Муська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