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Гамлет</w:t>
      </w:r>
    </w:p>
    <w:p>
      <w:r>
        <w:br/>
        <w:t xml:space="preserve"> Гул затих. Я вийшов на підмостки.&lt;br /&gt;</w:t>
        <w:br/>
        <w:t>До одвірка тулячись, людську&lt;br /&gt;</w:t>
        <w:br/>
        <w:t>Наслухаю долю в одголоску —&lt;br /&gt;</w:t>
        <w:br/>
        <w:t>Що мені судилось на віку.</w:t>
      </w:r>
    </w:p>
    <w:p>
      <w:r>
        <w:br/>
        <w:t>Прямо в мене цілить морок ночі&lt;br /&gt;</w:t>
        <w:br/>
        <w:t>Тисяччю біноклів на осі.&lt;br /&gt;</w:t>
        <w:br/>
        <w:t>Та, якщо лиш можеш, авва отче,&lt;br /&gt;</w:t>
        <w:br/>
        <w:t>Чашу цю повз мене пронеси.</w:t>
      </w:r>
    </w:p>
    <w:p>
      <w:r>
        <w:br/>
        <w:t>Я люблю твій задум і пристану&lt;br /&gt;</w:t>
        <w:br/>
        <w:t>На тобою визначену роль.&lt;br /&gt;</w:t>
        <w:br/>
        <w:t>Але інша нині йде вистава,&lt;br /&gt;</w:t>
        <w:br/>
        <w:t>І на цей раз вибути дозволь.</w:t>
      </w:r>
    </w:p>
    <w:p>
      <w:r>
        <w:br/>
        <w:t>Та готовий вже порядок дійства,&lt;br /&gt;</w:t>
        <w:br/>
        <w:t>І не відвернути німоти.&lt;br /&gt;</w:t>
        <w:br/>
        <w:t>Я один, повсюди лицемірство.&lt;br /&gt;</w:t>
        <w:br/>
        <w:t>Вік прожить — не поле перейти.</w:t>
      </w:r>
    </w:p>
    <w:p>
      <w:r>
        <w:br/>
        <w:t>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Гамлет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