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нові Колумби й Магеллани</w:t>
      </w:r>
    </w:p>
    <w:p>
      <w:r>
        <w:br/>
        <w:t xml:space="preserve"> Гей, нові Колумби й Магеллани,&lt;br /&gt;</w:t>
        <w:br/>
        <w:t>Напнемо вітрила наших мрій!&lt;br /&gt;</w:t>
        <w:br/>
        <w:t>Кличуть нас у мандри океани,&lt;br /&gt;</w:t>
        <w:br/>
        <w:t>Бухту спокою облизує прибій.</w:t>
      </w:r>
    </w:p>
    <w:p>
      <w:r>
        <w:br/>
        <w:t>Хто сказав, що все уже відкрито?&lt;br /&gt;</w:t>
        <w:br/>
        <w:t>Нащо ж ми народжені тоді?&lt;br /&gt;</w:t>
        <w:br/>
        <w:t>Як нам помістити у корито&lt;br /&gt;</w:t>
        <w:br/>
        <w:t>Наші сподіваная молоді?</w:t>
      </w:r>
    </w:p>
    <w:p>
      <w:r>
        <w:br/>
        <w:t>Кораблі! Шикуйтесь до походу!&lt;br /&gt;</w:t>
        <w:br/>
        <w:t>Мрійництво! Жаго моя! Живи!&lt;br /&gt;</w:t>
        <w:br/>
        <w:t>В океані рідного народу&lt;br /&gt;</w:t>
        <w:br/>
        <w:t>Відкривай духовні острови!</w:t>
      </w:r>
    </w:p>
    <w:p>
      <w:r>
        <w:br/>
        <w:t>Геть із мулу якорі іржаві —&lt;br /&gt;</w:t>
        <w:br/>
        <w:t>Нидіє на якорі душа!..&lt;br /&gt;</w:t>
        <w:br/>
        <w:t>Б’ються груди об вітри тужаві,&lt;br /&gt;</w:t>
        <w:br/>
        <w:t>Каравела в мандри вируша.</w:t>
      </w:r>
    </w:p>
    <w:p>
      <w:r>
        <w:br/>
        <w:t>Жоден вітер сонця не остудить,&lt;br /&gt;</w:t>
        <w:br/>
        <w:t>Півень землю всю не розгребе!&lt;br /&gt;</w:t>
        <w:br/>
        <w:t>Україно! Доки жити буду,&lt;br /&gt;</w:t>
        <w:br/>
        <w:t>Доти відкриватиму тебе.</w:t>
      </w:r>
    </w:p>
    <w:p>
      <w:r>
        <w:br/>
        <w:t>Мріяти й шукати, доки жити,&lt;br /&gt;</w:t>
        <w:br/>
        <w:t>Шкварити байдужість на вогні!..&lt;br /&gt;</w:t>
        <w:br/>
        <w:t>А якщо відкрию вже відкрите,&lt;br /&gt;</w:t>
        <w:br/>
        <w:t>Друзі! Ви підкажете мені...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нові Колумби й Магеллани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