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перед світанням</w:t>
      </w:r>
    </w:p>
    <w:p>
      <w:r>
        <w:br/>
        <w:t xml:space="preserve"> Похмурі дні, суворі дні,&lt;br /&gt;</w:t>
        <w:br/>
        <w:t>що гіркотою налили пісні,&lt;br /&gt;</w:t>
        <w:br/>
        <w:t>тривожними питаннями лягають на уста,&lt;br /&gt;</w:t>
        <w:br/>
        <w:t>вкривають обрії, мов непрозора мла густа,&lt;br /&gt;</w:t>
        <w:br/>
        <w:t>примарами карають нас у сні&lt;br /&gt;</w:t>
        <w:br/>
        <w:t>похмурі дні, суворі дні.&lt;br /&gt;</w:t>
        <w:br/>
        <w:t>Гарячкою попалені шепочуть губи:&lt;br /&gt;</w:t>
        <w:br/>
        <w:t>що буде?&lt;br /&gt;</w:t>
        <w:br/>
        <w:t>Даремно торгає рука вузли кошлаві,&lt;br /&gt;</w:t>
        <w:br/>
        <w:t>даремно грубу петлю рве, що шию давить.&lt;br /&gt;</w:t>
        <w:br/>
        <w:t>Усюди&lt;br /&gt;</w:t>
        <w:br/>
        <w:t>блукаючи в нестямі, зір дороги губить.</w:t>
      </w:r>
    </w:p>
    <w:p>
      <w:r>
        <w:br/>
        <w:t>Похмурі дні, суворі дні,&lt;br /&gt;</w:t>
        <w:br/>
        <w:t>змаганнями вантажні та грізні,&lt;br /&gt;</w:t>
        <w:br/>
        <w:t>немов їдкою ржою, до нутра гризуть серця.&lt;br /&gt;</w:t>
        <w:br/>
        <w:t>Зловісна небезпеки тінь не покида лиця,&lt;br /&gt;</w:t>
        <w:br/>
        <w:t>хвилини, мов хомут, стають тісні.&lt;br /&gt;</w:t>
        <w:br/>
        <w:t>Бурхливий вітер видирає сторінки з книжок&lt;br /&gt;</w:t>
        <w:br/>
        <w:t>і розвіває вчених слів скарби, немов лубок,&lt;br /&gt;</w:t>
        <w:br/>
        <w:t>тонких співців тонкі пісні.</w:t>
      </w:r>
    </w:p>
    <w:p>
      <w:r>
        <w:br/>
        <w:t>Розсипуються срібні строфи, наче попіл,&lt;br /&gt;</w:t>
        <w:br/>
        <w:t>а мудрість&lt;br /&gt;</w:t>
        <w:br/>
        <w:t>від старості трухляву викидають з дому,&lt;br /&gt;</w:t>
        <w:br/>
        <w:t>мов барахло, що непотрібне вже нікому.&lt;br /&gt;</w:t>
        <w:br/>
        <w:t>Лиш кудли&lt;br /&gt;</w:t>
        <w:br/>
        <w:t>туманів подув чеше й тане все в розтопі.&lt;br /&gt;</w:t>
        <w:br/>
        <w:t>І нігтями тверде життя.&lt;br /&gt;</w:t>
        <w:br/>
        <w:t>Усе немов без глузду, без пуття.&lt;br /&gt;</w:t>
        <w:br/>
        <w:t>Зневіри трійло свердлом точить мозок аж до дна,&lt;br /&gt;</w:t>
        <w:br/>
        <w:t>чи явиться сліпим очам дорога хоч одна,&lt;br /&gt;</w:t>
        <w:br/>
        <w:t>чи знайдемо одне хоч вороття,&lt;br /&gt;</w:t>
        <w:br/>
        <w:t>щоби перемогти життя.</w:t>
      </w:r>
    </w:p>
    <w:p>
      <w:r>
        <w:br/>
        <w:t>Та знову проростає творчих сил змагання,&lt;br /&gt;</w:t>
        <w:br/>
        <w:t>мов стебла&lt;br /&gt;</w:t>
        <w:br/>
        <w:t>трави з-під моху.&lt;br /&gt;</w:t>
        <w:br/>
        <w:t>В родильних болях в'ється світ,&lt;br /&gt;</w:t>
        <w:br/>
        <w:t>щоб породити з попелу нову епоху.&lt;br /&gt;</w:t>
        <w:br/>
        <w:t>До неба&lt;br /&gt;</w:t>
        <w:br/>
        <w:t>зліта похмурий гімн перед ясним світанням.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перед світанням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