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Глум</w:t>
      </w:r>
    </w:p>
    <w:p>
      <w:r>
        <w:br/>
        <w:t xml:space="preserve"> &lt;p&gt;Більше, як рік, перележало в колисці між небом а землею. І жити не жило, і вмерти не вмирало. Дивилося тупими очима в одну точку, на плечі свого батька, що цілими днями і вечорами допізна сидів на шевськім стільці і тягнув дратву. Часом, як побачило матір, тріпотаЛося і сміятися хотіло, та не знало як. Замість радості являлися на білім личку глухий, безмовний біль. Єго тіло вкривали боляки великі і пекучі, що набиралися, пукали, гнили, гоїлися і знов набирали. І так раз в раз.</w:t>
      </w:r>
    </w:p>
    <w:p>
      <w:r>
        <w:br/>
        <w:t>Аж одного літнього пополудня скінчилося всьо. Всну-ло тихо і самотньо, як невигріте куря. В хаті не було нікого. Батько пішов далеко, на друге передмістя,— віднести роботу, мати день за днем прала і прала, а діти тинялися по смітниках. Лиш бруд і біда стерегли колиски, і ті дзвони суботнішні, що плили і плили і колисали душечку маленьку у вічний сон. А як вона уснула, то прийшов до неї промінчик сонця золотистий і поцілував її в сині уста. А потім хильцем-хильцем, якби боявся замаратись брудом, переховзнувсь по стінах, по долівці, по шибах і полетів, де краще і веселіше.</w:t>
      </w:r>
    </w:p>
    <w:p>
      <w:r>
        <w:br/>
        <w:t>Смерком вернув батько. Нахилився над колиску, послухав і зітхаючи сказав: "Вже". А в тім однім слові був і жаль, і радість, і журба. Жаль, бо все ж дитина, радість, бо мучити їх і себе не буде, журба — бо поховати треба.</w:t>
      </w:r>
    </w:p>
    <w:p>
      <w:r>
        <w:br/>
        <w:t>Заломив руки і думав. Але мислі не йшли.</w:t>
      </w:r>
    </w:p>
    <w:p>
      <w:r>
        <w:br/>
        <w:t>Тьфу! Хіба я мало накручу своєю головою. Прийде вона та дасть якусь раду. Сів при вікні і шив халяву, а тягнув дратвою так замашисто і скоро, як ніколи досі.</w:t>
      </w:r>
    </w:p>
    <w:p>
      <w:r>
        <w:br/>
        <w:t>Хотів зашити свою біду, свій гіркий світ.</w:t>
      </w:r>
    </w:p>
    <w:p>
      <w:r>
        <w:br/>
        <w:t>Не чув, коли діти з улиці вернули і обступили колиску. Оглядали дитину, будили її і дивувалися, що она вже не стогне. Потім збилися в кут і, відчуваючи, що сталося щось незвичайного, тулилися мовчки до себе.</w:t>
      </w:r>
    </w:p>
    <w:p>
      <w:r>
        <w:br/>
        <w:t>Потім вернула мати, і почались плачі.</w:t>
      </w:r>
    </w:p>
    <w:p>
      <w:r>
        <w:br/>
        <w:t>Не плач, дурна, а дякуй Богу, що забрав до себе. Чим борше, тим краще. Чи мало тої біди на світі? Я тобі кажу одно: якби нас всіх повиривало, то було би але! Скінчила би ся та нужда, вся біднота. А так — тьфу!</w:t>
      </w:r>
    </w:p>
    <w:p>
      <w:r>
        <w:br/>
        <w:t>Тягнув дратвою, аж тріщало, і не зважав, що цілком смеркло.</w:t>
      </w:r>
    </w:p>
    <w:p>
      <w:r>
        <w:br/>
        <w:t>На другий день посеред хати лежала біла трумна, а на цвинтарі чекала чорна ямка.</w:t>
      </w:r>
    </w:p>
    <w:p>
      <w:r>
        <w:br/>
        <w:t>Трумна була тоненька, з чотирьох дощок, як крамнична пачка, а ямка неглибока. Чотири дошки, землі трошки.</w:t>
      </w:r>
    </w:p>
    <w:p>
      <w:r>
        <w:br/>
        <w:t>При трумні догорювала свічка. На столі стояла фляш-ха з горівкою, а за столом сиділи дві сусідки.</w:t>
      </w:r>
    </w:p>
    <w:p>
      <w:r>
        <w:br/>
        <w:t>— Що то вам, мої кохані? Взяв Бог одно, лишив кілько-ро. Є з чого взяти. Ато так, як у мене! Було одно, як палець, та й то пішло! І тепер роби, що хоч, тай нема, тай нема.</w:t>
      </w:r>
    </w:p>
    <w:p>
      <w:r>
        <w:br/>
        <w:t>— Та й не буде, — додала друга, — бо ви, серце, не нинішні. О, який сніжок! Не буде, серденько, не буде.</w:t>
      </w:r>
    </w:p>
    <w:p>
      <w:r>
        <w:br/>
        <w:t>Кивала головою і усміхалася злобно.</w:t>
      </w:r>
    </w:p>
    <w:p>
      <w:r>
        <w:br/>
        <w:t>— Не ваша річ і не моя, а Божа, — відповідала обид-жена кума.</w:t>
      </w:r>
    </w:p>
    <w:p>
      <w:r>
        <w:br/>
        <w:t>— Та воно правда, всьо в Божій волі, ріжні "цуда" бувають.</w:t>
      </w:r>
    </w:p>
    <w:p>
      <w:r>
        <w:br/>
        <w:t>Потішалися, як уміли. І гладили, і дерли.</w:t>
      </w:r>
    </w:p>
    <w:p>
      <w:r>
        <w:br/>
        <w:t>А при вікні стояв батько дитини і когось ждав.</w:t>
      </w:r>
    </w:p>
    <w:p>
      <w:r>
        <w:br/>
        <w:t>— Бідному то не йно жиги, але й вмерти не можна. А пощо ж вони родяться, тії бідні? О давіть, який хробачок! Що воно кому винно? А кілько натерпілось, а чи воно свою правду мало? Тепер що? Як песя закопають, зариють, та й конець. А то раз житє!</w:t>
      </w:r>
    </w:p>
    <w:p>
      <w:r>
        <w:br/>
        <w:t>Ладне житє!</w:t>
      </w:r>
    </w:p>
    <w:p>
      <w:r>
        <w:br/>
        <w:t>Сплакав, і було єму легше. А сим часом прийшов, кого ждали. На голові мав капелюх чорний, на руках рукавиці білі, а ноги босі. Дурний Стах. Дали єму горівки чарку і половину булки і просили, щоби відніс трумну.</w:t>
      </w:r>
    </w:p>
    <w:p>
      <w:r>
        <w:br/>
        <w:t>— Як направите кальоші під зиму, то віднесу, а як ні, то несіть самі. Го, го, Стах не дурний. Вчора носив "фуренгву", позавчора носив "фуренгву", а нині всі дістали по дві шістки, а Стах нічого.</w:t>
      </w:r>
    </w:p>
    <w:p>
      <w:r>
        <w:br/>
        <w:t>Обіцяли, що кальоші направлять, і Стах взяв трумну. В сінях мало не впав і віка не розбив об одвірок, але дальше ніс добре і поважно. Зняв капелюх і праву рукавичку і співав "Вічну пам'ять". За Стахом ішов батько і обі сусідки; мати лишилася вдома.</w:t>
      </w:r>
    </w:p>
    <w:p>
      <w:r>
        <w:br/>
        <w:t># Так перейшли свою улицю, одну з найбідніших в икяі, і наближалися до широкої дороги. Здалека чули гашР товпи і похоронні співи.</w:t>
      </w:r>
    </w:p>
    <w:p>
      <w:r>
        <w:br/>
        <w:t>— Старого майора ховають, — пояснював Стах. — Страх велика парада! І мене кликали до "фуренгви", але Стах не дурний. Го, го!</w:t>
      </w:r>
    </w:p>
    <w:p>
      <w:r>
        <w:br/>
        <w:t>Гамір ріс, як надходяча повінь. На скруті улиці побачили похорон. Чорний похоронний віз котився ледве замітно посеред людських голів.</w:t>
      </w:r>
    </w:p>
    <w:p>
      <w:r>
        <w:br/>
        <w:t>Двигав на собі тілько всіляких вінців, що трумни не було видно. Коні, як галки карі, махали струсиними перами і лякали дітей своїм дивним строєм.</w:t>
      </w:r>
    </w:p>
    <w:p>
      <w:r>
        <w:br/>
        <w:t>Перед трумною — духовні і музика, за нею — свояки, знакомі і цікаві. Багато людей, гамору, світла, а мало жалю і правдивого смутку. То не живі віддавали покійному послідню послугу, а покійник живим кидав, що їм належне:</w:t>
      </w:r>
    </w:p>
    <w:p>
      <w:r>
        <w:br/>
        <w:t>Тішся, народе!</w:t>
      </w:r>
    </w:p>
    <w:p>
      <w:r>
        <w:br/>
        <w:t>Похід сунувся звільна серединою дороги, а Стах з своєю трумночкою під пахом держався попри берег. Він ступав гордо, вважаючи, щоби до рова не впасти, і дивився на церковну прислугу з видимим легковажненням. "От давіть, ви лиш "фуренгви" несете, а я трумну. А ту така парада, такі співи, така банда".</w:t>
      </w:r>
    </w:p>
    <w:p>
      <w:r>
        <w:br/>
        <w:t>Коли швець повернув з похорону, застав вдома великі порядки. Колиска винесена, діти помиті, шевське майстерство поскладене. Свіжим життям повіяло по хаті.</w:t>
      </w:r>
    </w:p>
    <w:p>
      <w:r>
        <w:br/>
        <w:t>— Мене мама поцілувала в чоло, — лепетала худощава дівчинка.</w:t>
      </w:r>
    </w:p>
    <w:p>
      <w:r>
        <w:br/>
        <w:t>— Мене в голову! — хвалився єї братчик.</w:t>
      </w:r>
    </w:p>
    <w:p>
      <w:r>
        <w:br/>
        <w:t>— Мене два рази...</w:t>
      </w:r>
    </w:p>
    <w:p>
      <w:r>
        <w:br/>
        <w:t>— А мене три, мене три!</w:t>
      </w:r>
    </w:p>
    <w:p>
      <w:r>
        <w:br/>
        <w:t>Батько дивився і з дива не міг зійти, що то баба може.</w:t>
      </w:r>
    </w:p>
    <w:p>
      <w:r>
        <w:br/>
        <w:t>— Знаєш, стара, — говорив зо слезами в очах. — Наше маленьке мало щастє в Бога. Такого похорону дай, Господи, кождому з нас. То раз була парада! — Подивилася на него, чи не зійшов з ума. Але він говорив певно і глядів мудро. — Пятьох ксьондзів, і банда, і народу тьма. М# йшли разом від нашої улиці аж до самої брами. Потім заждали, пустили тамтих наперед, та й собі пішли за ними. Они просто, а ми вбік, між нові могилки. Ми поставили трумночку над ямкою і чекаємо.</w:t>
      </w:r>
    </w:p>
    <w:p>
      <w:r>
        <w:br/>
        <w:t>Перечекали, аж тамті відправили всьо дочиста, а як зачали старого майора спускати до гробу, то ми і своє землі віддали.</w:t>
      </w:r>
    </w:p>
    <w:p>
      <w:r>
        <w:br/>
        <w:t>Тоді Федорова каже: "Змовмо за душечку покійну три отченаші, три богородиці, а решту вдома". Відмовили, заточили могилку і розійшлися.</w:t>
      </w:r>
    </w:p>
    <w:p>
      <w:r>
        <w:br/>
        <w:t>Видно, що наше мале ласку у Бога милосердного мало...</w:t>
      </w:r>
    </w:p>
    <w:p>
      <w:r>
        <w:br/>
        <w:t>Потішені, клалися спати.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