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Голуби на дзвіниці</w:t>
      </w:r>
    </w:p>
    <w:p>
      <w:r>
        <w:br/>
        <w:t xml:space="preserve"> &lt;p&gt;І</w:t>
      </w:r>
    </w:p>
    <w:p>
      <w:r>
        <w:br/>
        <w:t>Отець Василь одружився тонкосльозою весною дев’яносто першого року. Пані Софія, його мати, не вельми раділа з такого весілля, бо ж молода, попри вінка та вишиванки, не мала ніякої приваби. "Ото ще", — сичала свекруха, коли наречена подала їй хлібину на рушникові. "Ото ще!" — зеленіла стара, коли Ольгунька впустила обручку і кинулась її ловити поміж черевиками гостей.</w:t>
      </w:r>
    </w:p>
    <w:p>
      <w:r>
        <w:br/>
        <w:t>Молодий священик не переймався такими дрібницями — він їхав у східняки, їхав у село, до якого не рипались автобуси, він мав підняти напівзруйнований храм і повернути людей до Бога. Чи кожна дівчина піде на таке? Ольгунці ж минуло шістнадцять, і вона була п’ятою дочкою. Отець добре все обміркував, передумав кожну сім’ю — ні, Ольгунька підходила найбільше. А ще, коли він зайшов до її хати, завів мову про одруження, руда нишпірка вскочила з веранди і, перебивши на півслові, закричала:</w:t>
      </w:r>
    </w:p>
    <w:p>
      <w:r>
        <w:br/>
        <w:t>— Я згодна, згодна, згодна!</w:t>
      </w:r>
    </w:p>
    <w:p>
      <w:r>
        <w:br/>
        <w:t>Після чого старші сестри, змітаючи віями, як мітлами, з очей щасливий ляк, запхікали в долоні.</w:t>
      </w:r>
    </w:p>
    <w:p>
      <w:r>
        <w:br/>
        <w:t>— Я згодна, пане Василію.</w:t>
      </w:r>
    </w:p>
    <w:p>
      <w:r>
        <w:br/>
        <w:t>— Отче, — поправив він.</w:t>
      </w:r>
    </w:p>
    <w:p>
      <w:r>
        <w:br/>
        <w:t>І ось вони вже в поїзді, в третьому купе, Ольгунька кидає під ноги мокрі черевики, падає на полицю і ридає. Все змішується — висвистування дощу, стукіт коліс і дике завивання божевільного дівчати, котре їде бозна-куди і навіщо.</w:t>
      </w:r>
    </w:p>
    <w:p>
      <w:r>
        <w:br/>
        <w:t>— Олю…</w:t>
      </w:r>
    </w:p>
    <w:p>
      <w:r>
        <w:br/>
        <w:t>Він постояв над нею, нервово здвигнув плечем, але відповіді не почув. З ревом налетів зустрічний товарняк і щез.</w:t>
      </w:r>
    </w:p>
    <w:p>
      <w:r>
        <w:br/>
        <w:t>Десь там, попереду, його чекало село, що розгромило церкву, розтягло ікони, село, яке майже забуло молитися. Може, візьмуть їх на квартиру, а може, доведеться обживати діряву халупу, де мешкали досі лише горобці та кажани. І від того, як вони ввійдуть у це село, як вони вперше скажуть "добридень", як покладуть на себе хрест, ступивши до священного двору, залежить і майбутнє храму господнього.</w:t>
      </w:r>
    </w:p>
    <w:p>
      <w:r>
        <w:br/>
        <w:t>— Олю!</w:t>
      </w:r>
    </w:p>
    <w:p>
      <w:r>
        <w:br/>
        <w:t>— Одчепися, рептюх проклятий!</w:t>
      </w:r>
    </w:p>
    <w:p>
      <w:r>
        <w:br/>
        <w:t>Якусь мить, оціпенівши, він дивився на спину, що дрібно плакала, на хвостик волосся, з якого стікав недавній дощ.</w:t>
      </w:r>
    </w:p>
    <w:p>
      <w:r>
        <w:br/>
        <w:t>— Пробач, я тільки хотів, щоб ми повечеряли.</w:t>
      </w:r>
    </w:p>
    <w:p>
      <w:r>
        <w:br/>
        <w:t>— Нічого не хочу, відчепись!</w:t>
      </w:r>
    </w:p>
    <w:p>
      <w:r>
        <w:br/>
        <w:t>— Але…</w:t>
      </w:r>
    </w:p>
    <w:p>
      <w:r>
        <w:br/>
        <w:t>— Щезни, ненавиджу! Знаєш, як я тебе ненавиджу? Я Микольцю люблю, зрозумів?</w:t>
      </w:r>
    </w:p>
    <w:p>
      <w:r>
        <w:br/>
        <w:t>Отець Василь важко сів навпроти. Дощ усе лив, і тільки зрідка з’являлися вогники в чужому степу, і гули чужі поїзди на чужих станціях.</w:t>
      </w:r>
    </w:p>
    <w:p>
      <w:r>
        <w:br/>
        <w:t>— А чому ж ти…</w:t>
      </w:r>
    </w:p>
    <w:p>
      <w:r>
        <w:br/>
        <w:t>— Бо вагітна я від нього, вагітна, розумієш? Чужий грішок на твій поріжок!</w:t>
      </w:r>
    </w:p>
    <w:p>
      <w:r>
        <w:br/>
        <w:t>Вона зареготала, але щоки сіпалися плачем. Вогники з’являлися все рідше, надходила глупа ніч. Господи, та він же взяв найтихішу, найбіднішу, найластатішу дівчину! За віщо? Тепер от плаче, а чим її втішити?</w:t>
      </w:r>
    </w:p>
    <w:p>
      <w:r>
        <w:br/>
        <w:t>— Олю, священик може одружитися тільки раз!</w:t>
      </w:r>
    </w:p>
    <w:p>
      <w:r>
        <w:br/>
        <w:t>— Ха! Ну й що? Дружитися йому захотілося! Так дружися, дружися, рептюх! Чи не можеш?</w:t>
      </w:r>
    </w:p>
    <w:p>
      <w:r>
        <w:br/>
        <w:t>Вона почала зривати з себе манаття і кидати додолу.</w:t>
      </w:r>
    </w:p>
    <w:p>
      <w:r>
        <w:br/>
        <w:t>— Так не можу.</w:t>
      </w:r>
    </w:p>
    <w:p>
      <w:r>
        <w:br/>
        <w:t>Він узяв простирадло зі свого ліжка, загорнув її і посадив собі на коліна.</w:t>
      </w:r>
    </w:p>
    <w:p>
      <w:r>
        <w:br/>
        <w:t>— Пусти, та пусти ж!</w:t>
      </w:r>
    </w:p>
    <w:p>
      <w:r>
        <w:br/>
        <w:t>— Побудь отак, зігрійся, ти вся тремтиш.</w:t>
      </w:r>
    </w:p>
    <w:p>
      <w:r>
        <w:br/>
        <w:t>Запручалася, забаласувала ногами, але, сповита, як немовля, вирватися не змогла. Бо в якусь мить він так стис її руками, що здавалось — або помре, або стане йому замість сорочки.</w:t>
      </w:r>
    </w:p>
    <w:p>
      <w:r>
        <w:br/>
        <w:t>II</w:t>
      </w:r>
    </w:p>
    <w:p>
      <w:r>
        <w:br/>
        <w:t>І от вони зійшли на тихій станції, де зупинявся тільки один ранковий поїзд і де вимиті дерева пахли гірким, не розкрученим ще листом, а молоді гнізда, отерплі під дощ від стояння за стовбурами, тепер розпросталися і разом з птахами літали поміж гілок. Отець Василь поставив на землю валізи, подав Ольгуньці руку, але вона стрибнула зі східців сама, босоніж пішла по дорозі, легко, мов козуня, не озираючись на нього і не дивлячись на людей.</w:t>
      </w:r>
    </w:p>
    <w:p>
      <w:r>
        <w:br/>
        <w:t>Вони здолали майже кілометр так само мовчки. Коли траплялась десь калюжа, Ольгуня бродила в ній, розбризкуючи воду і дзвінко сміючись чи то до нього, чи до важкого хвилястого степу, що простягнувся аж до обрію.</w:t>
      </w:r>
    </w:p>
    <w:p>
      <w:r>
        <w:br/>
        <w:t>— І ти у цій пустелі збираєшся жити? Ні ліску, ні гірки, завити хочеться!</w:t>
      </w:r>
    </w:p>
    <w:p>
      <w:r>
        <w:br/>
        <w:t>— А ти?</w:t>
      </w:r>
    </w:p>
    <w:p>
      <w:r>
        <w:br/>
        <w:t>— Я — ні. Просто цікаво, куди нас дідько заніс.</w:t>
      </w:r>
    </w:p>
    <w:p>
      <w:r>
        <w:br/>
        <w:t>І тоді він почав говорити. Все на світі буває з волі Божої. Якщо так велів Бог — тут їм буде найліпше. Лише мають вірити, множити свою віру, творити добро і вчити цього людей. Зараз ти не віриш і не молишся, а почнеш ходити до церкви, відчуєш себе зовсім по-новому, зовсім іншою. Покаєшся в гріхах і будеш легко ходити по землі, мов літати.</w:t>
      </w:r>
    </w:p>
    <w:p>
      <w:r>
        <w:br/>
        <w:t>— Слухай! — скрикнула Ольгунька. — Я ж вудки вдома забула, чому ти мені не нагадав? Що я без них робитиму?</w:t>
      </w:r>
    </w:p>
    <w:p>
      <w:r>
        <w:br/>
        <w:t>Попереду розіслалося село. Хати збігали до вузенької, мов травина, ріки, дві калічки-ферми поспішали за ними, а зігнуті лушпайками вулиці утопали в садах. Над усім цим возвишалася здалеку аж голуба дзвіниця.</w:t>
      </w:r>
    </w:p>
    <w:p>
      <w:r>
        <w:br/>
        <w:t>— Їсти хочу, — бовкнула Ольгунька і сіла на високій обочині.</w:t>
      </w:r>
    </w:p>
    <w:p>
      <w:r>
        <w:br/>
        <w:t>Ольгунька вминала все разом — ковбасу, варене яйце, молоду цибулю, смажене курча. А потім знову бігла попереду, бродила в калюжах і сміялася до нього.</w:t>
      </w:r>
    </w:p>
    <w:p>
      <w:r>
        <w:br/>
        <w:t>Перед селом він змусив її вдягти черевики. Люди їм дивувалися, як дивувалися завжди новим гостювальникам і не більше, але купка бабусь, забачивши, що приїжджі направилися до церкви, рушили за ними. Отець Василь звільнив руки і тричі перехрестився. Вивалені двері лежали геть збоку, на дзвіниці хмарою сиділи дикі голуби і бозна-звідки росла кривенька, худа абрикоса. Вся біла-біла, аж страшно.</w:t>
      </w:r>
    </w:p>
    <w:p>
      <w:r>
        <w:br/>
        <w:t>— Не бійтеся, батюшко, голова казав, дах покриють і вікна посклять.</w:t>
      </w:r>
    </w:p>
    <w:p>
      <w:r>
        <w:br/>
        <w:t>Запала мовчанка. Лише качки неподалік плюскотіли в калюжі та хлопчаки летіли по дорозі, аж гуло. На мить вони стали біля гурту, шморгаючи носами та хекаючи, і один, найменший, не хлопець, а виторопень у кашкеті, сказав:</w:t>
      </w:r>
    </w:p>
    <w:p>
      <w:r>
        <w:br/>
        <w:t>— Он ди, попадицка яка!</w:t>
      </w:r>
    </w:p>
    <w:p>
      <w:r>
        <w:br/>
        <w:t>III</w:t>
      </w:r>
    </w:p>
    <w:p>
      <w:r>
        <w:br/>
        <w:t>— Ех, братику, навіть за гірких часів священики так не жили. Що в тебе за дім? Під очеретом, над урвищем якимось та над бистриною. Хіба б же ми не допомогли?</w:t>
      </w:r>
    </w:p>
    <w:p>
      <w:r>
        <w:br/>
        <w:t>Отець Григорій стояв на ґанку, вітер ворушив його чуприну і бороду, мошка заліплювала вид і раз по раз змушувала обмахуватись гілкою.</w:t>
      </w:r>
    </w:p>
    <w:p>
      <w:r>
        <w:br/>
        <w:t>— Чи перед єпархією хочеш показатися?</w:t>
      </w:r>
    </w:p>
    <w:p>
      <w:r>
        <w:br/>
        <w:t>— Та ні. Мені тут дімно і просторо — чотири кімнати, а сад який.</w:t>
      </w:r>
    </w:p>
    <w:p>
      <w:r>
        <w:br/>
        <w:t>Із-за дверей хтось гукнув, що можна починати.</w:t>
      </w:r>
    </w:p>
    <w:p>
      <w:r>
        <w:br/>
        <w:t>Зайшли до кімнати, свічка вже горіла. Ольгунька стояла при стіні, і така безпросвітна самотність, така образа йшла від усього її єства, що матушка підступила і сказала:</w:t>
      </w:r>
    </w:p>
    <w:p>
      <w:r>
        <w:br/>
        <w:t>— Не чудися, Олю, хрестини ж!</w:t>
      </w:r>
    </w:p>
    <w:p>
      <w:r>
        <w:br/>
        <w:t>Вона повернулася лише на мить, а потім знову злетіла під стелю, майнула до прочиненого вікна, і її прозора крепдешинова сукня затріпотіла на вітрі, а сіро-руде волосся, яке не стригла за вагітности, так розсипалося і встеляло обличчя, що годі було щось розгледіти. Ніхто не помітив, що в кімнаті Ольгуньки не було, там стояло інше молоде порожнє тіло, прихилене до стіни. Там було обличчя, яке не встигло зацвісти, але от-от могло розпелюститися і всіх здивувати. Тим часом Ольгунька тремтіла на вільгому вітрі, розкривала руки, мружилася від сонця. Скільки так було — хтозна, але вона пам’ятає, що об кінчики долонь билися птахи, що босі ноги зачіпали верхівки смерек, — вона так і не позбавилася звички гасати босоніж. А потім побачила знайомі дахи і димарі, хату під червоною черепицею, яка, мов гриб-мухомор, красувалася посередині. Ольгунька несамовито шугнула в кватирку. На підлозі валялися сплутані вудки, звивалися віджирілі черв’яки.</w:t>
      </w:r>
    </w:p>
    <w:p>
      <w:r>
        <w:br/>
        <w:t>— Микольцю! — простогнала вона. — Микольцю!</w:t>
      </w:r>
    </w:p>
    <w:p>
      <w:r>
        <w:br/>
        <w:t>На горищі забряжчало і загупало, дівчачий голос обурився:</w:t>
      </w:r>
    </w:p>
    <w:p>
      <w:r>
        <w:br/>
        <w:t>— Ти чого?</w:t>
      </w:r>
    </w:p>
    <w:p>
      <w:r>
        <w:br/>
        <w:t>— Ти чого, ти чого… Щось гукало, чула?</w:t>
      </w:r>
    </w:p>
    <w:p>
      <w:r>
        <w:br/>
        <w:t>— Навіжений. Нікого ж нема. Хата замкнена, ключ ось у кишені.</w:t>
      </w:r>
    </w:p>
    <w:p>
      <w:r>
        <w:br/>
        <w:t>— Щось гукало, як начеб Ольгунька.</w:t>
      </w:r>
    </w:p>
    <w:p>
      <w:r>
        <w:br/>
        <w:t>— Притирочний, ти що, її любиш? Любиш?</w:t>
      </w:r>
    </w:p>
    <w:p>
      <w:r>
        <w:br/>
        <w:t>— Я? Та не сміши.</w:t>
      </w:r>
    </w:p>
    <w:p>
      <w:r>
        <w:br/>
        <w:t>І тут щось трапилося з Ольгунькою. Вона напружилася, стрибнула вгору, ніби хотіла розметати і рознести її буклі, мов стаканчики морозива, але бозна з якого світу долинув плач немовляти. Випливла з хати на тривожній, незнайомій ще хвилі, стала на дах, але враз відірвалася від нього і кинулася назад. Боліли набряклі груди, гірчило і пересихало в роті, заполіскував різкий вітер. Сонце вже не сліпило, а виливком котилося кудись до обрію.</w:t>
      </w:r>
    </w:p>
    <w:p>
      <w:r>
        <w:br/>
        <w:t>Отямилася від того, що трясли її за плечі і бризкали холодною водою.</w:t>
      </w:r>
    </w:p>
    <w:p>
      <w:r>
        <w:br/>
        <w:t>— Олю, Олю! Слава Богу, відкрила очі. Ведіть її до ліжка.</w:t>
      </w:r>
    </w:p>
    <w:p>
      <w:r>
        <w:br/>
        <w:t>Дитина лежала поруч і голосно смоктала. Вона дивилась на неї, бліда, мов нежива, а всі стояли перед іконами і молились.</w:t>
      </w:r>
    </w:p>
    <w:p>
      <w:r>
        <w:br/>
        <w:t>По тому отець Григорій відвів отця Василя вбік і запитав:</w:t>
      </w:r>
    </w:p>
    <w:p>
      <w:r>
        <w:br/>
        <w:t>— А що, братику, так рано хрестини? Ви ж недавно побралися.</w:t>
      </w:r>
    </w:p>
    <w:p>
      <w:r>
        <w:br/>
        <w:t>"Я не знав її як жону", — хотів сказати отець Василь.</w:t>
      </w:r>
    </w:p>
    <w:p>
      <w:r>
        <w:br/>
        <w:t>. . . . . . . . . . . . . . . .</w:t>
      </w:r>
    </w:p>
    <w:p>
      <w:r>
        <w:br/>
        <w:t>Вона прокинулась глибокої ночі від скреготіння немовляти. Отець Василь перекутував дитину, а потім став носити по кімнаті, примовляючи: "Ч-ш-ш-ш!" Звідки він знає, що треба з малими робити? Чому він її не розбудив?</w:t>
      </w:r>
    </w:p>
    <w:p>
      <w:r>
        <w:br/>
        <w:t>Нічний заморочливий вітер гасав з кутка в куток, роздував фіранки. Ольгуня обсмикнула мокру від молока сорочку, встала, скинула з себе ковдру. І перш, ніж взяти дитину, ступила до вікна, хряпнула чорною кватиркою.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Голуби на дзвіниці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