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Горлиця й горобець</w:t>
      </w:r>
    </w:p>
    <w:p>
      <w:r>
        <w:br/>
        <w:t xml:space="preserve"> Воркувала Горлиця у садку,&lt;br /&gt;</w:t>
        <w:br/>
        <w:t>У куточку тихенькому, на бузку;&lt;br /&gt;</w:t>
        <w:br/>
        <w:t>Жалкувала сизокрила, що вона&lt;br /&gt;</w:t>
        <w:br/>
        <w:t>Незчулася, як минула і весна,&lt;br /&gt;</w:t>
        <w:br/>
        <w:t>Не вгляділа, як одцвівся і садок,&lt;br /&gt;</w:t>
        <w:br/>
        <w:t>І черешні, і вишеньки, і бузок;&lt;br /&gt;</w:t>
        <w:br/>
        <w:t>Сумувала, що прийдеться восени&lt;br /&gt;</w:t>
        <w:br/>
        <w:t>Десь шукати ще іншої сторони.&lt;br /&gt;</w:t>
        <w:br/>
        <w:t>Підлабузнивсь до Горлиці Горобець,&lt;br /&gt;</w:t>
        <w:br/>
        <w:t>Наче справді запорозький молодець:&lt;br /&gt;</w:t>
        <w:br/>
        <w:t>— Ой послухай, голубонько, не журись,&lt;br /&gt;</w:t>
        <w:br/>
        <w:t>Ти на мене, молодчика, подивись!&lt;br /&gt;</w:t>
        <w:br/>
        <w:t>Чи є в світі де такії молодці,&lt;br /&gt;</w:t>
        <w:br/>
        <w:t>Як ми, славні та веселі горобці,-&lt;br /&gt;</w:t>
        <w:br/>
        <w:t>На все вдатні,— до любощів, до пісень?-&lt;br /&gt;</w:t>
        <w:br/>
        <w:t>Цвірінькати жартуючи, увесь день!&lt;br /&gt;</w:t>
        <w:br/>
        <w:t>Ти не бійся, голубонько, що зима&lt;br /&gt;</w:t>
        <w:br/>
        <w:t>Посиплеться білим снігом… То дарма!&lt;br /&gt;</w:t>
        <w:br/>
        <w:t>Нас з тобою теє лихо не зляка:&lt;br /&gt;</w:t>
        <w:br/>
        <w:t>Перебудем під стріхою в козака.&lt;br /&gt;</w:t>
        <w:br/>
        <w:t>А як гляне ясне сонце на весну —&lt;br /&gt;</w:t>
        <w:br/>
        <w:t>Забудемо тую зиму навісну.&lt;br /&gt;</w:t>
        <w:br/>
        <w:t>Порозтають тії білії сніги,&lt;br /&gt;</w:t>
        <w:br/>
        <w:t>Покриються травицею всі луги,&lt;br /&gt;</w:t>
        <w:br/>
        <w:t>Розів’ється калинонька і садок,&lt;br /&gt;</w:t>
        <w:br/>
        <w:t>Розцвітуться і вишеньки, і бузок;&lt;br /&gt;</w:t>
        <w:br/>
        <w:t>Заспівають усі пташки, як в раю,&lt;br /&gt;</w:t>
        <w:br/>
        <w:t>Привітатимуть голубоньку мою;&lt;br /&gt;</w:t>
        <w:br/>
        <w:t>А ти, серце-голубонько, не журись&lt;br /&gt;</w:t>
        <w:br/>
        <w:t>Та до мене, молодчика, прихились…&lt;br /&gt;</w:t>
        <w:br/>
        <w:t>— Бодай тобі, Горобчику, не брехать,&lt;br /&gt;</w:t>
        <w:br/>
        <w:t>А горлицям твоїх брехень не чувать!&lt;br /&gt;</w:t>
        <w:br/>
        <w:t>Не до пари голубоньці Горобець,&lt;br /&gt;</w:t>
        <w:br/>
        <w:t>Хоч який він прехороший молодець:&lt;br /&gt;</w:t>
        <w:br/>
        <w:t>Треба мені, сизокрилій, голубка,&lt;br /&gt;</w:t>
        <w:br/>
        <w:t>Як хорошій дівчиноньці козака.-&lt;br /&gt;</w:t>
        <w:br/>
        <w:t>Де не взявся сизокрилий Голубок —&lt;br /&gt;</w:t>
        <w:br/>
        <w:t>Як ухопить Горобчика за чубок!&lt;br /&gt;</w:t>
        <w:br/>
        <w:t>Пом’яв його, понівечив, як хотів,&lt;br /&gt;</w:t>
        <w:br/>
        <w:t>Оскуб його, молодчика, та й пустив:&lt;br /&gt;</w:t>
        <w:br/>
        <w:t>— Оце тобі, Горобчику, так не вчись,&lt;br /&gt;</w:t>
        <w:br/>
        <w:t>До чужої голубоньки не тулись.-&lt;br /&gt;</w:t>
        <w:br/>
        <w:t>Як дремене Горобчичок у садок,-&lt;br /&gt;</w:t>
        <w:br/>
        <w:t>Болить його головонька і чубок.&lt;br /&gt;</w:t>
        <w:br/>
        <w:t>Регочуться проклятії горобці:&lt;br /&gt;</w:t>
        <w:br/>
        <w:t>— Отак наші добувають молодці! —&lt;br /&gt;</w:t>
        <w:br/>
        <w:t>Засоромивсь осміяний Горобець&lt;br /&gt;</w:t>
        <w:br/>
        <w:t>Та й покинув ріднесенький табунець,&lt;br /&gt;</w:t>
        <w:br/>
        <w:t>Полетів він світ за очі у садки&lt;br /&gt;</w:t>
        <w:br/>
        <w:t>Відшіптувать головоньку і боки.</w:t>
      </w:r>
    </w:p>
    <w:p>
      <w:r>
        <w:br/>
        <w:t>Я вигадав, лежачи на печі,&lt;br /&gt;</w:t>
        <w:br/>
        <w:t>Для вас сюю баєчку, паничі!&lt;br /&gt;</w:t>
        <w:br/>
        <w:t>Ой не будьте, паниченьки-молодці,&lt;br /&gt;</w:t>
        <w:br/>
        <w:t>І ви такі, як отії горобці;&lt;br /&gt;</w:t>
        <w:br/>
        <w:t>Пригортайтесь, козаченьки, до дівчат —&lt;br /&gt;</w:t>
        <w:br/>
        <w:t>Хіба мало є хороших бровенят?&lt;br /&gt;</w:t>
        <w:br/>
        <w:t>Дівчинонька, як квіточка,— з нею рай,&lt;br /&gt;</w:t>
        <w:br/>
        <w:t>А чужої молодиці не займай,&lt;br /&gt;</w:t>
        <w:br/>
        <w:t>Бо налетить часом сивий Голубок —&lt;br /&gt;</w:t>
        <w:br/>
        <w:t>Болітиме головонька і чубок!&lt;br /&gt;</w:t>
        <w:br/>
        <w:t>1861.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Горлиця й горобець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