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Горпина</w:t>
      </w:r>
    </w:p>
    <w:p>
      <w:r>
        <w:br/>
        <w:t xml:space="preserve"> &lt;p&gt;І</w:t>
      </w:r>
    </w:p>
    <w:p>
      <w:r>
        <w:br/>
        <w:t>Старий Якименко оженив сина та таку-то вже невісточку собі взяв, що й не сказати! Білолиця, гарна й весела, а прудка, як зайчик; і в хаті й на дворі в'ється, порядкує, господарює, і співає, і сміється, аж геть чутно її голосок дзвенячий. Аби на світ благословилось, уже вона й прокинулась, як рання пташка, і клопочеться, й бігає. І свекру догодить-услужить, і чоловіка пожалує, і діло не стоїть — зроблено все. Живуть щасливо, любенько; старий, на їх глядячи, тільки бога милосердного дякує.</w:t>
      </w:r>
    </w:p>
    <w:p>
      <w:r>
        <w:br/>
        <w:t>Одно й журило їх, що діток господь не дає. Вона, було, як де попаде чужу дитинку, то вже й цілує, й милує, а сама зітхне тяжко.</w:t>
      </w:r>
    </w:p>
    <w:p>
      <w:r>
        <w:br/>
        <w:t>Аж ось послав їм господь, — уродилась дівчинка. Так-то вже кохає та пестить Горпина свою первичку, і з рук не спускає; аби прокинулось, аби поворухнулось — уже вона й коло колиски, і хрестить, і цілує, і колише, і співає над нею. На панщину поженуть, — дитинку за собою несе та вже й моститься там з нею; сама робить, а око біжить до дитинки.</w:t>
      </w:r>
    </w:p>
    <w:p>
      <w:r>
        <w:br/>
        <w:t>Ото, було, молодиці й жартують:</w:t>
      </w:r>
    </w:p>
    <w:p>
      <w:r>
        <w:br/>
        <w:t>— А що, — кажуть, — ваша дочка, Горпино? Вона й почне:</w:t>
      </w:r>
    </w:p>
    <w:p>
      <w:r>
        <w:br/>
        <w:t>— Та вже всміхається, сестриці-голубоньки, і рученята до мене простягає; вже знає мене; ні до кого не йде, тільки до мене. Свекор бубликом манив — не хоче! І в долонечки вже плеще! Вийду я з хати та з-за дверей і дивлюсь, а воно й водить оченятами — шукає мене!</w:t>
      </w:r>
    </w:p>
    <w:p>
      <w:r>
        <w:br/>
        <w:t>— Розумна, розумна зросла, — кажуть. — Готуй лишень посаг та рушники: хутко й свататимуть!</w:t>
      </w:r>
    </w:p>
    <w:p>
      <w:r>
        <w:br/>
        <w:t>А дівчинка, справді, як та квіточка розпукується; таке славне дитяточко, веселе й здорове, на пречудо!</w:t>
      </w:r>
    </w:p>
    <w:p>
      <w:r>
        <w:br/>
        <w:t>II</w:t>
      </w:r>
    </w:p>
    <w:p>
      <w:r>
        <w:br/>
        <w:t>Тим врем'ям помер наш пан; почав молодий господарювати. І старий був недобрий, а сей такий лихий, що нехай господь боронить! Так людей жене, гірш як тих волів. Отеє три дні панські одбудем, а четвертий за подушне, п'ятниця й субота якісь толочні повидумували. А яка толока? Не то страви, та й хліба не дають. День при дні, день при дні робимо. Перше все сподівались: молодий пан буде добрий, та й дождали собі доброго! Він був не дуже багатий, а жити пишно, у розкоші великій хотів, по-панськи! Що йому до того, що люди, було, на ниві падають? Він собі то коней заведе таких, що як змії, то коляску купить новеньку, то у місто поїде — там стратиться.А нам іще, було, кажуть сусідні панки (вони заходять часто з чужими людьми в розмову, а своє, то б'ють так, як і великі пани — аби рука досягла); то й кажуть було: "Десь у вас тепереньки пан добрий дуже! Так говорить, що аж лихо! Що мужикїв треба й наукам учити, і жалувати, і невіть-що! Десь його мудро дуже навчено!"</w:t>
      </w:r>
    </w:p>
    <w:p>
      <w:r>
        <w:br/>
        <w:t>А се справді перше говорив, що й хати нові поставлю у три віконця, а потім — то й старі розвалились! Може, його на добре й учено, та, мабуть, панську істоту не переробиш!</w:t>
      </w:r>
    </w:p>
    <w:p>
      <w:r>
        <w:br/>
        <w:t>Все село як за стіну засунулось, такі смутні всі, що сумно й глянуть! Тільки Горпина трохи веселенька, тішитьея малою донечкою та й про громадське лихо забуває. Та не минула й її лиха година! Занедужала дитинка, кричить, плаче. Горпина й сама плаче над нею, та нічого не врадить. Бігав старий свекор до лікарки — нема дома, та навіть і з молодиць нема нікого: всі на панщині. Далі й за Горпиною прийшли:</w:t>
      </w:r>
    </w:p>
    <w:p>
      <w:r>
        <w:br/>
        <w:t>— Чому не йдеш?</w:t>
      </w:r>
    </w:p>
    <w:p>
      <w:r>
        <w:br/>
        <w:t>— В мене дитина нездужає, — каже вона плачучи.</w:t>
      </w:r>
    </w:p>
    <w:p>
      <w:r>
        <w:br/>
        <w:t>— Панові треба робити, а про твою дитину байдуже. Мусила йти. Узяла дитину, обгорнула та й пішла. А воно, біднесеньке, кричить та кричить. Дойшли, пан стрічає сам, такий гнівний, крий мати божа! Почав її словами картати, а дитиночка на руках так і пручається — кричить. Пан іще гірш розгнівався:</w:t>
      </w:r>
    </w:p>
    <w:p>
      <w:r>
        <w:br/>
        <w:t>— Геть ту дитину! — гукнув, — геть! Треба мені робити, а не з дитиною панькатись!</w:t>
      </w:r>
    </w:p>
    <w:p>
      <w:r>
        <w:br/>
        <w:t>Звелів десятнику додому однести.</w:t>
      </w:r>
    </w:p>
    <w:p>
      <w:r>
        <w:br/>
        <w:t>— Ой, паночку, голубчику! — благає його Горпина плачуща. — Нехай же я хоч однесу сама! Паночку мій! Будьте милостиві! Се моя дитинка єдина!</w:t>
      </w:r>
    </w:p>
    <w:p>
      <w:r>
        <w:br/>
        <w:t>— Неси, неси, — каже десятнику, — а ти роби діло, коли не хочеш кари здобути.</w:t>
      </w:r>
    </w:p>
    <w:p>
      <w:r>
        <w:br/>
        <w:t>Понесли дитинку полем. Іще довго Горпина чула дитячий плач, жалкий та болізний; далі все тихш, а там і зовсім затихло.</w:t>
      </w:r>
    </w:p>
    <w:p>
      <w:r>
        <w:br/>
        <w:t>III</w:t>
      </w:r>
    </w:p>
    <w:p>
      <w:r>
        <w:br/>
        <w:t>Як уже вона там робила сей день, — увечері прибігла додому, аж дух їй захватило:</w:t>
      </w:r>
    </w:p>
    <w:p>
      <w:r>
        <w:br/>
        <w:t>— Дитинко моя! Донечко! Чи ви ж доглядали її, батеньку? Скажіть же бо, що й як?</w:t>
      </w:r>
    </w:p>
    <w:p>
      <w:r>
        <w:br/>
        <w:t>— Та годі побиватись, дочко, — каже старий свекор, — дякувати господові, втихла трохи.</w:t>
      </w:r>
    </w:p>
    <w:p>
      <w:r>
        <w:br/>
        <w:t>Та не надовго: вночі прокинулось ізнов та ще гірш страждає, аж горить. Радилась Горпина з бабами, — нічого не врадили, нічого не помоглося. А тут день уже нахопляється, треба на панщину йти. Згадала Горпина, що чула колись, як дитина не спить, то настояти макові головки на молоці та й дать випити. Так вона й зробила. "Нехай хоч воно відпочине — не мучиться", — думає. Як дала їй, дитина зараз і втихла, засипати почала, та так кріпко заснула і не здригнулась, як крикнув десятник на весь голос: "На панщину!"</w:t>
      </w:r>
    </w:p>
    <w:p>
      <w:r>
        <w:br/>
        <w:t>Положила Горпина дочку в колисці, перехрестила та й пішла плачучи.</w:t>
      </w:r>
    </w:p>
    <w:p>
      <w:r>
        <w:br/>
        <w:t>Як там її лаяли, як на неї сварились — і не слухає, аби їй до вечора дождати! Перемучилась день. От сонечко вже за синю гору запало, от уже й вечір. Біжить вона додому, біжить... Убігла в хату: тихо й темно. Вона до колиски, за дитину, — дитина холодна лежить: не ворухнеться, не дише.</w:t>
      </w:r>
    </w:p>
    <w:p>
      <w:r>
        <w:br/>
        <w:t>IV</w:t>
      </w:r>
    </w:p>
    <w:p>
      <w:r>
        <w:br/>
        <w:t>— Тату! — крикнула.</w:t>
      </w:r>
    </w:p>
    <w:p>
      <w:r>
        <w:br/>
        <w:t>— А чого, дочко, мене лякаєш? Я був задрімав. Мала спить і досі.</w:t>
      </w:r>
    </w:p>
    <w:p>
      <w:r>
        <w:br/>
        <w:t>Горпина й слова не промовить, обхопила дочку руками та наче й замерла. Старий ізнов задрімав.</w:t>
      </w:r>
    </w:p>
    <w:p>
      <w:r>
        <w:br/>
        <w:t>— Світла! Світла дайте! — скрикнула. — Тату! Світла! Старий викресав огню. "Що се з нею подіялося?" — думає, та як засвітив, глянув, так і прикипів на місці. Стоїть серед хати Горпина, аж почорніла і страшно дивиться, а на руках у неї мертва дитина.</w:t>
      </w:r>
    </w:p>
    <w:p>
      <w:r>
        <w:br/>
        <w:t>— Дочко, — промовив старий, — дочко!</w:t>
      </w:r>
    </w:p>
    <w:p>
      <w:r>
        <w:br/>
        <w:t>— А що, — одмовляє, — бач, як помоглося! Затихла моя дитинка, не кричить!</w:t>
      </w:r>
    </w:p>
    <w:p>
      <w:r>
        <w:br/>
        <w:t>А далі як заплаче, як затужить, — де ті й сльози беруться! Так і ллються струменем.</w:t>
      </w:r>
    </w:p>
    <w:p>
      <w:r>
        <w:br/>
        <w:t>Почули люди, прибігли, говорять, вмовляють. Вона мов і не чує, і не одірвуть од дитинки. Чоловік ходить сам як не при собі; свекор аж занедужав.</w:t>
      </w:r>
    </w:p>
    <w:p>
      <w:r>
        <w:br/>
        <w:t>Стали похорон ладити. От уже й домовинку принесли новеньку, всипали квітками пахучими та зіллям.</w:t>
      </w:r>
    </w:p>
    <w:p>
      <w:r>
        <w:br/>
        <w:t>— Горпино, — кажуть, — дай дитину.</w:t>
      </w:r>
    </w:p>
    <w:p>
      <w:r>
        <w:br/>
        <w:t>Не дала. Сама обмила її й положила. Час уже й нести, а вона стоїть — дивиться. Люди до неї говорять — не чує, не слухає.</w:t>
      </w:r>
    </w:p>
    <w:p>
      <w:r>
        <w:br/>
        <w:t>Одвели якось, узяли й понесли. Глянула вона тоді вперше округи, перехрестилась і собі пішла. Куди люди не ступлять, і вона слідком за ними, за тою домовинкою; йде, словечка не промовить. І в церкві достояла мов спокійна, та як стали ховати, боже мій милий! так і кинулась за дитям у яму. Ледве вхопили її та принесли додому, мов неживу.</w:t>
      </w:r>
    </w:p>
    <w:p>
      <w:r>
        <w:br/>
        <w:t>Хорувала вона тяжко тижнів ізо три. Якось господь помилував, вернув здоров'я, та розум не вернувсь! Така вона стала, якась не при умі. Цілісінький день ходить мовчки та городній мак ізбирає; а спитати, нащо? "А се, — каже, — для моєї дитинки".</w:t>
      </w:r>
    </w:p>
    <w:p>
      <w:r>
        <w:br/>
        <w:t>Взимку то все плаче: "Нема маківокі Чим мені донечку рятувати!"</w:t>
      </w:r>
    </w:p>
    <w:p>
      <w:r>
        <w:br/>
        <w:t>Аби почала перша маківочка бриніти, вже й угледить, і зараз вирве й любує єю, не натішиться. То ще діло робить, порається, а тільки зацвітуть маки в городах, вона й хату покине і не вийде з тих маків. Ідеш понад городами, то й бачиш: сидить між повними маківками в білій сорочці, гарно убрана, у намисті, й сама ще молоденька, —тільки як крейда біла; сидить та перекидається маківочками, і всміхається, як дитина... А маки процвітають, і білим, і сивим, і червоним квітом повно.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Горпина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