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Грицько Сковорода</w:t>
      </w:r>
    </w:p>
    <w:p>
      <w:r>
        <w:br/>
        <w:t xml:space="preserve"> ЗАСПІВ</w:t>
      </w:r>
    </w:p>
    <w:p>
      <w:r>
        <w:br/>
        <w:t>І&lt;br /&gt;</w:t>
        <w:br/>
        <w:t>Моя ти мовчазна! чого так сумно дзвониш&lt;br /&gt;</w:t>
        <w:br/>
        <w:t>У струни золоті, що начепив Боян?&lt;br /&gt;</w:t>
        <w:br/>
        <w:t>Віщуєш горенько, чи радощі хорониш,&lt;br /&gt;</w:t>
        <w:br/>
        <w:t>Чи се неволеньки окрив тебе туман?&lt;br /&gt;</w:t>
        <w:br/>
        <w:t>Чи стиха схлипуєш, чи дрібні сльози рониш&lt;br /&gt;</w:t>
        <w:br/>
        <w:t>Про кам'яні серця, про темряву й обман?&lt;br /&gt;</w:t>
        <w:br/>
        <w:t>Промов мені словце величним рокотаннєм&lt;br /&gt;</w:t>
        <w:br/>
        <w:t>Чи слізьми лийся же, невдержаним риданнєм!</w:t>
      </w:r>
    </w:p>
    <w:p>
      <w:r>
        <w:br/>
      </w:r>
    </w:p>
    <w:p>
      <w:r>
        <w:br/>
      </w:r>
    </w:p>
    <w:p>
      <w:r>
        <w:br/>
        <w:t>ІІ&lt;br /&gt;</w:t>
        <w:br/>
        <w:t>Моя ти гордосте, відрадонько моя!&lt;br /&gt;</w:t>
        <w:br/>
        <w:t>Таємний неба дар, землі недовідомий!&lt;br /&gt;</w:t>
        <w:br/>
        <w:t>З тобою горенько забуду всяке я...&lt;br /&gt;</w:t>
        <w:br/>
        <w:t>Дзвони у золоті боянські струни-дзвони!&lt;br /&gt;</w:t>
        <w:br/>
        <w:t>Нехай возродиться великих душ сім'я&lt;br /&gt;</w:t>
        <w:br/>
        <w:t>І миру возвістить божественні закони!&lt;br /&gt;</w:t>
        <w:br/>
        <w:t>Да зникне з-між людей неволя, мрак, обман&lt;br /&gt;</w:t>
        <w:br/>
        <w:t>І сяє дух людський, свободний океан!</w:t>
      </w:r>
    </w:p>
    <w:p>
      <w:r>
        <w:br/>
        <w:t>ІІІ&lt;br /&gt;</w:t>
        <w:br/>
        <w:t>Що Русь передала від оних часів давних,&lt;br /&gt;</w:t>
        <w:br/>
        <w:t>Що боротьба добра із темрявою зла,&lt;br /&gt;</w:t>
        <w:br/>
        <w:t>За приводом сердець і розумів державних,&lt;br /&gt;</w:t>
        <w:br/>
        <w:t>Під знаменем хреста в народний дух внесла&lt;br /&gt;</w:t>
        <w:br/>
        <w:t>Діяння душ святих, завіти православних,&lt;br /&gt;</w:t>
        <w:br/>
        <w:t>Від берла і меча до плуга й чересла,&lt;br /&gt;</w:t>
        <w:br/>
        <w:t>Ви, струни золоті, ви, правди віщі дзвони,&lt;br /&gt;</w:t>
        <w:br/>
        <w:t>Безсмертним рокотом вдихніте в міліони!</w:t>
      </w:r>
    </w:p>
    <w:p>
      <w:r>
        <w:br/>
        <w:t>ІV&lt;br /&gt;</w:t>
        <w:br/>
        <w:t>Да возвеличиться прихильник ваш, народ,&lt;br /&gt;</w:t>
        <w:br/>
        <w:t>Єдинством сил своїх серед усіх народів&lt;br /&gt;</w:t>
        <w:br/>
        <w:t>І як світил ночних небесних хоровод&lt;br /&gt;</w:t>
        <w:br/>
        <w:t>Тисячоліттями блищить вомісто годів!&lt;br /&gt;</w:t>
        <w:br/>
        <w:t>І зробиться тогді бояновський рапсод&lt;br /&gt;</w:t>
        <w:br/>
        <w:t>По віщим замислам його вінцем рапсодів,&lt;br /&gt;</w:t>
        <w:br/>
        <w:t>І мова наша з мов, як серафима глас,&lt;br /&gt;</w:t>
        <w:br/>
        <w:t>Гармонію сердець водворить серед нас!</w:t>
      </w:r>
    </w:p>
    <w:p>
      <w:r>
        <w:br/>
        <w:t>V&lt;br /&gt;</w:t>
        <w:br/>
        <w:t>Ви, що боролися за істину священну&lt;br /&gt;</w:t>
        <w:br/>
        <w:t>І підступ духа лжі уміли побіждать,&lt;br /&gt;</w:t>
        <w:br/>
        <w:t>І оком прозирним стрічали чашу смертну,&lt;br /&gt;</w:t>
        <w:br/>
        <w:t>І тіло намічне давали розпинать!&lt;br /&gt;</w:t>
        <w:br/>
        <w:t>О вічна сіль землі! О світе про вселену!&lt;br /&gt;</w:t>
        <w:br/>
        <w:t>Зішліте й на мене восторга благодать,&lt;br /&gt;</w:t>
        <w:br/>
        <w:t>Що силу вам давав за істину стояти&lt;br /&gt;</w:t>
        <w:br/>
        <w:t>І нетям ворогам і кривду їх прощати!</w:t>
      </w:r>
    </w:p>
    <w:p>
      <w:r>
        <w:br/>
      </w:r>
    </w:p>
    <w:p>
      <w:r>
        <w:br/>
        <w:t>ПІСНЯ ПЕРВА</w:t>
      </w:r>
    </w:p>
    <w:p>
      <w:r>
        <w:br/>
        <w:t>І&lt;br /&gt;</w:t>
        <w:br/>
        <w:t>Колись давно, як ще не знали&lt;br /&gt;</w:t>
        <w:br/>
        <w:t>У нас нічого про Москву,&lt;br /&gt;</w:t>
        <w:br/>
        <w:t>Понад Сулою ми ганяли&lt;br /&gt;</w:t>
        <w:br/>
        <w:t>Знай, половці, не татарву.&lt;br /&gt;</w:t>
        <w:br/>
        <w:t>Внизу ж Дніпра тогді сиділи&lt;br /&gt;</w:t>
        <w:br/>
        <w:t>Уз печеніги, берендії&lt;br /&gt;</w:t>
        <w:br/>
        <w:t>Та торки, чорні клобуки,&lt;br /&gt;</w:t>
        <w:br/>
        <w:t>Не запорожські козаки...&lt;br /&gt;</w:t>
        <w:br/>
        <w:t>На глум ковші собі робили&lt;br /&gt;</w:t>
        <w:br/>
        <w:t>Із наших руських черепів.&lt;br /&gt;</w:t>
        <w:br/>
        <w:t>А ми сю дич-степовиків,&lt;br /&gt;</w:t>
        <w:br/>
        <w:t>Князі й дружини наші, били&lt;br /&gt;</w:t>
        <w:br/>
        <w:t>Упікся ж Русі більш успіх&lt;br /&gt;</w:t>
        <w:br/>
        <w:t>Запеклий ворог печеніг.</w:t>
      </w:r>
    </w:p>
    <w:p>
      <w:r>
        <w:br/>
        <w:t>ІІ&lt;br /&gt;</w:t>
        <w:br/>
        <w:t>І проявивсь між нами віщий&lt;br /&gt;</w:t>
        <w:br/>
        <w:t>Співець-гусляр, на йм'я Боян.&lt;br /&gt;</w:t>
        <w:br/>
        <w:t>Над солов'я був голосніший,&lt;br /&gt;</w:t>
        <w:br/>
        <w:t>Дзвонив у струни, як в тимпан.&lt;br /&gt;</w:t>
        <w:br/>
        <w:t>Були вони в його живії,&lt;br /&gt;</w:t>
        <w:br/>
        <w:t>Дзвінкі, правдиво-золотії.&lt;br /&gt;</w:t>
        <w:br/>
        <w:t>Тим часів оних солов'єм&lt;br /&gt;</w:t>
        <w:br/>
        <w:t>І досі ми Бояна звем.&lt;br /&gt;</w:t>
        <w:br/>
        <w:t>Не соколи ясні, — мовляли, —&lt;br /&gt;</w:t>
        <w:br/>
        <w:t>Пускав на білі лебеді:&lt;br /&gt;</w:t>
        <w:br/>
        <w:t>Ні, віщими бив у живі,&lt;br /&gt;</w:t>
        <w:br/>
        <w:t>І струни славу рокотали,&lt;br /&gt;</w:t>
        <w:br/>
        <w:t>І підоймали руський дух&lt;br /&gt;</w:t>
        <w:br/>
        <w:t>Серед варязьких завірюх.</w:t>
      </w:r>
    </w:p>
    <w:p>
      <w:r>
        <w:br/>
        <w:t>ІІІ&lt;br /&gt;</w:t>
        <w:br/>
        <w:t>Усобицею ми прозвали&lt;br /&gt;</w:t>
        <w:br/>
        <w:t>Ту братобійницю лиху,&lt;br /&gt;</w:t>
        <w:br/>
        <w:t>Що б гуслярі нам не співали,&lt;br /&gt;</w:t>
        <w:br/>
        <w:t>Плачу достойну і сміху...&lt;br /&gt;</w:t>
        <w:br/>
        <w:t>І за Порогами вже били&lt;br /&gt;</w:t>
        <w:br/>
        <w:t>Нас печеніги, і зробили&lt;br /&gt;</w:t>
        <w:br/>
        <w:t>Собі з князької голови&lt;br /&gt;</w:t>
        <w:br/>
        <w:t>Знак величання пировий.&lt;br /&gt;</w:t>
        <w:br/>
        <w:t>Даремно струни рокотали&lt;br /&gt;</w:t>
        <w:br/>
        <w:t>Князям і витязям хвалу:&lt;br /&gt;</w:t>
        <w:br/>
        <w:t>Під самовладництва імлу&lt;br /&gt;</w:t>
        <w:br/>
        <w:t>Нас дикарі повоювали.&lt;br /&gt;</w:t>
        <w:br/>
        <w:t>Де слава буйтурів цвіла,&lt;br /&gt;</w:t>
        <w:br/>
        <w:t>Там гору паволоч взяла.</w:t>
      </w:r>
    </w:p>
    <w:p>
      <w:r>
        <w:br/>
        <w:t>ІV&lt;br /&gt;</w:t>
        <w:br/>
        <w:t>З сього дикарства проявився&lt;br /&gt;</w:t>
        <w:br/>
        <w:t>На Древній Русі цвіт і плід,&lt;br /&gt;</w:t>
        <w:br/>
        <w:t>Мов хижий духом воплотився&lt;br /&gt;</w:t>
        <w:br/>
        <w:t>В нас азіатський пан-сусід.&lt;br /&gt;</w:t>
        <w:br/>
        <w:t>Бо запустіла руська хата...&lt;br /&gt;</w:t>
        <w:br/>
        <w:t>Князі втікали і княжата.&lt;br /&gt;</w:t>
        <w:br/>
        <w:t>Кудись на Клязьму та Москву,&lt;br /&gt;</w:t>
        <w:br/>
        <w:t>Щоб зупинити татарву.&lt;br /&gt;</w:t>
        <w:br/>
        <w:t>Ми ж у козацтво повстрявали&lt;br /&gt;</w:t>
        <w:br/>
        <w:t>І в славу широко ввійшли:&lt;br /&gt;</w:t>
        <w:br/>
        <w:t>Чого в поган не відняли,&lt;br /&gt;</w:t>
        <w:br/>
        <w:t>Те в християнства жакували.&lt;br /&gt;</w:t>
        <w:br/>
        <w:t>Вселивсь тогді в наш руський дух&lt;br /&gt;</w:t>
        <w:br/>
        <w:t>Хижацтва й каверзи недуг.&lt;br /&gt;</w:t>
        <w:br/>
        <w:t>V&lt;br /&gt;</w:t>
        <w:br/>
        <w:t>Хижацтво й каверзу в монгола&lt;br /&gt;</w:t>
        <w:br/>
        <w:t>Ми, русичі, перейняли.&lt;br /&gt;</w:t>
        <w:br/>
        <w:t>Була се нам хороша школа&lt;br /&gt;</w:t>
        <w:br/>
        <w:t>Перевертать людей в драглі&lt;br /&gt;</w:t>
        <w:br/>
        <w:t>І дихать полом'єм пожарним&lt;br /&gt;</w:t>
        <w:br/>
        <w:t>По хуторам і селам гарним,&lt;br /&gt;</w:t>
        <w:br/>
        <w:t>Щоб кожен за своє тремтів,&lt;br /&gt;</w:t>
        <w:br/>
        <w:t>Як людоїд-хижак летів.&lt;br /&gt;</w:t>
        <w:br/>
        <w:t>Сього в нас духа підживляла&lt;br /&gt;</w:t>
        <w:br/>
        <w:t>Литва хоробра і Ляхва,&lt;br /&gt;</w:t>
        <w:br/>
        <w:t>Бо й наша пасестра, Москва,&lt;br /&gt;</w:t>
        <w:br/>
        <w:t>Без козака не пробувала.&lt;br /&gt;</w:t>
        <w:br/>
        <w:t>Там знали тож в лихі годи,&lt;br /&gt;</w:t>
        <w:br/>
        <w:t>Почім в козацтва ківш біди.</w:t>
      </w:r>
    </w:p>
    <w:p>
      <w:r>
        <w:br/>
        <w:t>VІ&lt;br /&gt;</w:t>
        <w:br/>
        <w:t>Татарин духа нам покинув&lt;br /&gt;</w:t>
        <w:br/>
        <w:t>Свого, хоч Русі й не підбив.&lt;br /&gt;</w:t>
        <w:br/>
        <w:t>Він сам, як іскра в полі, згинув,&lt;br /&gt;</w:t>
        <w:br/>
        <w:t>А духом хижим нас губив, —&lt;br /&gt;</w:t>
        <w:br/>
        <w:t>Губив і губить: бо брат брата&lt;br /&gt;</w:t>
        <w:br/>
        <w:t>Ненавидить як супостата&lt;br /&gt;</w:t>
        <w:br/>
        <w:t>За те одно, що братній дом —&lt;br /&gt;</w:t>
        <w:br/>
        <w:t>Мамврійський дуб, а не содом.&lt;br /&gt;</w:t>
        <w:br/>
        <w:t>Зненавидів так государство&lt;br /&gt;</w:t>
        <w:br/>
        <w:t>Козак і клином Русь колов,&lt;br /&gt;</w:t>
        <w:br/>
        <w:t>Покіль з голодною прийшов&lt;br /&gt;</w:t>
        <w:br/>
        <w:t>Пустинею царю в підданство.&lt;br /&gt;</w:t>
        <w:br/>
        <w:t>А там готове вже зерно&lt;br /&gt;</w:t>
        <w:br/>
        <w:t>Про засів новини було.</w:t>
      </w:r>
    </w:p>
    <w:p>
      <w:r>
        <w:br/>
        <w:t>VІІ&lt;br /&gt;</w:t>
        <w:br/>
        <w:t>Пісні, що Бояни складали,&lt;br /&gt;</w:t>
        <w:br/>
        <w:t>Почезли в пожарах, старі;&lt;br /&gt;</w:t>
        <w:br/>
        <w:t>Ляхи ж письменством попсували&lt;br /&gt;</w:t>
        <w:br/>
        <w:t>Нам нетямні монастирі.&lt;br /&gt;</w:t>
        <w:br/>
        <w:t>Науки нігде було взяти,&lt;br /&gt;</w:t>
        <w:br/>
        <w:t>Прийшлось її в ляхів шукати,&lt;br /&gt;</w:t>
        <w:br/>
        <w:t>І ми польщизною жили&lt;br /&gt;</w:t>
        <w:br/>
        <w:t>Тогді, як з нею прю вели.&lt;br /&gt;</w:t>
        <w:br/>
        <w:t>Тим часом забували думи&lt;br /&gt;</w:t>
        <w:br/>
        <w:t>П'яні, як ніч, січовики,&lt;br /&gt;</w:t>
        <w:br/>
        <w:t>Що знали давні козаки,&lt;br /&gt;</w:t>
        <w:br/>
        <w:t>Між неуків широкоуми.&lt;br /&gt;</w:t>
        <w:br/>
        <w:t>Цуравсь пісень і монастир:&lt;br /&gt;</w:t>
        <w:br/>
        <w:t>Скаладав-бо їх простацький мир.</w:t>
      </w:r>
    </w:p>
    <w:p>
      <w:r>
        <w:br/>
        <w:t>VІІІ&lt;br /&gt;</w:t>
        <w:br/>
        <w:t>І справді, зборища козацькі,&lt;br /&gt;</w:t>
        <w:br/>
        <w:t>"Княгині корчми " та шинки&lt;br /&gt;</w:t>
        <w:br/>
        <w:t>Покинули гурбі простацькій&lt;br /&gt;</w:t>
        <w:br/>
        <w:t>Полковники та сотники.&lt;br /&gt;</w:t>
        <w:br/>
        <w:t>Вони тим слави здобували,&lt;br /&gt;</w:t>
        <w:br/>
        <w:t>Що всюди шляхту в пень рубали,&lt;br /&gt;</w:t>
        <w:br/>
        <w:t>А під Москву як утекли,&lt;br /&gt;</w:t>
        <w:br/>
        <w:t>Самі паніти почали...&lt;br /&gt;</w:t>
        <w:br/>
        <w:t>І розуму тепер шукала&lt;br /&gt;</w:t>
        <w:br/>
        <w:t>По бурсах шляхта ся нова,&lt;br /&gt;</w:t>
        <w:br/>
        <w:t>Покіль приймала голова —&lt;br /&gt;</w:t>
        <w:br/>
        <w:t>Що в неї польська школа пхала.&lt;br /&gt;</w:t>
        <w:br/>
        <w:t>Отсе ж, куди козак прийшов.&lt;br /&gt;</w:t>
        <w:br/>
        <w:t>Там "пана знов ляха " знайшов.</w:t>
      </w:r>
    </w:p>
    <w:p>
      <w:r>
        <w:br/>
        <w:t>ІХ&lt;br /&gt;</w:t>
        <w:br/>
        <w:t>Козацтво клина знов загнало&lt;br /&gt;</w:t>
        <w:br/>
        <w:t>Між панувиту й просту Русь,&lt;br /&gt;</w:t>
        <w:br/>
        <w:t>Бояна в нас мов не бувало:&lt;br /&gt;</w:t>
        <w:br/>
        <w:t>Він в лірника перевернувсь.&lt;br /&gt;</w:t>
        <w:br/>
        <w:t>І голосила про дрібноту&lt;br /&gt;</w:t>
        <w:br/>
        <w:t>На сонці й на пилу до поту&lt;br /&gt;</w:t>
        <w:br/>
        <w:t>І ліра й кобза по торгах,&lt;br /&gt;</w:t>
        <w:br/>
        <w:t>Пани ж хропли в пуховиках.&lt;br /&gt;</w:t>
        <w:br/>
        <w:t>А ярмаркам було байдуже,&lt;br /&gt;</w:t>
        <w:br/>
        <w:t>Чи струни мертві, чи живі,&lt;br /&gt;</w:t>
        <w:br/>
        <w:t>Баранячі, чи золоті:&lt;br /&gt;</w:t>
        <w:br/>
        <w:t>Вподобались їм псальми дуже&lt;br /&gt;</w:t>
        <w:br/>
        <w:t>Про Лазаря та багача,&lt;br /&gt;</w:t>
        <w:br/>
        <w:t>Про Олексія-втікача.</w:t>
      </w:r>
    </w:p>
    <w:p>
      <w:r>
        <w:br/>
        <w:t>Х&lt;br /&gt;</w:t>
        <w:br/>
        <w:t>Отсе ж нам духа придавила&lt;br /&gt;</w:t>
        <w:br/>
        <w:t>І другим нападом орда:&lt;br /&gt;</w:t>
        <w:br/>
        <w:t>Квітки поезії побила,&lt;br /&gt;</w:t>
        <w:br/>
        <w:t>І в бусі, і в шинку біда.&lt;br /&gt;</w:t>
        <w:br/>
        <w:t>Пани полковники шляхетні&lt;br /&gt;</w:t>
        <w:br/>
        <w:t>Вважали ті пісні за шпетні,&lt;br /&gt;</w:t>
        <w:br/>
        <w:t>Що голий лірник верещав,&lt;br /&gt;</w:t>
        <w:br/>
        <w:t>Мов чорт із нього лика драв.&lt;br /&gt;</w:t>
        <w:br/>
        <w:t>А в бурсі так тогді учили,&lt;br /&gt;</w:t>
        <w:br/>
        <w:t>Що втік би з неї й сам Боян.&lt;br /&gt;</w:t>
        <w:br/>
        <w:t>На розумах лежав туман;&lt;br /&gt;</w:t>
        <w:br/>
        <w:t>Ми в тумані "вовками вили ":&lt;br /&gt;</w:t>
        <w:br/>
        <w:t>Мовляв так не один в нас пан,&lt;br /&gt;</w:t>
        <w:br/>
        <w:t>Що покидав уже й жупан.</w:t>
      </w:r>
    </w:p>
    <w:p>
      <w:r>
        <w:br/>
        <w:t>ХІ&lt;br /&gt;</w:t>
        <w:br/>
        <w:t>І мова наша, між глухими&lt;br /&gt;</w:t>
        <w:br/>
        <w:t>Балаками — дзвінке срібло,&lt;br /&gt;</w:t>
        <w:br/>
        <w:t>Вже не дзвеніла, і несло&lt;br /&gt;</w:t>
        <w:br/>
        <w:t>Від неї книгами цвілими.&lt;br /&gt;</w:t>
        <w:br/>
        <w:t>Смаку й принадності не мала,&lt;br /&gt;</w:t>
        <w:br/>
        <w:t>То белькотала, то шкварчала&lt;br /&gt;</w:t>
        <w:br/>
        <w:t>І по торгах, і по домах,&lt;br /&gt;</w:t>
        <w:br/>
        <w:t>І на письмі, і на словах...&lt;br /&gt;</w:t>
        <w:br/>
        <w:t>Між письмаками, ба й попами,&lt;br /&gt;</w:t>
        <w:br/>
        <w:t>Блищав умом Сковорода;&lt;br /&gt;</w:t>
        <w:br/>
        <w:t>Та й він, мов у жиру вода,&lt;br /&gt;</w:t>
        <w:br/>
        <w:t>Шкварчав побожними віршами,&lt;br /&gt;</w:t>
        <w:br/>
        <w:t>Хоч і хвалили панотці,&lt;br /&gt;</w:t>
        <w:br/>
        <w:t>А й надто лірники-старці.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Грицько Сковорода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