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Гуменний</w:t>
      </w:r>
    </w:p>
    <w:p>
      <w:r>
        <w:br/>
        <w:t xml:space="preserve"> Їздив дідич за границю,&lt;br /&gt;</w:t>
        <w:br/>
        <w:t>Назад повертає, &amp;ndash;&lt;br /&gt;</w:t>
        <w:br/>
        <w:t>Та й до свого гуменного&lt;br /&gt;</w:t>
        <w:br/>
        <w:t>Листи посилає,</w:t>
      </w:r>
    </w:p>
    <w:p>
      <w:r>
        <w:br/>
        <w:t>Щоб гуменний на границю&lt;br /&gt;</w:t>
        <w:br/>
        <w:t>Прибув і дав знати,&lt;br /&gt;</w:t>
        <w:br/>
        <w:t>Що діється в нього дома,&lt;br /&gt;</w:t>
        <w:br/>
        <w:t>Да і коло хати.</w:t>
      </w:r>
    </w:p>
    <w:p>
      <w:r>
        <w:br/>
        <w:t>Прибуває і гуменний:&lt;br /&gt;</w:t>
        <w:br/>
        <w:t>"А що там, Іване?"&lt;br /&gt;</w:t>
        <w:br/>
        <w:t>А гуменний йому каже:&lt;br /&gt;</w:t>
        <w:br/>
        <w:t>"Та все гаразд, пане.</w:t>
      </w:r>
    </w:p>
    <w:p>
      <w:r>
        <w:br/>
        <w:t>Тілько ножик, що пан дали&lt;br /&gt;</w:t>
        <w:br/>
        <w:t>Таляра за нього,&lt;br /&gt;</w:t>
        <w:br/>
        <w:t>Поламався, сказать правду,&lt;br /&gt;</w:t>
        <w:br/>
        <w:t>Ні з того ні з сього".</w:t>
      </w:r>
    </w:p>
    <w:p>
      <w:r>
        <w:br/>
        <w:t>"Ну, зламався, так зламався,&lt;br /&gt;</w:t>
        <w:br/>
        <w:t>Що то й споминати.&lt;br /&gt;</w:t>
        <w:br/>
        <w:t>Певне, хлопці мали гратись&lt;br /&gt;</w:t>
        <w:br/>
        <w:t>Та й його зламати?"</w:t>
      </w:r>
    </w:p>
    <w:p>
      <w:r>
        <w:br/>
        <w:t>"Таки правда, ясний пане!&lt;br /&gt;</w:t>
        <w:br/>
        <w:t>Хлопці ізламали,&lt;br /&gt;</w:t>
        <w:br/>
        <w:t>Лиш не грались, а сивого&lt;br /&gt;</w:t>
        <w:br/>
        <w:t>Коня білували".</w:t>
      </w:r>
    </w:p>
    <w:p>
      <w:r>
        <w:br/>
        <w:t>"А з чого ж то сивий згинув?" &amp;ndash;&lt;br /&gt;</w:t>
        <w:br/>
        <w:t>"Пані хорували,&lt;br /&gt;</w:t>
        <w:br/>
        <w:t>За лікарством як погнали,&lt;br /&gt;</w:t>
        <w:br/>
        <w:t>Та й і підірвали".</w:t>
      </w:r>
    </w:p>
    <w:p>
      <w:r>
        <w:br/>
        <w:t>"То і пані хорувала?&lt;br /&gt;</w:t>
        <w:br/>
        <w:t>Ах, боже мій, боже!&lt;br /&gt;</w:t>
        <w:br/>
        <w:t>Що ж? Здорова моя пані?&lt;br /&gt;</w:t>
        <w:br/>
        <w:t>Говори, небоже".</w:t>
      </w:r>
    </w:p>
    <w:p>
      <w:r>
        <w:br/>
        <w:t>"Помоліться, пане богу!&lt;br /&gt;</w:t>
        <w:br/>
        <w:t>День лиш хорували,&lt;br /&gt;</w:t>
        <w:br/>
        <w:t>А на другий від пожару&lt;br /&gt;</w:t>
        <w:br/>
        <w:t>Богу й душу дали!"</w:t>
      </w:r>
    </w:p>
    <w:p>
      <w:r>
        <w:br/>
        <w:t>"Од пожару?.. Що такеє?.." &amp;ndash;&lt;br /&gt;</w:t>
        <w:br/>
        <w:t>"Просте, пане, діло:&lt;br /&gt;</w:t>
        <w:br/>
        <w:t>Як зайнявся тік у пана,&lt;br /&gt;</w:t>
        <w:br/>
        <w:t>То все погоріло!"</w:t>
      </w:r>
    </w:p>
    <w:p>
      <w:r>
        <w:br/>
        <w:t>"Пані вмерла, все згоріло&amp;hellip;&lt;br /&gt;</w:t>
        <w:br/>
        <w:t>Будь здоров, Іване!.." &amp;ndash;&lt;br /&gt;</w:t>
        <w:br/>
        <w:t>"А ще ж панна ваша вдома,&lt;br /&gt;</w:t>
        <w:br/>
        <w:t>Поверніться, пане!"</w:t>
      </w:r>
    </w:p>
    <w:p>
      <w:r>
        <w:br/>
        <w:t>"Що ж там, голубе Іване!&lt;br /&gt;</w:t>
        <w:br/>
        <w:t>Як там бідна дочка?" &amp;ndash;&lt;br /&gt;</w:t>
        <w:br/>
        <w:t>"А нічого, уповила&lt;br /&gt;</w:t>
        <w:br/>
        <w:t>Хлопця, як линочка!"</w:t>
      </w:r>
    </w:p>
    <w:p>
      <w:r>
        <w:br/>
        <w:t>Спом'янув тут бідний дідич&lt;br /&gt;</w:t>
        <w:br/>
        <w:t>Чорта і чортицю,&lt;br /&gt;</w:t>
        <w:br/>
        <w:t>Плюнув з лиха, сів на бричку:&lt;br /&gt;</w:t>
        <w:br/>
        <w:t>"Рушай за границю!"</w:t>
      </w:r>
    </w:p>
    <w:p>
      <w:r>
        <w:br/>
        <w:t>18 окт[ября 1857].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Гуменний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