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 широкую долину...</w:t>
      </w:r>
    </w:p>
    <w:p>
      <w:r>
        <w:br/>
        <w:t xml:space="preserve"> І широкую долину,&lt;br /&gt;</w:t>
        <w:br/>
        <w:t>І високую могилу,&lt;br /&gt;</w:t>
        <w:br/>
        <w:t>І вечернюю годину,&lt;br /&gt;</w:t>
        <w:br/>
        <w:t>І що снилось-говорилось,&lt;br /&gt;</w:t>
        <w:br/>
        <w:t>Не забуду я.&lt;br /&gt;</w:t>
        <w:br/>
        <w:t>Та що з того? Не побрались,&lt;br /&gt;</w:t>
        <w:br/>
        <w:t>Розійшлися, мов не знались.&lt;br /&gt;</w:t>
        <w:br/>
        <w:t>А тимчасом дорогії&lt;br /&gt;</w:t>
        <w:br/>
        <w:t>Літа тії молодії&lt;br /&gt;</w:t>
        <w:br/>
        <w:t>Марне пронеслись.</w:t>
      </w:r>
    </w:p>
    <w:p>
      <w:r>
        <w:br/>
        <w:t>Помарніли ми обоє:&lt;br /&gt;</w:t>
        <w:br/>
        <w:t>Я в неволі, ти вдовою,&lt;br /&gt;</w:t>
        <w:br/>
        <w:t>Не живем, а тільки ходим&lt;br /&gt;</w:t>
        <w:br/>
        <w:t>Та згадуєм тії годи,&lt;br /&gt;</w:t>
        <w:br/>
        <w:t>Як жили колись.</w:t>
      </w:r>
    </w:p>
    <w:p>
      <w:r>
        <w:br/>
        <w:t>[Кос-Арал 1848]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 широкую долину...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