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мить чудову пам'ятаю</w:t>
      </w:r>
    </w:p>
    <w:p>
      <w:r>
        <w:br/>
        <w:t xml:space="preserve"> Я мить чудову пам'ятаю,&lt;br /&gt;</w:t>
        <w:br/>
        <w:t>Коли з'явилась вперше ти,&lt;br /&gt;</w:t>
        <w:br/>
        <w:t>Немов святе видіння раю,&lt;br /&gt;</w:t>
        <w:br/>
        <w:t>Взірець краси і чистоти.</w:t>
      </w:r>
    </w:p>
    <w:p>
      <w:r>
        <w:br/>
        <w:t>І я, в полоні безнадії,&lt;br /&gt;</w:t>
        <w:br/>
        <w:t>Всякчас тебе благословляв,&lt;br /&gt;</w:t>
        <w:br/>
        <w:t>Я чув твій голос і у мрії&lt;br /&gt;</w:t>
        <w:br/>
        <w:t>Твій образ милий уявляв.</w:t>
      </w:r>
    </w:p>
    <w:p>
      <w:r>
        <w:br/>
        <w:t>Але бентежний строк наріжний&lt;br /&gt;</w:t>
        <w:br/>
        <w:t>Розвіяв цвіт надій і мрій,&lt;br /&gt;</w:t>
        <w:br/>
        <w:t>І я забув твій профіль ніжний,&lt;br /&gt;</w:t>
        <w:br/>
        <w:t>Забув небесний голос твій!</w:t>
      </w:r>
    </w:p>
    <w:p>
      <w:r>
        <w:br/>
        <w:t>У нетрях, в темряві заслання&lt;br /&gt;</w:t>
        <w:br/>
        <w:t>Тяглися дні, спинялась кров...&lt;br /&gt;</w:t>
        <w:br/>
        <w:t>Де божество, де всі бажання?!&lt;br /&gt;</w:t>
        <w:br/>
        <w:t>Натхнення, віра і любов?!</w:t>
      </w:r>
    </w:p>
    <w:p>
      <w:r>
        <w:br/>
        <w:t>Та знов воскресло все нетлінне,&lt;br /&gt;</w:t>
        <w:br/>
        <w:t>І знов явив тебе Творець,&lt;br /&gt;</w:t>
        <w:br/>
        <w:t>Немов видіння швидкоплинне,&lt;br /&gt;</w:t>
        <w:br/>
        <w:t>Краси, пречистої, взірець!</w:t>
      </w:r>
    </w:p>
    <w:p>
      <w:r>
        <w:br/>
        <w:t>І в серці, знов — благословення,&lt;br /&gt;</w:t>
        <w:br/>
        <w:t>Й ізнов кипить гаряча кров,&lt;br /&gt;</w:t>
        <w:br/>
        <w:t>І знов, є Бог, і є натхнення&lt;br /&gt;</w:t>
        <w:br/>
        <w:t>Й життя, і сльози, і любов!..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мить чудову пам'ятаю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